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CE454F" w14:textId="77777777" w:rsidR="002F751A" w:rsidRDefault="002F751A" w:rsidP="002F751A">
      <w:pPr>
        <w:pStyle w:val="TitleFA"/>
        <w:bidi/>
        <w:jc w:val="left"/>
        <w:rPr>
          <w:bCs/>
          <w:color w:val="000000" w:themeColor="text1"/>
          <w:sz w:val="24"/>
          <w:szCs w:val="20"/>
          <w:rtl/>
        </w:rPr>
      </w:pPr>
    </w:p>
    <w:p w14:paraId="415AA312" w14:textId="77777777" w:rsidR="002F751A" w:rsidRDefault="002F751A" w:rsidP="002F751A">
      <w:pPr>
        <w:pStyle w:val="TitleFA"/>
        <w:bidi/>
        <w:jc w:val="left"/>
        <w:rPr>
          <w:bCs/>
          <w:color w:val="000000" w:themeColor="text1"/>
          <w:sz w:val="24"/>
          <w:szCs w:val="20"/>
          <w:rtl/>
        </w:rPr>
      </w:pPr>
    </w:p>
    <w:p w14:paraId="525BB9B4" w14:textId="77777777" w:rsidR="000D20D2" w:rsidRPr="000D20D2" w:rsidRDefault="000D20D2" w:rsidP="000D20D2">
      <w:pPr>
        <w:pStyle w:val="TitleFA"/>
        <w:bidi/>
        <w:jc w:val="center"/>
        <w:rPr>
          <w:bCs/>
          <w:color w:val="000000" w:themeColor="text1"/>
          <w:szCs w:val="26"/>
        </w:rPr>
      </w:pPr>
      <w:r w:rsidRPr="000D20D2">
        <w:rPr>
          <w:bCs/>
          <w:color w:val="000000" w:themeColor="text1"/>
          <w:szCs w:val="26"/>
          <w:rtl/>
        </w:rPr>
        <w:t>سوءاستفاده</w:t>
      </w:r>
      <w:r w:rsidRPr="000D20D2">
        <w:rPr>
          <w:bCs/>
          <w:color w:val="000000" w:themeColor="text1"/>
          <w:szCs w:val="26"/>
        </w:rPr>
        <w:t xml:space="preserve"> </w:t>
      </w:r>
      <w:r w:rsidRPr="000D20D2">
        <w:rPr>
          <w:bCs/>
          <w:color w:val="000000" w:themeColor="text1"/>
          <w:szCs w:val="26"/>
          <w:rtl/>
        </w:rPr>
        <w:t>از</w:t>
      </w:r>
      <w:r w:rsidRPr="000D20D2">
        <w:rPr>
          <w:bCs/>
          <w:color w:val="000000" w:themeColor="text1"/>
          <w:szCs w:val="26"/>
        </w:rPr>
        <w:t xml:space="preserve"> </w:t>
      </w:r>
      <w:r w:rsidRPr="000D20D2">
        <w:rPr>
          <w:bCs/>
          <w:color w:val="000000" w:themeColor="text1"/>
          <w:szCs w:val="26"/>
          <w:rtl/>
        </w:rPr>
        <w:t>حق</w:t>
      </w:r>
      <w:r w:rsidRPr="000D20D2">
        <w:rPr>
          <w:bCs/>
          <w:color w:val="000000" w:themeColor="text1"/>
          <w:szCs w:val="26"/>
        </w:rPr>
        <w:t xml:space="preserve"> </w:t>
      </w:r>
      <w:r w:rsidRPr="000D20D2">
        <w:rPr>
          <w:bCs/>
          <w:color w:val="000000" w:themeColor="text1"/>
          <w:szCs w:val="26"/>
          <w:rtl/>
        </w:rPr>
        <w:t>شکایت</w:t>
      </w:r>
      <w:r w:rsidRPr="000D20D2">
        <w:rPr>
          <w:bCs/>
          <w:color w:val="000000" w:themeColor="text1"/>
          <w:szCs w:val="26"/>
        </w:rPr>
        <w:t xml:space="preserve"> </w:t>
      </w:r>
      <w:r w:rsidRPr="000D20D2">
        <w:rPr>
          <w:bCs/>
          <w:color w:val="000000" w:themeColor="text1"/>
          <w:szCs w:val="26"/>
          <w:rtl/>
        </w:rPr>
        <w:t>در</w:t>
      </w:r>
      <w:r w:rsidRPr="000D20D2">
        <w:rPr>
          <w:bCs/>
          <w:color w:val="000000" w:themeColor="text1"/>
          <w:szCs w:val="26"/>
        </w:rPr>
        <w:t xml:space="preserve"> </w:t>
      </w:r>
      <w:r w:rsidRPr="000D20D2">
        <w:rPr>
          <w:bCs/>
          <w:color w:val="000000" w:themeColor="text1"/>
          <w:szCs w:val="26"/>
          <w:rtl/>
        </w:rPr>
        <w:t>نظام</w:t>
      </w:r>
      <w:r w:rsidRPr="000D20D2">
        <w:rPr>
          <w:bCs/>
          <w:color w:val="000000" w:themeColor="text1"/>
          <w:szCs w:val="26"/>
        </w:rPr>
        <w:t xml:space="preserve"> </w:t>
      </w:r>
      <w:r w:rsidRPr="000D20D2">
        <w:rPr>
          <w:bCs/>
          <w:color w:val="000000" w:themeColor="text1"/>
          <w:szCs w:val="26"/>
          <w:rtl/>
        </w:rPr>
        <w:t>عدالت</w:t>
      </w:r>
      <w:r w:rsidRPr="000D20D2">
        <w:rPr>
          <w:bCs/>
          <w:color w:val="000000" w:themeColor="text1"/>
          <w:szCs w:val="26"/>
        </w:rPr>
        <w:t xml:space="preserve"> </w:t>
      </w:r>
      <w:r w:rsidRPr="000D20D2">
        <w:rPr>
          <w:bCs/>
          <w:color w:val="000000" w:themeColor="text1"/>
          <w:szCs w:val="26"/>
          <w:rtl/>
        </w:rPr>
        <w:t>کیفری</w:t>
      </w:r>
      <w:r w:rsidRPr="000D20D2">
        <w:rPr>
          <w:bCs/>
          <w:color w:val="000000" w:themeColor="text1"/>
          <w:szCs w:val="26"/>
        </w:rPr>
        <w:t xml:space="preserve"> </w:t>
      </w:r>
      <w:r w:rsidRPr="000D20D2">
        <w:rPr>
          <w:bCs/>
          <w:color w:val="000000" w:themeColor="text1"/>
          <w:szCs w:val="26"/>
          <w:rtl/>
        </w:rPr>
        <w:t>ایران؛</w:t>
      </w:r>
      <w:r w:rsidRPr="000D20D2">
        <w:rPr>
          <w:bCs/>
          <w:color w:val="000000" w:themeColor="text1"/>
          <w:szCs w:val="26"/>
        </w:rPr>
        <w:t xml:space="preserve"> </w:t>
      </w:r>
      <w:r w:rsidRPr="000D20D2">
        <w:rPr>
          <w:bCs/>
          <w:color w:val="000000" w:themeColor="text1"/>
          <w:szCs w:val="26"/>
          <w:rtl/>
        </w:rPr>
        <w:t>آسیب</w:t>
      </w:r>
      <w:r w:rsidRPr="000D20D2">
        <w:rPr>
          <w:bCs/>
          <w:color w:val="000000" w:themeColor="text1"/>
          <w:szCs w:val="26"/>
        </w:rPr>
        <w:t>‌</w:t>
      </w:r>
      <w:r w:rsidRPr="000D20D2">
        <w:rPr>
          <w:bCs/>
          <w:color w:val="000000" w:themeColor="text1"/>
          <w:szCs w:val="26"/>
          <w:rtl/>
        </w:rPr>
        <w:t>شناسی</w:t>
      </w:r>
      <w:r w:rsidRPr="000D20D2">
        <w:rPr>
          <w:bCs/>
          <w:color w:val="000000" w:themeColor="text1"/>
          <w:szCs w:val="26"/>
        </w:rPr>
        <w:t xml:space="preserve"> </w:t>
      </w:r>
      <w:r w:rsidRPr="000D20D2">
        <w:rPr>
          <w:bCs/>
          <w:color w:val="000000" w:themeColor="text1"/>
          <w:szCs w:val="26"/>
          <w:rtl/>
        </w:rPr>
        <w:t>پدیده</w:t>
      </w:r>
      <w:r w:rsidRPr="000D20D2">
        <w:rPr>
          <w:bCs/>
          <w:color w:val="000000" w:themeColor="text1"/>
          <w:szCs w:val="26"/>
        </w:rPr>
        <w:t xml:space="preserve"> </w:t>
      </w:r>
      <w:r w:rsidRPr="000D20D2">
        <w:rPr>
          <w:bCs/>
          <w:color w:val="000000" w:themeColor="text1"/>
          <w:szCs w:val="26"/>
          <w:rtl/>
        </w:rPr>
        <w:t>شاکیان</w:t>
      </w:r>
      <w:r w:rsidRPr="000D20D2">
        <w:rPr>
          <w:bCs/>
          <w:color w:val="000000" w:themeColor="text1"/>
          <w:szCs w:val="26"/>
        </w:rPr>
        <w:t xml:space="preserve"> </w:t>
      </w:r>
      <w:r w:rsidRPr="000D20D2">
        <w:rPr>
          <w:bCs/>
          <w:color w:val="000000" w:themeColor="text1"/>
          <w:szCs w:val="26"/>
          <w:rtl/>
        </w:rPr>
        <w:t>حرفه</w:t>
      </w:r>
      <w:r w:rsidRPr="000D20D2">
        <w:rPr>
          <w:bCs/>
          <w:color w:val="000000" w:themeColor="text1"/>
          <w:szCs w:val="26"/>
        </w:rPr>
        <w:t>‌</w:t>
      </w:r>
      <w:r w:rsidRPr="000D20D2">
        <w:rPr>
          <w:bCs/>
          <w:color w:val="000000" w:themeColor="text1"/>
          <w:szCs w:val="26"/>
          <w:rtl/>
        </w:rPr>
        <w:t>ای</w:t>
      </w:r>
      <w:r w:rsidRPr="000D20D2">
        <w:rPr>
          <w:bCs/>
          <w:color w:val="000000" w:themeColor="text1"/>
          <w:szCs w:val="26"/>
        </w:rPr>
        <w:t xml:space="preserve"> </w:t>
      </w:r>
      <w:r w:rsidRPr="000D20D2">
        <w:rPr>
          <w:bCs/>
          <w:color w:val="000000" w:themeColor="text1"/>
          <w:szCs w:val="26"/>
          <w:rtl/>
        </w:rPr>
        <w:t>و</w:t>
      </w:r>
      <w:r w:rsidRPr="000D20D2">
        <w:rPr>
          <w:bCs/>
          <w:color w:val="000000" w:themeColor="text1"/>
          <w:szCs w:val="26"/>
        </w:rPr>
        <w:t xml:space="preserve"> </w:t>
      </w:r>
      <w:r w:rsidRPr="000D20D2">
        <w:rPr>
          <w:bCs/>
          <w:color w:val="000000" w:themeColor="text1"/>
          <w:szCs w:val="26"/>
          <w:rtl/>
        </w:rPr>
        <w:t>الگوی</w:t>
      </w:r>
      <w:r w:rsidRPr="000D20D2">
        <w:rPr>
          <w:bCs/>
          <w:color w:val="000000" w:themeColor="text1"/>
          <w:szCs w:val="26"/>
        </w:rPr>
        <w:t xml:space="preserve"> </w:t>
      </w:r>
      <w:r w:rsidRPr="000D20D2">
        <w:rPr>
          <w:bCs/>
          <w:color w:val="000000" w:themeColor="text1"/>
          <w:szCs w:val="26"/>
          <w:rtl/>
        </w:rPr>
        <w:t>پاسخ</w:t>
      </w:r>
      <w:r w:rsidRPr="000D20D2">
        <w:rPr>
          <w:bCs/>
          <w:color w:val="000000" w:themeColor="text1"/>
          <w:szCs w:val="26"/>
        </w:rPr>
        <w:t xml:space="preserve"> </w:t>
      </w:r>
      <w:r w:rsidRPr="000D20D2">
        <w:rPr>
          <w:bCs/>
          <w:color w:val="000000" w:themeColor="text1"/>
          <w:szCs w:val="26"/>
          <w:rtl/>
        </w:rPr>
        <w:t>متوازن</w:t>
      </w:r>
    </w:p>
    <w:p w14:paraId="36ABAC45" w14:textId="77777777" w:rsidR="002F751A" w:rsidRDefault="002F751A" w:rsidP="002F751A">
      <w:pPr>
        <w:bidi/>
        <w:jc w:val="center"/>
        <w:rPr>
          <w:b/>
          <w:bCs/>
          <w:sz w:val="24"/>
          <w:szCs w:val="24"/>
          <w:rtl/>
        </w:rPr>
      </w:pPr>
    </w:p>
    <w:p w14:paraId="3EED07F4" w14:textId="228CDB57" w:rsidR="002F751A" w:rsidRPr="00F95777" w:rsidRDefault="00B800F5" w:rsidP="002F751A">
      <w:pPr>
        <w:bidi/>
        <w:jc w:val="center"/>
        <w:rPr>
          <w:b/>
          <w:bCs/>
          <w:sz w:val="24"/>
          <w:szCs w:val="24"/>
          <w:rtl/>
        </w:rPr>
      </w:pPr>
      <w:r>
        <w:rPr>
          <w:rFonts w:hint="cs"/>
          <w:b/>
          <w:bCs/>
          <w:sz w:val="24"/>
          <w:szCs w:val="24"/>
          <w:rtl/>
        </w:rPr>
        <w:t xml:space="preserve">دکتر </w:t>
      </w:r>
      <w:r w:rsidR="002F751A" w:rsidRPr="00F95777">
        <w:rPr>
          <w:b/>
          <w:bCs/>
          <w:sz w:val="24"/>
          <w:szCs w:val="24"/>
          <w:rtl/>
        </w:rPr>
        <w:t>محم</w:t>
      </w:r>
      <w:r>
        <w:rPr>
          <w:rFonts w:hint="cs"/>
          <w:b/>
          <w:bCs/>
          <w:sz w:val="24"/>
          <w:szCs w:val="24"/>
          <w:rtl/>
        </w:rPr>
        <w:t>ّ</w:t>
      </w:r>
      <w:r w:rsidR="002F751A" w:rsidRPr="00F95777">
        <w:rPr>
          <w:b/>
          <w:bCs/>
          <w:sz w:val="24"/>
          <w:szCs w:val="24"/>
          <w:rtl/>
        </w:rPr>
        <w:t>د خانی</w:t>
      </w:r>
    </w:p>
    <w:p w14:paraId="2656FC9A" w14:textId="3B9F013E" w:rsidR="002F751A" w:rsidRDefault="002F751A" w:rsidP="002F751A">
      <w:pPr>
        <w:bidi/>
        <w:jc w:val="center"/>
        <w:rPr>
          <w:sz w:val="20"/>
          <w:szCs w:val="20"/>
        </w:rPr>
      </w:pPr>
      <w:r w:rsidRPr="00B3035D">
        <w:rPr>
          <w:sz w:val="24"/>
          <w:szCs w:val="24"/>
          <w:rtl/>
        </w:rPr>
        <w:t xml:space="preserve"> </w:t>
      </w:r>
      <w:r w:rsidRPr="001E07B6">
        <w:rPr>
          <w:sz w:val="20"/>
          <w:szCs w:val="20"/>
          <w:rtl/>
        </w:rPr>
        <w:t>استادیار گروه حقوق جزا و جرم شناسی، واحد نیشابور، دانشگ</w:t>
      </w:r>
      <w:r>
        <w:rPr>
          <w:sz w:val="20"/>
          <w:szCs w:val="20"/>
          <w:rtl/>
        </w:rPr>
        <w:t>اه آزاد اسلامی، نیشابور، ایران</w:t>
      </w:r>
      <w:r>
        <w:rPr>
          <w:rFonts w:hint="cs"/>
          <w:sz w:val="20"/>
          <w:szCs w:val="20"/>
          <w:rtl/>
        </w:rPr>
        <w:t xml:space="preserve"> </w:t>
      </w:r>
    </w:p>
    <w:p w14:paraId="72255511" w14:textId="77777777" w:rsidR="002F751A" w:rsidRPr="00E92555" w:rsidRDefault="002F751A" w:rsidP="002F751A">
      <w:pPr>
        <w:jc w:val="center"/>
      </w:pPr>
      <w:proofErr w:type="spellStart"/>
      <w:r w:rsidRPr="001E07B6">
        <w:rPr>
          <w:sz w:val="20"/>
          <w:szCs w:val="20"/>
        </w:rPr>
        <w:t>orcid</w:t>
      </w:r>
      <w:proofErr w:type="spellEnd"/>
      <w:r w:rsidRPr="001E07B6">
        <w:rPr>
          <w:rFonts w:hint="cs"/>
          <w:sz w:val="20"/>
          <w:szCs w:val="20"/>
          <w:rtl/>
        </w:rPr>
        <w:t xml:space="preserve">   </w:t>
      </w:r>
      <w:r w:rsidRPr="001E07B6">
        <w:rPr>
          <w:sz w:val="20"/>
          <w:szCs w:val="20"/>
        </w:rPr>
        <w:t>0000-0002-3316-4752</w:t>
      </w:r>
    </w:p>
    <w:p w14:paraId="1D3D6510" w14:textId="77777777" w:rsidR="002F751A" w:rsidRPr="001E07B6" w:rsidRDefault="00445555" w:rsidP="002F751A">
      <w:pPr>
        <w:pStyle w:val="FootnoteText"/>
        <w:bidi/>
        <w:jc w:val="center"/>
        <w:rPr>
          <w:i/>
          <w:iCs/>
        </w:rPr>
      </w:pPr>
      <w:hyperlink r:id="rId8" w:history="1">
        <w:r w:rsidR="002F751A" w:rsidRPr="001E07B6">
          <w:rPr>
            <w:rStyle w:val="Hyperlink"/>
            <w:i/>
            <w:iCs/>
            <w:sz w:val="18"/>
            <w:szCs w:val="18"/>
          </w:rPr>
          <w:t>Mohammad.khani@iau.ac.ir</w:t>
        </w:r>
      </w:hyperlink>
    </w:p>
    <w:p w14:paraId="575AE244" w14:textId="77777777" w:rsidR="002F751A" w:rsidRDefault="002F751A" w:rsidP="002F751A">
      <w:pPr>
        <w:bidi/>
        <w:jc w:val="center"/>
        <w:rPr>
          <w:rtl/>
        </w:rPr>
      </w:pPr>
    </w:p>
    <w:p w14:paraId="54A7212B" w14:textId="77777777" w:rsidR="002F751A" w:rsidRPr="006C7A4C" w:rsidRDefault="002F751A" w:rsidP="002F751A">
      <w:pPr>
        <w:bidi/>
        <w:jc w:val="center"/>
        <w:rPr>
          <w:rFonts w:asciiTheme="majorBidi" w:hAnsiTheme="majorBidi" w:cstheme="majorBidi"/>
          <w:i/>
          <w:iCs/>
          <w:sz w:val="24"/>
          <w:szCs w:val="24"/>
          <w:rtl/>
        </w:rPr>
      </w:pPr>
    </w:p>
    <w:p w14:paraId="2AB05FFD" w14:textId="77777777" w:rsidR="002F751A" w:rsidRPr="006C7A4C" w:rsidRDefault="002F751A" w:rsidP="002F751A">
      <w:pPr>
        <w:bidi/>
        <w:jc w:val="center"/>
        <w:rPr>
          <w:rFonts w:asciiTheme="majorBidi" w:hAnsiTheme="majorBidi" w:cstheme="majorBidi"/>
          <w:i/>
          <w:iCs/>
          <w:sz w:val="24"/>
          <w:szCs w:val="24"/>
          <w:rtl/>
        </w:rPr>
      </w:pPr>
      <w:r w:rsidRPr="006C7A4C">
        <w:rPr>
          <w:rFonts w:asciiTheme="majorBidi" w:hAnsiTheme="majorBidi" w:cstheme="majorBidi"/>
          <w:i/>
          <w:iCs/>
          <w:sz w:val="24"/>
          <w:szCs w:val="24"/>
        </w:rPr>
        <w:t xml:space="preserve">Mohammad </w:t>
      </w:r>
      <w:proofErr w:type="spellStart"/>
      <w:r w:rsidRPr="006C7A4C">
        <w:rPr>
          <w:rFonts w:asciiTheme="majorBidi" w:hAnsiTheme="majorBidi" w:cstheme="majorBidi"/>
          <w:i/>
          <w:iCs/>
          <w:sz w:val="24"/>
          <w:szCs w:val="24"/>
        </w:rPr>
        <w:t>Khani</w:t>
      </w:r>
      <w:proofErr w:type="spellEnd"/>
    </w:p>
    <w:p w14:paraId="4B5F3FEE" w14:textId="77777777" w:rsidR="002F751A" w:rsidRPr="006C7A4C" w:rsidRDefault="002F751A" w:rsidP="002F751A">
      <w:pPr>
        <w:pStyle w:val="FootnoteText"/>
        <w:rPr>
          <w:rFonts w:asciiTheme="majorBidi" w:hAnsiTheme="majorBidi" w:cstheme="majorBidi"/>
          <w:i/>
          <w:iCs/>
          <w:sz w:val="24"/>
          <w:szCs w:val="24"/>
        </w:rPr>
      </w:pPr>
      <w:r w:rsidRPr="006C7A4C">
        <w:rPr>
          <w:rFonts w:asciiTheme="majorBidi" w:hAnsiTheme="majorBidi" w:cstheme="majorBidi"/>
          <w:i/>
          <w:iCs/>
          <w:sz w:val="24"/>
          <w:szCs w:val="24"/>
        </w:rPr>
        <w:t xml:space="preserve">Assistant Professor, Department of Criminal Law and Criminology, </w:t>
      </w:r>
      <w:proofErr w:type="spellStart"/>
      <w:r w:rsidRPr="006C7A4C">
        <w:rPr>
          <w:rFonts w:asciiTheme="majorBidi" w:hAnsiTheme="majorBidi" w:cstheme="majorBidi"/>
          <w:i/>
          <w:iCs/>
          <w:sz w:val="24"/>
          <w:szCs w:val="24"/>
        </w:rPr>
        <w:t>Neyshabur</w:t>
      </w:r>
      <w:proofErr w:type="spellEnd"/>
      <w:r w:rsidRPr="006C7A4C">
        <w:rPr>
          <w:rFonts w:asciiTheme="majorBidi" w:hAnsiTheme="majorBidi" w:cstheme="majorBidi"/>
          <w:i/>
          <w:iCs/>
          <w:sz w:val="24"/>
          <w:szCs w:val="24"/>
        </w:rPr>
        <w:t xml:space="preserve"> Branch, Islamic Azad University, </w:t>
      </w:r>
      <w:proofErr w:type="spellStart"/>
      <w:r w:rsidRPr="006C7A4C">
        <w:rPr>
          <w:rFonts w:asciiTheme="majorBidi" w:hAnsiTheme="majorBidi" w:cstheme="majorBidi"/>
          <w:i/>
          <w:iCs/>
          <w:sz w:val="24"/>
          <w:szCs w:val="24"/>
        </w:rPr>
        <w:t>Neyshabur</w:t>
      </w:r>
      <w:proofErr w:type="spellEnd"/>
      <w:r w:rsidRPr="006C7A4C">
        <w:rPr>
          <w:rFonts w:asciiTheme="majorBidi" w:hAnsiTheme="majorBidi" w:cstheme="majorBidi"/>
          <w:i/>
          <w:iCs/>
          <w:sz w:val="24"/>
          <w:szCs w:val="24"/>
        </w:rPr>
        <w:t>, Iran</w:t>
      </w:r>
    </w:p>
    <w:p w14:paraId="20247131" w14:textId="77777777" w:rsidR="002F751A" w:rsidRDefault="002F751A" w:rsidP="002F751A">
      <w:pPr>
        <w:pStyle w:val="FootnoteText"/>
        <w:rPr>
          <w:rFonts w:asciiTheme="majorBidi" w:hAnsiTheme="majorBidi" w:cstheme="majorBidi"/>
          <w:i/>
          <w:iCs/>
          <w:sz w:val="24"/>
          <w:szCs w:val="24"/>
          <w:rtl/>
        </w:rPr>
      </w:pPr>
      <w:proofErr w:type="spellStart"/>
      <w:r w:rsidRPr="006C7A4C">
        <w:rPr>
          <w:rFonts w:asciiTheme="majorBidi" w:hAnsiTheme="majorBidi" w:cstheme="majorBidi"/>
          <w:i/>
          <w:iCs/>
          <w:sz w:val="24"/>
          <w:szCs w:val="24"/>
        </w:rPr>
        <w:t>orcid</w:t>
      </w:r>
      <w:proofErr w:type="spellEnd"/>
      <w:r w:rsidRPr="006C7A4C">
        <w:rPr>
          <w:rFonts w:asciiTheme="majorBidi" w:hAnsiTheme="majorBidi" w:cstheme="majorBidi"/>
          <w:i/>
          <w:iCs/>
          <w:sz w:val="24"/>
          <w:szCs w:val="24"/>
          <w:rtl/>
        </w:rPr>
        <w:t xml:space="preserve">   </w:t>
      </w:r>
      <w:r w:rsidRPr="006C7A4C">
        <w:rPr>
          <w:rFonts w:asciiTheme="majorBidi" w:hAnsiTheme="majorBidi" w:cstheme="majorBidi"/>
          <w:i/>
          <w:iCs/>
          <w:sz w:val="24"/>
          <w:szCs w:val="24"/>
        </w:rPr>
        <w:t xml:space="preserve">0000-0002-3316-4752     </w:t>
      </w:r>
    </w:p>
    <w:p w14:paraId="31173593" w14:textId="7B8127D4" w:rsidR="002F751A" w:rsidRPr="006C7A4C" w:rsidRDefault="00445555" w:rsidP="002F751A">
      <w:pPr>
        <w:pStyle w:val="FootnoteText"/>
        <w:jc w:val="center"/>
        <w:rPr>
          <w:rFonts w:asciiTheme="majorBidi" w:hAnsiTheme="majorBidi" w:cstheme="majorBidi"/>
          <w:i/>
          <w:iCs/>
          <w:sz w:val="24"/>
          <w:szCs w:val="24"/>
        </w:rPr>
      </w:pPr>
      <w:hyperlink r:id="rId9" w:history="1">
        <w:r w:rsidR="002F751A" w:rsidRPr="006C7A4C">
          <w:rPr>
            <w:rStyle w:val="Hyperlink"/>
            <w:rFonts w:asciiTheme="majorBidi" w:hAnsiTheme="majorBidi" w:cstheme="majorBidi"/>
            <w:i/>
            <w:iCs/>
            <w:sz w:val="24"/>
            <w:szCs w:val="24"/>
          </w:rPr>
          <w:t>Mohammad.khani@iau.ac.ir</w:t>
        </w:r>
      </w:hyperlink>
    </w:p>
    <w:p w14:paraId="6103C327" w14:textId="1CEEDD89" w:rsidR="002F751A" w:rsidRDefault="002F751A" w:rsidP="002F751A">
      <w:pPr>
        <w:bidi/>
        <w:rPr>
          <w:color w:val="000000" w:themeColor="text1"/>
          <w:rtl/>
        </w:rPr>
      </w:pPr>
    </w:p>
    <w:p w14:paraId="08E39C06" w14:textId="77777777" w:rsidR="002F751A" w:rsidRDefault="002F751A" w:rsidP="002F751A">
      <w:pPr>
        <w:bidi/>
        <w:rPr>
          <w:color w:val="000000" w:themeColor="text1"/>
          <w:rtl/>
        </w:rPr>
      </w:pPr>
    </w:p>
    <w:p w14:paraId="3A1BF687" w14:textId="77777777" w:rsidR="00B800F5" w:rsidRPr="00B800F5" w:rsidRDefault="002F751A" w:rsidP="00B800F5">
      <w:pPr>
        <w:bidi/>
        <w:jc w:val="center"/>
        <w:rPr>
          <w:b/>
          <w:bCs/>
          <w:color w:val="000000" w:themeColor="text1"/>
          <w:rtl/>
        </w:rPr>
      </w:pPr>
      <w:r w:rsidRPr="00B800F5">
        <w:rPr>
          <w:rFonts w:hint="cs"/>
          <w:b/>
          <w:bCs/>
          <w:color w:val="000000" w:themeColor="text1"/>
          <w:rtl/>
        </w:rPr>
        <w:t>امیر گلستانی مقدم</w:t>
      </w:r>
    </w:p>
    <w:p w14:paraId="12B5A2D2" w14:textId="4B31371B" w:rsidR="002F751A" w:rsidRDefault="002F751A" w:rsidP="001A7D43">
      <w:pPr>
        <w:bidi/>
        <w:jc w:val="center"/>
        <w:rPr>
          <w:color w:val="000000" w:themeColor="text1"/>
          <w:rtl/>
        </w:rPr>
      </w:pPr>
      <w:r>
        <w:rPr>
          <w:rFonts w:hint="cs"/>
          <w:color w:val="000000" w:themeColor="text1"/>
          <w:rtl/>
        </w:rPr>
        <w:t>دانشجوی کارشناسی ارشد رشته حقوق جزا و جرم شناسی،دانشگاه آزاد اسلامی واحد نیشابور، ایران.</w:t>
      </w:r>
      <w:r w:rsidRPr="002F751A">
        <w:rPr>
          <w:rFonts w:hint="cs"/>
          <w:sz w:val="20"/>
          <w:szCs w:val="20"/>
          <w:rtl/>
        </w:rPr>
        <w:t xml:space="preserve"> </w:t>
      </w:r>
      <w:r>
        <w:rPr>
          <w:rFonts w:hint="cs"/>
          <w:sz w:val="20"/>
          <w:szCs w:val="20"/>
          <w:rtl/>
        </w:rPr>
        <w:t>(نویسنده مسئول)</w:t>
      </w:r>
    </w:p>
    <w:p w14:paraId="2F35A8BB" w14:textId="3896DB8F" w:rsidR="002F751A" w:rsidRDefault="002F751A" w:rsidP="002F751A">
      <w:pPr>
        <w:bidi/>
        <w:rPr>
          <w:color w:val="000000" w:themeColor="text1"/>
          <w:rtl/>
        </w:rPr>
      </w:pPr>
    </w:p>
    <w:p w14:paraId="0E71DDAF" w14:textId="4B8560BE" w:rsidR="002F751A" w:rsidRPr="001A7D43" w:rsidRDefault="001A7D43" w:rsidP="002F751A">
      <w:pPr>
        <w:bidi/>
        <w:jc w:val="center"/>
        <w:rPr>
          <w:rFonts w:asciiTheme="minorHAnsi" w:hAnsiTheme="minorHAnsi"/>
          <w:color w:val="000000" w:themeColor="text1"/>
          <w:lang w:bidi="fa-IR"/>
        </w:rPr>
      </w:pPr>
      <w:bookmarkStart w:id="0" w:name="_GoBack"/>
      <w:bookmarkEnd w:id="0"/>
      <w:r w:rsidRPr="001A7D43">
        <w:rPr>
          <w:rFonts w:asciiTheme="minorHAnsi" w:hAnsiTheme="minorHAnsi"/>
          <w:color w:val="000000" w:themeColor="text1"/>
        </w:rPr>
        <w:t>golestaniamir72@gmail.com</w:t>
      </w:r>
    </w:p>
    <w:p w14:paraId="28C71109" w14:textId="1EE55910" w:rsidR="002F751A" w:rsidRDefault="002F751A" w:rsidP="002F751A">
      <w:pPr>
        <w:bidi/>
        <w:rPr>
          <w:color w:val="000000" w:themeColor="text1"/>
          <w:rtl/>
        </w:rPr>
      </w:pPr>
    </w:p>
    <w:p w14:paraId="5F968E35" w14:textId="2DDA6777" w:rsidR="002F751A" w:rsidRDefault="002F751A" w:rsidP="002F751A">
      <w:pPr>
        <w:bidi/>
        <w:rPr>
          <w:color w:val="000000" w:themeColor="text1"/>
          <w:rtl/>
        </w:rPr>
      </w:pPr>
    </w:p>
    <w:p w14:paraId="2EBFFC66" w14:textId="1642A96D" w:rsidR="002F751A" w:rsidRDefault="002F751A" w:rsidP="002F751A">
      <w:pPr>
        <w:bidi/>
        <w:rPr>
          <w:color w:val="000000" w:themeColor="text1"/>
          <w:rtl/>
        </w:rPr>
      </w:pPr>
    </w:p>
    <w:p w14:paraId="166A824F" w14:textId="0F15BDA9" w:rsidR="002F751A" w:rsidRDefault="002F751A" w:rsidP="002F751A">
      <w:pPr>
        <w:bidi/>
        <w:rPr>
          <w:color w:val="000000" w:themeColor="text1"/>
          <w:rtl/>
        </w:rPr>
      </w:pPr>
    </w:p>
    <w:p w14:paraId="5019AF45" w14:textId="0465D0B9" w:rsidR="002F751A" w:rsidRDefault="002F751A" w:rsidP="002F751A">
      <w:pPr>
        <w:bidi/>
        <w:rPr>
          <w:color w:val="000000" w:themeColor="text1"/>
          <w:rtl/>
        </w:rPr>
      </w:pPr>
    </w:p>
    <w:p w14:paraId="5104F6D6" w14:textId="467E6155" w:rsidR="002F751A" w:rsidRDefault="002F751A" w:rsidP="002F751A">
      <w:pPr>
        <w:bidi/>
        <w:rPr>
          <w:color w:val="000000" w:themeColor="text1"/>
          <w:rtl/>
        </w:rPr>
      </w:pPr>
    </w:p>
    <w:p w14:paraId="7968E1CD" w14:textId="47AB7334" w:rsidR="002F751A" w:rsidRDefault="002F751A" w:rsidP="002F751A">
      <w:pPr>
        <w:bidi/>
        <w:rPr>
          <w:color w:val="000000" w:themeColor="text1"/>
          <w:rtl/>
        </w:rPr>
      </w:pPr>
    </w:p>
    <w:p w14:paraId="176F63F1" w14:textId="2759C40F" w:rsidR="002F751A" w:rsidRDefault="002F751A" w:rsidP="002F751A">
      <w:pPr>
        <w:bidi/>
        <w:rPr>
          <w:color w:val="000000" w:themeColor="text1"/>
          <w:rtl/>
        </w:rPr>
      </w:pPr>
    </w:p>
    <w:p w14:paraId="39C32D12" w14:textId="0FA4D92B" w:rsidR="002F751A" w:rsidRDefault="002F751A" w:rsidP="002F751A">
      <w:pPr>
        <w:bidi/>
        <w:rPr>
          <w:color w:val="000000" w:themeColor="text1"/>
          <w:rtl/>
        </w:rPr>
      </w:pPr>
    </w:p>
    <w:p w14:paraId="422C00FE" w14:textId="2D2ED6DB" w:rsidR="002F751A" w:rsidRDefault="002F751A" w:rsidP="002F751A">
      <w:pPr>
        <w:bidi/>
        <w:rPr>
          <w:color w:val="000000" w:themeColor="text1"/>
          <w:rtl/>
        </w:rPr>
      </w:pPr>
    </w:p>
    <w:p w14:paraId="78F56D71" w14:textId="7A7478BD" w:rsidR="002F751A" w:rsidRDefault="002F751A" w:rsidP="002F751A">
      <w:pPr>
        <w:bidi/>
        <w:rPr>
          <w:color w:val="000000" w:themeColor="text1"/>
          <w:rtl/>
        </w:rPr>
      </w:pPr>
    </w:p>
    <w:p w14:paraId="6148F20E" w14:textId="467AE59E" w:rsidR="002F751A" w:rsidRDefault="002F751A" w:rsidP="002F751A">
      <w:pPr>
        <w:bidi/>
        <w:rPr>
          <w:color w:val="000000" w:themeColor="text1"/>
          <w:rtl/>
        </w:rPr>
      </w:pPr>
    </w:p>
    <w:p w14:paraId="73C7B2C4" w14:textId="4F21F746" w:rsidR="002F751A" w:rsidRDefault="002F751A" w:rsidP="002F751A">
      <w:pPr>
        <w:bidi/>
        <w:rPr>
          <w:color w:val="000000" w:themeColor="text1"/>
          <w:rtl/>
        </w:rPr>
      </w:pPr>
    </w:p>
    <w:p w14:paraId="65180BD3" w14:textId="668A7DDC" w:rsidR="002F751A" w:rsidRDefault="002F751A" w:rsidP="002F751A">
      <w:pPr>
        <w:bidi/>
        <w:rPr>
          <w:color w:val="000000" w:themeColor="text1"/>
          <w:rtl/>
        </w:rPr>
      </w:pPr>
    </w:p>
    <w:p w14:paraId="6A0B4373" w14:textId="77777777" w:rsidR="002F751A" w:rsidRDefault="002F751A" w:rsidP="002F751A">
      <w:pPr>
        <w:bidi/>
        <w:rPr>
          <w:color w:val="000000" w:themeColor="text1"/>
          <w:rtl/>
        </w:rPr>
      </w:pPr>
    </w:p>
    <w:p w14:paraId="341DF56F" w14:textId="7C5D6DE0" w:rsidR="002F751A" w:rsidRDefault="002F751A" w:rsidP="002F751A">
      <w:pPr>
        <w:bidi/>
        <w:rPr>
          <w:color w:val="000000" w:themeColor="text1"/>
          <w:rtl/>
        </w:rPr>
      </w:pPr>
    </w:p>
    <w:p w14:paraId="274D2050" w14:textId="77777777" w:rsidR="002F751A" w:rsidRDefault="002F751A" w:rsidP="002F751A">
      <w:pPr>
        <w:bidi/>
        <w:rPr>
          <w:color w:val="000000" w:themeColor="text1"/>
          <w:rtl/>
        </w:rPr>
      </w:pPr>
    </w:p>
    <w:p w14:paraId="71B5F9FB" w14:textId="493BB5F5" w:rsidR="009F417E" w:rsidRPr="002F751A" w:rsidRDefault="00FE2DB4" w:rsidP="002F751A">
      <w:pPr>
        <w:pStyle w:val="TitleFA"/>
        <w:bidi/>
        <w:jc w:val="left"/>
        <w:rPr>
          <w:bCs/>
          <w:color w:val="000000" w:themeColor="text1"/>
          <w:sz w:val="24"/>
          <w:szCs w:val="20"/>
        </w:rPr>
      </w:pPr>
      <w:r w:rsidRPr="002F751A">
        <w:rPr>
          <w:bCs/>
          <w:color w:val="000000" w:themeColor="text1"/>
          <w:sz w:val="24"/>
          <w:szCs w:val="24"/>
          <w:rtl/>
        </w:rPr>
        <w:t>سوءاستفاده</w:t>
      </w:r>
      <w:r w:rsidRPr="002F751A">
        <w:rPr>
          <w:bCs/>
          <w:color w:val="000000" w:themeColor="text1"/>
          <w:sz w:val="24"/>
          <w:szCs w:val="20"/>
        </w:rPr>
        <w:t xml:space="preserve"> </w:t>
      </w:r>
      <w:r w:rsidRPr="002F751A">
        <w:rPr>
          <w:bCs/>
          <w:color w:val="000000" w:themeColor="text1"/>
          <w:sz w:val="24"/>
          <w:szCs w:val="24"/>
          <w:rtl/>
        </w:rPr>
        <w:t>از</w:t>
      </w:r>
      <w:r w:rsidRPr="002F751A">
        <w:rPr>
          <w:bCs/>
          <w:color w:val="000000" w:themeColor="text1"/>
          <w:sz w:val="24"/>
          <w:szCs w:val="20"/>
        </w:rPr>
        <w:t xml:space="preserve"> </w:t>
      </w:r>
      <w:r w:rsidRPr="002F751A">
        <w:rPr>
          <w:bCs/>
          <w:color w:val="000000" w:themeColor="text1"/>
          <w:sz w:val="24"/>
          <w:szCs w:val="24"/>
          <w:rtl/>
        </w:rPr>
        <w:t>حق</w:t>
      </w:r>
      <w:r w:rsidRPr="002F751A">
        <w:rPr>
          <w:bCs/>
          <w:color w:val="000000" w:themeColor="text1"/>
          <w:sz w:val="24"/>
          <w:szCs w:val="20"/>
        </w:rPr>
        <w:t xml:space="preserve"> </w:t>
      </w:r>
      <w:r w:rsidRPr="002F751A">
        <w:rPr>
          <w:bCs/>
          <w:color w:val="000000" w:themeColor="text1"/>
          <w:sz w:val="24"/>
          <w:szCs w:val="24"/>
          <w:rtl/>
        </w:rPr>
        <w:t>شکایت</w:t>
      </w:r>
      <w:r w:rsidRPr="002F751A">
        <w:rPr>
          <w:bCs/>
          <w:color w:val="000000" w:themeColor="text1"/>
          <w:sz w:val="24"/>
          <w:szCs w:val="20"/>
        </w:rPr>
        <w:t xml:space="preserve"> </w:t>
      </w:r>
      <w:r w:rsidRPr="002F751A">
        <w:rPr>
          <w:bCs/>
          <w:color w:val="000000" w:themeColor="text1"/>
          <w:sz w:val="24"/>
          <w:szCs w:val="24"/>
          <w:rtl/>
        </w:rPr>
        <w:t>در</w:t>
      </w:r>
      <w:r w:rsidRPr="002F751A">
        <w:rPr>
          <w:bCs/>
          <w:color w:val="000000" w:themeColor="text1"/>
          <w:sz w:val="24"/>
          <w:szCs w:val="20"/>
        </w:rPr>
        <w:t xml:space="preserve"> </w:t>
      </w:r>
      <w:r w:rsidRPr="002F751A">
        <w:rPr>
          <w:bCs/>
          <w:color w:val="000000" w:themeColor="text1"/>
          <w:sz w:val="24"/>
          <w:szCs w:val="24"/>
          <w:rtl/>
        </w:rPr>
        <w:t>نظام</w:t>
      </w:r>
      <w:r w:rsidRPr="002F751A">
        <w:rPr>
          <w:bCs/>
          <w:color w:val="000000" w:themeColor="text1"/>
          <w:sz w:val="24"/>
          <w:szCs w:val="20"/>
        </w:rPr>
        <w:t xml:space="preserve"> </w:t>
      </w:r>
      <w:r w:rsidRPr="002F751A">
        <w:rPr>
          <w:bCs/>
          <w:color w:val="000000" w:themeColor="text1"/>
          <w:sz w:val="24"/>
          <w:szCs w:val="24"/>
          <w:rtl/>
        </w:rPr>
        <w:t>عدالت</w:t>
      </w:r>
      <w:r w:rsidRPr="002F751A">
        <w:rPr>
          <w:bCs/>
          <w:color w:val="000000" w:themeColor="text1"/>
          <w:sz w:val="24"/>
          <w:szCs w:val="20"/>
        </w:rPr>
        <w:t xml:space="preserve"> </w:t>
      </w:r>
      <w:r w:rsidRPr="002F751A">
        <w:rPr>
          <w:bCs/>
          <w:color w:val="000000" w:themeColor="text1"/>
          <w:sz w:val="24"/>
          <w:szCs w:val="24"/>
          <w:rtl/>
        </w:rPr>
        <w:t>کیفری</w:t>
      </w:r>
      <w:r w:rsidRPr="002F751A">
        <w:rPr>
          <w:bCs/>
          <w:color w:val="000000" w:themeColor="text1"/>
          <w:sz w:val="24"/>
          <w:szCs w:val="20"/>
        </w:rPr>
        <w:t xml:space="preserve"> </w:t>
      </w:r>
      <w:r w:rsidRPr="002F751A">
        <w:rPr>
          <w:bCs/>
          <w:color w:val="000000" w:themeColor="text1"/>
          <w:sz w:val="24"/>
          <w:szCs w:val="24"/>
          <w:rtl/>
        </w:rPr>
        <w:t>ایران؛</w:t>
      </w:r>
      <w:r w:rsidRPr="002F751A">
        <w:rPr>
          <w:bCs/>
          <w:color w:val="000000" w:themeColor="text1"/>
          <w:sz w:val="24"/>
          <w:szCs w:val="20"/>
        </w:rPr>
        <w:t xml:space="preserve"> </w:t>
      </w:r>
      <w:r w:rsidRPr="002F751A">
        <w:rPr>
          <w:bCs/>
          <w:color w:val="000000" w:themeColor="text1"/>
          <w:sz w:val="24"/>
          <w:szCs w:val="24"/>
          <w:rtl/>
        </w:rPr>
        <w:t>آسیب</w:t>
      </w:r>
      <w:r w:rsidRPr="002F751A">
        <w:rPr>
          <w:bCs/>
          <w:color w:val="000000" w:themeColor="text1"/>
          <w:sz w:val="24"/>
          <w:szCs w:val="20"/>
        </w:rPr>
        <w:t>‌</w:t>
      </w:r>
      <w:r w:rsidRPr="002F751A">
        <w:rPr>
          <w:bCs/>
          <w:color w:val="000000" w:themeColor="text1"/>
          <w:sz w:val="24"/>
          <w:szCs w:val="24"/>
          <w:rtl/>
        </w:rPr>
        <w:t>شناسی</w:t>
      </w:r>
      <w:r w:rsidRPr="002F751A">
        <w:rPr>
          <w:bCs/>
          <w:color w:val="000000" w:themeColor="text1"/>
          <w:sz w:val="24"/>
          <w:szCs w:val="20"/>
        </w:rPr>
        <w:t xml:space="preserve"> </w:t>
      </w:r>
      <w:r w:rsidRPr="002F751A">
        <w:rPr>
          <w:bCs/>
          <w:color w:val="000000" w:themeColor="text1"/>
          <w:sz w:val="24"/>
          <w:szCs w:val="24"/>
          <w:rtl/>
        </w:rPr>
        <w:t>پدیده</w:t>
      </w:r>
      <w:r w:rsidRPr="002F751A">
        <w:rPr>
          <w:bCs/>
          <w:color w:val="000000" w:themeColor="text1"/>
          <w:sz w:val="24"/>
          <w:szCs w:val="20"/>
        </w:rPr>
        <w:t xml:space="preserve"> </w:t>
      </w:r>
      <w:r w:rsidRPr="002F751A">
        <w:rPr>
          <w:bCs/>
          <w:color w:val="000000" w:themeColor="text1"/>
          <w:sz w:val="24"/>
          <w:szCs w:val="24"/>
          <w:rtl/>
        </w:rPr>
        <w:t>شاکیان</w:t>
      </w:r>
      <w:r w:rsidRPr="002F751A">
        <w:rPr>
          <w:bCs/>
          <w:color w:val="000000" w:themeColor="text1"/>
          <w:sz w:val="24"/>
          <w:szCs w:val="20"/>
        </w:rPr>
        <w:t xml:space="preserve"> </w:t>
      </w:r>
      <w:r w:rsidRPr="002F751A">
        <w:rPr>
          <w:bCs/>
          <w:color w:val="000000" w:themeColor="text1"/>
          <w:sz w:val="24"/>
          <w:szCs w:val="24"/>
          <w:rtl/>
        </w:rPr>
        <w:t>حرفه</w:t>
      </w:r>
      <w:r w:rsidRPr="002F751A">
        <w:rPr>
          <w:bCs/>
          <w:color w:val="000000" w:themeColor="text1"/>
          <w:sz w:val="24"/>
          <w:szCs w:val="20"/>
        </w:rPr>
        <w:t>‌</w:t>
      </w:r>
      <w:r w:rsidRPr="002F751A">
        <w:rPr>
          <w:bCs/>
          <w:color w:val="000000" w:themeColor="text1"/>
          <w:sz w:val="24"/>
          <w:szCs w:val="24"/>
          <w:rtl/>
        </w:rPr>
        <w:t>ای</w:t>
      </w:r>
      <w:r w:rsidRPr="002F751A">
        <w:rPr>
          <w:bCs/>
          <w:color w:val="000000" w:themeColor="text1"/>
          <w:sz w:val="24"/>
          <w:szCs w:val="20"/>
        </w:rPr>
        <w:t xml:space="preserve"> </w:t>
      </w:r>
      <w:r w:rsidRPr="002F751A">
        <w:rPr>
          <w:bCs/>
          <w:color w:val="000000" w:themeColor="text1"/>
          <w:sz w:val="24"/>
          <w:szCs w:val="24"/>
          <w:rtl/>
        </w:rPr>
        <w:t>و</w:t>
      </w:r>
      <w:r w:rsidRPr="002F751A">
        <w:rPr>
          <w:bCs/>
          <w:color w:val="000000" w:themeColor="text1"/>
          <w:sz w:val="24"/>
          <w:szCs w:val="20"/>
        </w:rPr>
        <w:t xml:space="preserve"> </w:t>
      </w:r>
      <w:r w:rsidRPr="002F751A">
        <w:rPr>
          <w:bCs/>
          <w:color w:val="000000" w:themeColor="text1"/>
          <w:sz w:val="24"/>
          <w:szCs w:val="24"/>
          <w:rtl/>
        </w:rPr>
        <w:t>الگوی</w:t>
      </w:r>
      <w:r w:rsidRPr="002F751A">
        <w:rPr>
          <w:bCs/>
          <w:color w:val="000000" w:themeColor="text1"/>
          <w:sz w:val="24"/>
          <w:szCs w:val="20"/>
        </w:rPr>
        <w:t xml:space="preserve"> </w:t>
      </w:r>
      <w:r w:rsidRPr="002F751A">
        <w:rPr>
          <w:bCs/>
          <w:color w:val="000000" w:themeColor="text1"/>
          <w:sz w:val="24"/>
          <w:szCs w:val="24"/>
          <w:rtl/>
        </w:rPr>
        <w:t>پاسخ</w:t>
      </w:r>
      <w:r w:rsidRPr="002F751A">
        <w:rPr>
          <w:bCs/>
          <w:color w:val="000000" w:themeColor="text1"/>
          <w:sz w:val="24"/>
          <w:szCs w:val="20"/>
        </w:rPr>
        <w:t xml:space="preserve"> </w:t>
      </w:r>
      <w:r w:rsidRPr="002F751A">
        <w:rPr>
          <w:bCs/>
          <w:color w:val="000000" w:themeColor="text1"/>
          <w:sz w:val="24"/>
          <w:szCs w:val="24"/>
          <w:rtl/>
        </w:rPr>
        <w:t>متوازن</w:t>
      </w:r>
    </w:p>
    <w:p w14:paraId="6D440CFD" w14:textId="77777777" w:rsidR="009F417E" w:rsidRPr="002F751A" w:rsidRDefault="00FE2DB4" w:rsidP="002F751A">
      <w:pPr>
        <w:bidi/>
        <w:rPr>
          <w:color w:val="000000" w:themeColor="text1"/>
          <w:sz w:val="22"/>
        </w:rPr>
      </w:pPr>
      <w:r w:rsidRPr="002F751A">
        <w:rPr>
          <w:color w:val="000000" w:themeColor="text1"/>
          <w:sz w:val="22"/>
          <w:rtl/>
        </w:rPr>
        <w:t>چکیده</w:t>
      </w:r>
    </w:p>
    <w:p w14:paraId="51BA268F" w14:textId="77777777" w:rsidR="002F751A" w:rsidRPr="002F751A" w:rsidRDefault="002F751A" w:rsidP="002F751A">
      <w:pPr>
        <w:bidi/>
        <w:rPr>
          <w:color w:val="000000" w:themeColor="text1"/>
          <w:sz w:val="22"/>
        </w:rPr>
      </w:pPr>
      <w:r w:rsidRPr="002F751A">
        <w:rPr>
          <w:color w:val="000000" w:themeColor="text1"/>
          <w:sz w:val="22"/>
          <w:rtl/>
        </w:rPr>
        <w:t>حق شکایت کیفری از جلوه‌های اساسی حق دادخواهی و حمایت از بزه‌دیده است؛ بااین‌حال، در موارد استثنایی ممکن است به ابزاری برای فشار، انتقام یا تحمیل هزینه بر اشخاص و دستگاه قضایی تبدیل شود. اصطلاح «شاکی حرفه‌ای» در حقوق ایران عنوان قانونی مستقلی ندارد و استفاده از آن بدون معیارهای عینی می‌تواند موجب برچسب‌زنی و محدودسازی حق دسترسی به عدالت شود. پژوهش حاضر با روش توصیفی ـ تحلیلی و رویکرد تطبیقی، این مسئله را در قالب «سوءاستفاده از حق شکایت» بررسی می‌کند. یافته‌ها نشان می‌دهد صرف تعدد شکایت، صدور قرار منع تعقیب، حکم برائت یا شکست مکرر شاکی برای احراز سوءاستفاده کافی نیست؛ بلکه عواملی مانند علم به خلاف واقع بودن ادعا، هدف نامشروع، جعل یا دستکاری دلیل، تکرار شکایت‌های مبتنی بر موضوع واحد و تحمیل بار نامتناسب بر طرف مقابل و دستگاه قضایی باید هم‌زمان ارزیابی شود. در حقوق ایران، اصول ۳۴ و ۴۰ قانون اساسی، مواد ۶۴ تا ۶۹ قانون آیین دادرسی کیفری، مقررات ناظر بر افترا و نشر اکاذیب و نیز تبصره ماده ۱۰۹ قانون آیین دادرسی مدنی ظرفیت‌هایی پراکنده برای مواجهه با این پدیده فراهم کرده‌اند. پژوهش پیشنهاد می‌کند به‌جای جرم‌انگاری مبهم «شکایت واهی»، از نظام ارزیابی مبتنی بر شاخص‌های عینی، جبران خسارت، مقابله با ادله ساختگی و در موارد استثنایی، محدودیت‌های قضایی متناسب و قابل اعتراض استفاده شود</w:t>
      </w:r>
      <w:r w:rsidRPr="002F751A">
        <w:rPr>
          <w:color w:val="000000" w:themeColor="text1"/>
          <w:sz w:val="22"/>
        </w:rPr>
        <w:t>.</w:t>
      </w:r>
    </w:p>
    <w:p w14:paraId="6D661BC8" w14:textId="77777777" w:rsidR="002F751A" w:rsidRPr="002F751A" w:rsidRDefault="002F751A" w:rsidP="002F751A">
      <w:pPr>
        <w:bidi/>
        <w:rPr>
          <w:color w:val="000000" w:themeColor="text1"/>
          <w:sz w:val="22"/>
        </w:rPr>
      </w:pPr>
      <w:r w:rsidRPr="002F751A">
        <w:rPr>
          <w:color w:val="000000" w:themeColor="text1"/>
          <w:sz w:val="22"/>
          <w:rtl/>
        </w:rPr>
        <w:t>واژگان کلیدی</w:t>
      </w:r>
      <w:r w:rsidRPr="002F751A">
        <w:rPr>
          <w:color w:val="000000" w:themeColor="text1"/>
          <w:sz w:val="22"/>
        </w:rPr>
        <w:t xml:space="preserve">: </w:t>
      </w:r>
      <w:r w:rsidRPr="002F751A">
        <w:rPr>
          <w:color w:val="000000" w:themeColor="text1"/>
          <w:sz w:val="22"/>
          <w:rtl/>
        </w:rPr>
        <w:t>حق شکایت، شاکی حرفه‌ای، سوءاستفاده از حق، شکایت واهی، عدالت کیفری</w:t>
      </w:r>
    </w:p>
    <w:p w14:paraId="734AAAB1" w14:textId="77777777" w:rsidR="009F417E" w:rsidRPr="002F751A" w:rsidRDefault="00FE2DB4" w:rsidP="002F751A">
      <w:pPr>
        <w:bidi/>
        <w:rPr>
          <w:color w:val="000000" w:themeColor="text1"/>
        </w:rPr>
      </w:pPr>
      <w:r w:rsidRPr="002F751A">
        <w:rPr>
          <w:color w:val="000000" w:themeColor="text1"/>
        </w:rPr>
        <w:br w:type="page"/>
      </w:r>
    </w:p>
    <w:p w14:paraId="12834E0D" w14:textId="77777777" w:rsidR="009F417E" w:rsidRPr="002F751A" w:rsidRDefault="00FE2DB4" w:rsidP="002F751A">
      <w:pPr>
        <w:pStyle w:val="English"/>
        <w:rPr>
          <w:rFonts w:asciiTheme="majorBidi" w:hAnsiTheme="majorBidi" w:cstheme="majorBidi"/>
          <w:i/>
          <w:iCs/>
          <w:color w:val="000000" w:themeColor="text1"/>
        </w:rPr>
      </w:pPr>
      <w:r w:rsidRPr="002F751A">
        <w:rPr>
          <w:rFonts w:asciiTheme="majorBidi" w:hAnsiTheme="majorBidi" w:cstheme="majorBidi"/>
          <w:b/>
          <w:i/>
          <w:iCs/>
          <w:color w:val="000000" w:themeColor="text1"/>
        </w:rPr>
        <w:lastRenderedPageBreak/>
        <w:t>Abuse of the Right to File Criminal Complaints in Iran’s Criminal Justice System: Professional Complainants and a Balanced Response Model</w:t>
      </w:r>
    </w:p>
    <w:p w14:paraId="5256050A" w14:textId="77777777" w:rsidR="009F417E" w:rsidRPr="002F751A" w:rsidRDefault="00FE2DB4" w:rsidP="002F751A">
      <w:pPr>
        <w:pStyle w:val="English"/>
        <w:rPr>
          <w:rFonts w:asciiTheme="majorBidi" w:hAnsiTheme="majorBidi" w:cstheme="majorBidi"/>
          <w:i/>
          <w:iCs/>
          <w:color w:val="000000" w:themeColor="text1"/>
        </w:rPr>
      </w:pPr>
      <w:r w:rsidRPr="002F751A">
        <w:rPr>
          <w:rFonts w:asciiTheme="majorBidi" w:hAnsiTheme="majorBidi" w:cstheme="majorBidi"/>
          <w:b/>
          <w:i/>
          <w:iCs/>
          <w:color w:val="000000" w:themeColor="text1"/>
        </w:rPr>
        <w:t>Abstract</w:t>
      </w:r>
    </w:p>
    <w:p w14:paraId="490C32F0" w14:textId="77777777" w:rsidR="009F417E" w:rsidRPr="002F751A" w:rsidRDefault="00FE2DB4" w:rsidP="002F751A">
      <w:pPr>
        <w:pStyle w:val="English"/>
        <w:rPr>
          <w:rFonts w:asciiTheme="majorBidi" w:hAnsiTheme="majorBidi" w:cstheme="majorBidi"/>
          <w:i/>
          <w:iCs/>
          <w:color w:val="000000" w:themeColor="text1"/>
        </w:rPr>
      </w:pPr>
      <w:r w:rsidRPr="002F751A">
        <w:rPr>
          <w:rFonts w:asciiTheme="majorBidi" w:hAnsiTheme="majorBidi" w:cstheme="majorBidi"/>
          <w:i/>
          <w:iCs/>
          <w:color w:val="000000" w:themeColor="text1"/>
        </w:rPr>
        <w:t>The right to file a criminal complaint is a core component of victim protection and access to justice. Yet, in exceptional cases, complaint mechanisms may be weaponized to harass, retaliate, obtain illegitimate advantages, or exhaust judicial resources. Iranian law does not recognize “professional complainant” as an autonomous criminal category; therefore, person-based labeling risks deterring legitimate victims. Using a descriptive-analytical and comparative method, this article reframes the issue as abuse of the right to complain and examines Iranian law alongside selected common-law approaches to vexatious litigation and abuse of process. The study finds that repeated complaints, acquittals, or dismissals cannot by themselves establish abuse. Relevant indicators should instead include knowledge of falsity, improper purpose, fabrication or manipulation of evidence, repeated proceedings arising from substantially identical facts, and disproportionate burdens imposed on defendants and judicial institutions. Iranian law contains fragmented responses through constitutional guarantees, criminal procedure rules, defamation-related offences, and the civil-law model of security against vexatious claims, but lacks an integrated criminal-justice management framework. The article proposes a graduated model: early issue-based assessment, privacy-protective linkage of related cases, effective prosecution of fabricated evidence, civil compensation for proven direct loss, and only in exceptional cases narrowly tailored, reviewable filing restrictions. Such a model protects genuine access to justice while preventing the criminal process from becoming an instrument of coercion.</w:t>
      </w:r>
    </w:p>
    <w:p w14:paraId="740B0703" w14:textId="77777777" w:rsidR="009F417E" w:rsidRPr="002F751A" w:rsidRDefault="00FE2DB4" w:rsidP="002F751A">
      <w:pPr>
        <w:pStyle w:val="English"/>
        <w:rPr>
          <w:rFonts w:asciiTheme="majorBidi" w:hAnsiTheme="majorBidi" w:cstheme="majorBidi"/>
          <w:i/>
          <w:iCs/>
          <w:color w:val="000000" w:themeColor="text1"/>
        </w:rPr>
      </w:pPr>
      <w:r w:rsidRPr="002F751A">
        <w:rPr>
          <w:rFonts w:asciiTheme="majorBidi" w:hAnsiTheme="majorBidi" w:cstheme="majorBidi"/>
          <w:i/>
          <w:iCs/>
          <w:color w:val="000000" w:themeColor="text1"/>
        </w:rPr>
        <w:t>Keywords: Right to Complain; Abuse of Process; Vexatious Litigants; Criminal Justice; False Accusation; Access to Justice</w:t>
      </w:r>
    </w:p>
    <w:p w14:paraId="6618F885" w14:textId="77777777" w:rsidR="009F417E" w:rsidRPr="002F751A" w:rsidRDefault="00FE2DB4" w:rsidP="002F751A">
      <w:pPr>
        <w:bidi/>
        <w:rPr>
          <w:color w:val="000000" w:themeColor="text1"/>
        </w:rPr>
      </w:pPr>
      <w:r w:rsidRPr="002F751A">
        <w:rPr>
          <w:color w:val="000000" w:themeColor="text1"/>
        </w:rPr>
        <w:br w:type="page"/>
      </w:r>
    </w:p>
    <w:p w14:paraId="6702FF06" w14:textId="77777777" w:rsidR="009F417E" w:rsidRPr="002F751A" w:rsidRDefault="00FE2DB4" w:rsidP="002F751A">
      <w:pPr>
        <w:pStyle w:val="HeadFA"/>
        <w:keepNext/>
        <w:bidi/>
        <w:rPr>
          <w:bCs/>
          <w:color w:val="000000" w:themeColor="text1"/>
        </w:rPr>
      </w:pPr>
      <w:r w:rsidRPr="002F751A">
        <w:rPr>
          <w:bCs/>
          <w:color w:val="000000" w:themeColor="text1"/>
          <w:szCs w:val="26"/>
          <w:rtl/>
        </w:rPr>
        <w:lastRenderedPageBreak/>
        <w:t>مقدمه</w:t>
      </w:r>
    </w:p>
    <w:p w14:paraId="78FE7AEB" w14:textId="77777777" w:rsidR="009F417E" w:rsidRPr="002F751A" w:rsidRDefault="00FE2DB4" w:rsidP="002F751A">
      <w:pPr>
        <w:bidi/>
        <w:rPr>
          <w:color w:val="000000" w:themeColor="text1"/>
        </w:rPr>
      </w:pPr>
      <w:r w:rsidRPr="002F751A">
        <w:rPr>
          <w:color w:val="000000" w:themeColor="text1"/>
          <w:szCs w:val="26"/>
          <w:rtl/>
        </w:rPr>
        <w:t>دادخواهی</w:t>
      </w:r>
      <w:r w:rsidRPr="002F751A">
        <w:rPr>
          <w:color w:val="000000" w:themeColor="text1"/>
        </w:rPr>
        <w:t xml:space="preserve"> </w:t>
      </w:r>
      <w:r w:rsidRPr="002F751A">
        <w:rPr>
          <w:color w:val="000000" w:themeColor="text1"/>
          <w:szCs w:val="26"/>
          <w:rtl/>
        </w:rPr>
        <w:t>در</w:t>
      </w:r>
      <w:r w:rsidRPr="002F751A">
        <w:rPr>
          <w:color w:val="000000" w:themeColor="text1"/>
        </w:rPr>
        <w:t xml:space="preserve"> </w:t>
      </w:r>
      <w:r w:rsidRPr="002F751A">
        <w:rPr>
          <w:color w:val="000000" w:themeColor="text1"/>
          <w:szCs w:val="26"/>
          <w:rtl/>
        </w:rPr>
        <w:t>نظام</w:t>
      </w:r>
      <w:r w:rsidRPr="002F751A">
        <w:rPr>
          <w:color w:val="000000" w:themeColor="text1"/>
        </w:rPr>
        <w:t xml:space="preserve"> </w:t>
      </w:r>
      <w:r w:rsidRPr="002F751A">
        <w:rPr>
          <w:color w:val="000000" w:themeColor="text1"/>
          <w:szCs w:val="26"/>
          <w:rtl/>
        </w:rPr>
        <w:t>حقوقی</w:t>
      </w:r>
      <w:r w:rsidRPr="002F751A">
        <w:rPr>
          <w:color w:val="000000" w:themeColor="text1"/>
        </w:rPr>
        <w:t xml:space="preserve"> </w:t>
      </w:r>
      <w:r w:rsidRPr="002F751A">
        <w:rPr>
          <w:color w:val="000000" w:themeColor="text1"/>
          <w:szCs w:val="26"/>
          <w:rtl/>
        </w:rPr>
        <w:t>ایران</w:t>
      </w:r>
      <w:r w:rsidRPr="002F751A">
        <w:rPr>
          <w:color w:val="000000" w:themeColor="text1"/>
        </w:rPr>
        <w:t xml:space="preserve"> </w:t>
      </w:r>
      <w:r w:rsidRPr="002F751A">
        <w:rPr>
          <w:color w:val="000000" w:themeColor="text1"/>
          <w:szCs w:val="26"/>
          <w:rtl/>
        </w:rPr>
        <w:t>یک</w:t>
      </w:r>
      <w:r w:rsidRPr="002F751A">
        <w:rPr>
          <w:color w:val="000000" w:themeColor="text1"/>
        </w:rPr>
        <w:t xml:space="preserve"> </w:t>
      </w:r>
      <w:r w:rsidRPr="002F751A">
        <w:rPr>
          <w:color w:val="000000" w:themeColor="text1"/>
          <w:szCs w:val="26"/>
          <w:rtl/>
        </w:rPr>
        <w:t>امتیاز</w:t>
      </w:r>
      <w:r w:rsidRPr="002F751A">
        <w:rPr>
          <w:color w:val="000000" w:themeColor="text1"/>
        </w:rPr>
        <w:t xml:space="preserve"> </w:t>
      </w:r>
      <w:r w:rsidRPr="002F751A">
        <w:rPr>
          <w:color w:val="000000" w:themeColor="text1"/>
          <w:szCs w:val="26"/>
          <w:rtl/>
        </w:rPr>
        <w:t>اداری</w:t>
      </w:r>
      <w:r w:rsidRPr="002F751A">
        <w:rPr>
          <w:color w:val="000000" w:themeColor="text1"/>
        </w:rPr>
        <w:t xml:space="preserve"> </w:t>
      </w:r>
      <w:r w:rsidRPr="002F751A">
        <w:rPr>
          <w:color w:val="000000" w:themeColor="text1"/>
          <w:szCs w:val="26"/>
          <w:rtl/>
        </w:rPr>
        <w:t>قابل</w:t>
      </w:r>
      <w:r w:rsidRPr="002F751A">
        <w:rPr>
          <w:color w:val="000000" w:themeColor="text1"/>
        </w:rPr>
        <w:t xml:space="preserve"> </w:t>
      </w:r>
      <w:r w:rsidRPr="002F751A">
        <w:rPr>
          <w:color w:val="000000" w:themeColor="text1"/>
          <w:szCs w:val="26"/>
          <w:rtl/>
        </w:rPr>
        <w:t>تحدید</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صلاحدید</w:t>
      </w:r>
      <w:r w:rsidRPr="002F751A">
        <w:rPr>
          <w:color w:val="000000" w:themeColor="text1"/>
        </w:rPr>
        <w:t xml:space="preserve"> </w:t>
      </w:r>
      <w:r w:rsidRPr="002F751A">
        <w:rPr>
          <w:color w:val="000000" w:themeColor="text1"/>
          <w:szCs w:val="26"/>
          <w:rtl/>
        </w:rPr>
        <w:t>نیست،</w:t>
      </w:r>
      <w:r w:rsidRPr="002F751A">
        <w:rPr>
          <w:color w:val="000000" w:themeColor="text1"/>
        </w:rPr>
        <w:t xml:space="preserve"> </w:t>
      </w:r>
      <w:r w:rsidRPr="002F751A">
        <w:rPr>
          <w:color w:val="000000" w:themeColor="text1"/>
          <w:szCs w:val="26"/>
          <w:rtl/>
        </w:rPr>
        <w:t>بلکه</w:t>
      </w:r>
      <w:r w:rsidRPr="002F751A">
        <w:rPr>
          <w:color w:val="000000" w:themeColor="text1"/>
        </w:rPr>
        <w:t xml:space="preserve"> </w:t>
      </w:r>
      <w:r w:rsidRPr="002F751A">
        <w:rPr>
          <w:color w:val="000000" w:themeColor="text1"/>
          <w:szCs w:val="26"/>
          <w:rtl/>
        </w:rPr>
        <w:t>مطابق</w:t>
      </w:r>
      <w:r w:rsidRPr="002F751A">
        <w:rPr>
          <w:color w:val="000000" w:themeColor="text1"/>
        </w:rPr>
        <w:t xml:space="preserve"> </w:t>
      </w:r>
      <w:r w:rsidRPr="002F751A">
        <w:rPr>
          <w:color w:val="000000" w:themeColor="text1"/>
          <w:szCs w:val="26"/>
          <w:rtl/>
        </w:rPr>
        <w:t>اصل</w:t>
      </w:r>
      <w:r w:rsidRPr="002F751A">
        <w:rPr>
          <w:color w:val="000000" w:themeColor="text1"/>
        </w:rPr>
        <w:t xml:space="preserve"> </w:t>
      </w:r>
      <w:r w:rsidRPr="002F751A">
        <w:rPr>
          <w:color w:val="000000" w:themeColor="text1"/>
          <w:szCs w:val="26"/>
          <w:rtl/>
        </w:rPr>
        <w:t>۳۴</w:t>
      </w:r>
      <w:r w:rsidRPr="002F751A">
        <w:rPr>
          <w:color w:val="000000" w:themeColor="text1"/>
        </w:rPr>
        <w:t xml:space="preserve"> </w:t>
      </w:r>
      <w:r w:rsidRPr="002F751A">
        <w:rPr>
          <w:color w:val="000000" w:themeColor="text1"/>
          <w:szCs w:val="26"/>
          <w:rtl/>
        </w:rPr>
        <w:t>قانون</w:t>
      </w:r>
      <w:r w:rsidRPr="002F751A">
        <w:rPr>
          <w:color w:val="000000" w:themeColor="text1"/>
        </w:rPr>
        <w:t xml:space="preserve"> </w:t>
      </w:r>
      <w:r w:rsidRPr="002F751A">
        <w:rPr>
          <w:color w:val="000000" w:themeColor="text1"/>
          <w:szCs w:val="26"/>
          <w:rtl/>
        </w:rPr>
        <w:t>اساسی</w:t>
      </w:r>
      <w:r w:rsidRPr="002F751A">
        <w:rPr>
          <w:color w:val="000000" w:themeColor="text1"/>
        </w:rPr>
        <w:t xml:space="preserve"> «</w:t>
      </w:r>
      <w:r w:rsidRPr="002F751A">
        <w:rPr>
          <w:color w:val="000000" w:themeColor="text1"/>
          <w:szCs w:val="26"/>
          <w:rtl/>
        </w:rPr>
        <w:t>حق</w:t>
      </w:r>
      <w:r w:rsidRPr="002F751A">
        <w:rPr>
          <w:color w:val="000000" w:themeColor="text1"/>
        </w:rPr>
        <w:t xml:space="preserve"> </w:t>
      </w:r>
      <w:r w:rsidRPr="002F751A">
        <w:rPr>
          <w:color w:val="000000" w:themeColor="text1"/>
          <w:szCs w:val="26"/>
          <w:rtl/>
        </w:rPr>
        <w:t>مسلم</w:t>
      </w:r>
      <w:r w:rsidRPr="002F751A">
        <w:rPr>
          <w:color w:val="000000" w:themeColor="text1"/>
        </w:rPr>
        <w:t xml:space="preserve">» </w:t>
      </w:r>
      <w:r w:rsidRPr="002F751A">
        <w:rPr>
          <w:color w:val="000000" w:themeColor="text1"/>
          <w:szCs w:val="26"/>
          <w:rtl/>
        </w:rPr>
        <w:t>هر</w:t>
      </w:r>
      <w:r w:rsidRPr="002F751A">
        <w:rPr>
          <w:color w:val="000000" w:themeColor="text1"/>
        </w:rPr>
        <w:t xml:space="preserve"> </w:t>
      </w:r>
      <w:r w:rsidRPr="002F751A">
        <w:rPr>
          <w:color w:val="000000" w:themeColor="text1"/>
          <w:szCs w:val="26"/>
          <w:rtl/>
        </w:rPr>
        <w:t>فرد</w:t>
      </w:r>
      <w:r w:rsidRPr="002F751A">
        <w:rPr>
          <w:color w:val="000000" w:themeColor="text1"/>
        </w:rPr>
        <w:t xml:space="preserve"> </w:t>
      </w:r>
      <w:r w:rsidRPr="002F751A">
        <w:rPr>
          <w:color w:val="000000" w:themeColor="text1"/>
          <w:szCs w:val="26"/>
          <w:rtl/>
        </w:rPr>
        <w:t>است</w:t>
      </w:r>
      <w:r w:rsidRPr="002F751A">
        <w:rPr>
          <w:color w:val="000000" w:themeColor="text1"/>
        </w:rPr>
        <w:t xml:space="preserve">. </w:t>
      </w:r>
      <w:r w:rsidRPr="002F751A">
        <w:rPr>
          <w:color w:val="000000" w:themeColor="text1"/>
          <w:szCs w:val="26"/>
          <w:rtl/>
        </w:rPr>
        <w:t>در</w:t>
      </w:r>
      <w:r w:rsidRPr="002F751A">
        <w:rPr>
          <w:color w:val="000000" w:themeColor="text1"/>
        </w:rPr>
        <w:t xml:space="preserve"> </w:t>
      </w:r>
      <w:r w:rsidRPr="002F751A">
        <w:rPr>
          <w:color w:val="000000" w:themeColor="text1"/>
          <w:szCs w:val="26"/>
          <w:rtl/>
        </w:rPr>
        <w:t>دادرسی</w:t>
      </w:r>
      <w:r w:rsidRPr="002F751A">
        <w:rPr>
          <w:color w:val="000000" w:themeColor="text1"/>
        </w:rPr>
        <w:t xml:space="preserve"> </w:t>
      </w:r>
      <w:r w:rsidRPr="002F751A">
        <w:rPr>
          <w:color w:val="000000" w:themeColor="text1"/>
          <w:szCs w:val="26"/>
          <w:rtl/>
        </w:rPr>
        <w:t>کیفری</w:t>
      </w:r>
      <w:r w:rsidRPr="002F751A">
        <w:rPr>
          <w:color w:val="000000" w:themeColor="text1"/>
        </w:rPr>
        <w:t xml:space="preserve"> </w:t>
      </w:r>
      <w:r w:rsidRPr="002F751A">
        <w:rPr>
          <w:color w:val="000000" w:themeColor="text1"/>
          <w:szCs w:val="26"/>
          <w:rtl/>
        </w:rPr>
        <w:t>نیز</w:t>
      </w:r>
      <w:r w:rsidRPr="002F751A">
        <w:rPr>
          <w:color w:val="000000" w:themeColor="text1"/>
        </w:rPr>
        <w:t xml:space="preserve"> </w:t>
      </w:r>
      <w:r w:rsidRPr="002F751A">
        <w:rPr>
          <w:color w:val="000000" w:themeColor="text1"/>
          <w:szCs w:val="26"/>
          <w:rtl/>
        </w:rPr>
        <w:t>شکایت</w:t>
      </w:r>
      <w:r w:rsidRPr="002F751A">
        <w:rPr>
          <w:color w:val="000000" w:themeColor="text1"/>
        </w:rPr>
        <w:t xml:space="preserve"> </w:t>
      </w:r>
      <w:r w:rsidRPr="002F751A">
        <w:rPr>
          <w:color w:val="000000" w:themeColor="text1"/>
          <w:szCs w:val="26"/>
          <w:rtl/>
        </w:rPr>
        <w:t>شاکی</w:t>
      </w:r>
      <w:r w:rsidRPr="002F751A">
        <w:rPr>
          <w:color w:val="000000" w:themeColor="text1"/>
        </w:rPr>
        <w:t xml:space="preserve"> </w:t>
      </w:r>
      <w:r w:rsidRPr="002F751A">
        <w:rPr>
          <w:color w:val="000000" w:themeColor="text1"/>
          <w:szCs w:val="26"/>
          <w:rtl/>
        </w:rPr>
        <w:t>یکی</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جهات</w:t>
      </w:r>
      <w:r w:rsidRPr="002F751A">
        <w:rPr>
          <w:color w:val="000000" w:themeColor="text1"/>
        </w:rPr>
        <w:t xml:space="preserve"> </w:t>
      </w:r>
      <w:r w:rsidRPr="002F751A">
        <w:rPr>
          <w:color w:val="000000" w:themeColor="text1"/>
          <w:szCs w:val="26"/>
          <w:rtl/>
        </w:rPr>
        <w:t>قانونی</w:t>
      </w:r>
      <w:r w:rsidRPr="002F751A">
        <w:rPr>
          <w:color w:val="000000" w:themeColor="text1"/>
        </w:rPr>
        <w:t xml:space="preserve"> </w:t>
      </w:r>
      <w:r w:rsidRPr="002F751A">
        <w:rPr>
          <w:color w:val="000000" w:themeColor="text1"/>
          <w:szCs w:val="26"/>
          <w:rtl/>
        </w:rPr>
        <w:t>شروع</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تعقیب</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شمار</w:t>
      </w:r>
      <w:r w:rsidRPr="002F751A">
        <w:rPr>
          <w:color w:val="000000" w:themeColor="text1"/>
        </w:rPr>
        <w:t xml:space="preserve"> </w:t>
      </w:r>
      <w:r w:rsidRPr="002F751A">
        <w:rPr>
          <w:color w:val="000000" w:themeColor="text1"/>
          <w:szCs w:val="26"/>
          <w:rtl/>
        </w:rPr>
        <w:t>می</w:t>
      </w:r>
      <w:r w:rsidRPr="002F751A">
        <w:rPr>
          <w:color w:val="000000" w:themeColor="text1"/>
        </w:rPr>
        <w:t>‌</w:t>
      </w:r>
      <w:r w:rsidRPr="002F751A">
        <w:rPr>
          <w:color w:val="000000" w:themeColor="text1"/>
          <w:szCs w:val="26"/>
          <w:rtl/>
        </w:rPr>
        <w:t>رود</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قانونگذار</w:t>
      </w:r>
      <w:r w:rsidRPr="002F751A">
        <w:rPr>
          <w:color w:val="000000" w:themeColor="text1"/>
        </w:rPr>
        <w:t xml:space="preserve"> </w:t>
      </w:r>
      <w:r w:rsidRPr="002F751A">
        <w:rPr>
          <w:color w:val="000000" w:themeColor="text1"/>
          <w:szCs w:val="26"/>
          <w:rtl/>
        </w:rPr>
        <w:t>در</w:t>
      </w:r>
      <w:r w:rsidRPr="002F751A">
        <w:rPr>
          <w:color w:val="000000" w:themeColor="text1"/>
        </w:rPr>
        <w:t xml:space="preserve"> </w:t>
      </w:r>
      <w:r w:rsidRPr="002F751A">
        <w:rPr>
          <w:color w:val="000000" w:themeColor="text1"/>
          <w:szCs w:val="26"/>
          <w:rtl/>
        </w:rPr>
        <w:t>مواد</w:t>
      </w:r>
      <w:r w:rsidRPr="002F751A">
        <w:rPr>
          <w:color w:val="000000" w:themeColor="text1"/>
        </w:rPr>
        <w:t xml:space="preserve"> </w:t>
      </w:r>
      <w:r w:rsidRPr="002F751A">
        <w:rPr>
          <w:color w:val="000000" w:themeColor="text1"/>
          <w:szCs w:val="26"/>
          <w:rtl/>
        </w:rPr>
        <w:t>۶۴</w:t>
      </w:r>
      <w:r w:rsidRPr="002F751A">
        <w:rPr>
          <w:color w:val="000000" w:themeColor="text1"/>
        </w:rPr>
        <w:t xml:space="preserve"> </w:t>
      </w:r>
      <w:r w:rsidRPr="002F751A">
        <w:rPr>
          <w:color w:val="000000" w:themeColor="text1"/>
          <w:szCs w:val="26"/>
          <w:rtl/>
        </w:rPr>
        <w:t>تا</w:t>
      </w:r>
      <w:r w:rsidRPr="002F751A">
        <w:rPr>
          <w:color w:val="000000" w:themeColor="text1"/>
        </w:rPr>
        <w:t xml:space="preserve"> </w:t>
      </w:r>
      <w:r w:rsidRPr="002F751A">
        <w:rPr>
          <w:color w:val="000000" w:themeColor="text1"/>
          <w:szCs w:val="26"/>
          <w:rtl/>
        </w:rPr>
        <w:t>۶۹</w:t>
      </w:r>
      <w:r w:rsidRPr="002F751A">
        <w:rPr>
          <w:color w:val="000000" w:themeColor="text1"/>
        </w:rPr>
        <w:t xml:space="preserve"> </w:t>
      </w:r>
      <w:r w:rsidRPr="002F751A">
        <w:rPr>
          <w:color w:val="000000" w:themeColor="text1"/>
          <w:szCs w:val="26"/>
          <w:rtl/>
        </w:rPr>
        <w:t>قانون</w:t>
      </w:r>
      <w:r w:rsidRPr="002F751A">
        <w:rPr>
          <w:color w:val="000000" w:themeColor="text1"/>
        </w:rPr>
        <w:t xml:space="preserve"> </w:t>
      </w:r>
      <w:r w:rsidRPr="002F751A">
        <w:rPr>
          <w:color w:val="000000" w:themeColor="text1"/>
          <w:szCs w:val="26"/>
          <w:rtl/>
        </w:rPr>
        <w:t>آیین</w:t>
      </w:r>
      <w:r w:rsidRPr="002F751A">
        <w:rPr>
          <w:color w:val="000000" w:themeColor="text1"/>
        </w:rPr>
        <w:t xml:space="preserve"> </w:t>
      </w:r>
      <w:r w:rsidRPr="002F751A">
        <w:rPr>
          <w:color w:val="000000" w:themeColor="text1"/>
          <w:szCs w:val="26"/>
          <w:rtl/>
        </w:rPr>
        <w:t>دادرسی</w:t>
      </w:r>
      <w:r w:rsidRPr="002F751A">
        <w:rPr>
          <w:color w:val="000000" w:themeColor="text1"/>
        </w:rPr>
        <w:t xml:space="preserve"> </w:t>
      </w:r>
      <w:r w:rsidRPr="002F751A">
        <w:rPr>
          <w:color w:val="000000" w:themeColor="text1"/>
          <w:szCs w:val="26"/>
          <w:rtl/>
        </w:rPr>
        <w:t>کیفری،</w:t>
      </w:r>
      <w:r w:rsidRPr="002F751A">
        <w:rPr>
          <w:color w:val="000000" w:themeColor="text1"/>
        </w:rPr>
        <w:t xml:space="preserve"> </w:t>
      </w:r>
      <w:r w:rsidRPr="002F751A">
        <w:rPr>
          <w:color w:val="000000" w:themeColor="text1"/>
          <w:szCs w:val="26"/>
          <w:rtl/>
        </w:rPr>
        <w:t>مسیر</w:t>
      </w:r>
      <w:r w:rsidRPr="002F751A">
        <w:rPr>
          <w:color w:val="000000" w:themeColor="text1"/>
        </w:rPr>
        <w:t xml:space="preserve"> </w:t>
      </w:r>
      <w:r w:rsidRPr="002F751A">
        <w:rPr>
          <w:color w:val="000000" w:themeColor="text1"/>
          <w:szCs w:val="26"/>
          <w:rtl/>
        </w:rPr>
        <w:t>دریافت</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ثبت</w:t>
      </w:r>
      <w:r w:rsidRPr="002F751A">
        <w:rPr>
          <w:color w:val="000000" w:themeColor="text1"/>
        </w:rPr>
        <w:t xml:space="preserve"> </w:t>
      </w:r>
      <w:r w:rsidRPr="002F751A">
        <w:rPr>
          <w:color w:val="000000" w:themeColor="text1"/>
          <w:szCs w:val="26"/>
          <w:rtl/>
        </w:rPr>
        <w:t>شکایت</w:t>
      </w:r>
      <w:r w:rsidRPr="002F751A">
        <w:rPr>
          <w:color w:val="000000" w:themeColor="text1"/>
        </w:rPr>
        <w:t xml:space="preserve"> </w:t>
      </w:r>
      <w:r w:rsidRPr="002F751A">
        <w:rPr>
          <w:color w:val="000000" w:themeColor="text1"/>
          <w:szCs w:val="26"/>
          <w:rtl/>
        </w:rPr>
        <w:t>را</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نحوی</w:t>
      </w:r>
      <w:r w:rsidRPr="002F751A">
        <w:rPr>
          <w:color w:val="000000" w:themeColor="text1"/>
        </w:rPr>
        <w:t xml:space="preserve"> </w:t>
      </w:r>
      <w:r w:rsidRPr="002F751A">
        <w:rPr>
          <w:color w:val="000000" w:themeColor="text1"/>
          <w:szCs w:val="26"/>
          <w:rtl/>
        </w:rPr>
        <w:t>طراحی</w:t>
      </w:r>
      <w:r w:rsidRPr="002F751A">
        <w:rPr>
          <w:color w:val="000000" w:themeColor="text1"/>
        </w:rPr>
        <w:t xml:space="preserve"> </w:t>
      </w:r>
      <w:r w:rsidRPr="002F751A">
        <w:rPr>
          <w:color w:val="000000" w:themeColor="text1"/>
          <w:szCs w:val="26"/>
          <w:rtl/>
        </w:rPr>
        <w:t>کرده</w:t>
      </w:r>
      <w:r w:rsidRPr="002F751A">
        <w:rPr>
          <w:color w:val="000000" w:themeColor="text1"/>
        </w:rPr>
        <w:t xml:space="preserve"> </w:t>
      </w:r>
      <w:r w:rsidRPr="002F751A">
        <w:rPr>
          <w:color w:val="000000" w:themeColor="text1"/>
          <w:szCs w:val="26"/>
          <w:rtl/>
        </w:rPr>
        <w:t>که</w:t>
      </w:r>
      <w:r w:rsidRPr="002F751A">
        <w:rPr>
          <w:color w:val="000000" w:themeColor="text1"/>
        </w:rPr>
        <w:t xml:space="preserve"> </w:t>
      </w:r>
      <w:r w:rsidRPr="002F751A">
        <w:rPr>
          <w:color w:val="000000" w:themeColor="text1"/>
          <w:szCs w:val="26"/>
          <w:rtl/>
        </w:rPr>
        <w:t>اصل</w:t>
      </w:r>
      <w:r w:rsidRPr="002F751A">
        <w:rPr>
          <w:color w:val="000000" w:themeColor="text1"/>
        </w:rPr>
        <w:t xml:space="preserve"> </w:t>
      </w:r>
      <w:r w:rsidRPr="002F751A">
        <w:rPr>
          <w:color w:val="000000" w:themeColor="text1"/>
          <w:szCs w:val="26"/>
          <w:rtl/>
        </w:rPr>
        <w:t>بر</w:t>
      </w:r>
      <w:r w:rsidRPr="002F751A">
        <w:rPr>
          <w:color w:val="000000" w:themeColor="text1"/>
        </w:rPr>
        <w:t xml:space="preserve"> </w:t>
      </w:r>
      <w:r w:rsidRPr="002F751A">
        <w:rPr>
          <w:color w:val="000000" w:themeColor="text1"/>
          <w:szCs w:val="26"/>
          <w:rtl/>
        </w:rPr>
        <w:t>امکان</w:t>
      </w:r>
      <w:r w:rsidRPr="002F751A">
        <w:rPr>
          <w:color w:val="000000" w:themeColor="text1"/>
        </w:rPr>
        <w:t xml:space="preserve"> </w:t>
      </w:r>
      <w:r w:rsidRPr="002F751A">
        <w:rPr>
          <w:color w:val="000000" w:themeColor="text1"/>
          <w:szCs w:val="26"/>
          <w:rtl/>
        </w:rPr>
        <w:t>دسترسی</w:t>
      </w:r>
      <w:r w:rsidRPr="002F751A">
        <w:rPr>
          <w:color w:val="000000" w:themeColor="text1"/>
        </w:rPr>
        <w:t xml:space="preserve"> </w:t>
      </w:r>
      <w:r w:rsidRPr="002F751A">
        <w:rPr>
          <w:color w:val="000000" w:themeColor="text1"/>
          <w:szCs w:val="26"/>
          <w:rtl/>
        </w:rPr>
        <w:t>بزه</w:t>
      </w:r>
      <w:r w:rsidRPr="002F751A">
        <w:rPr>
          <w:color w:val="000000" w:themeColor="text1"/>
        </w:rPr>
        <w:t>‌</w:t>
      </w:r>
      <w:r w:rsidRPr="002F751A">
        <w:rPr>
          <w:color w:val="000000" w:themeColor="text1"/>
          <w:szCs w:val="26"/>
          <w:rtl/>
        </w:rPr>
        <w:t>دیده</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دادسرا</w:t>
      </w:r>
      <w:r w:rsidRPr="002F751A">
        <w:rPr>
          <w:color w:val="000000" w:themeColor="text1"/>
        </w:rPr>
        <w:t xml:space="preserve"> </w:t>
      </w:r>
      <w:r w:rsidRPr="002F751A">
        <w:rPr>
          <w:color w:val="000000" w:themeColor="text1"/>
          <w:szCs w:val="26"/>
          <w:rtl/>
        </w:rPr>
        <w:t>باشد</w:t>
      </w:r>
      <w:r w:rsidRPr="002F751A">
        <w:rPr>
          <w:color w:val="000000" w:themeColor="text1"/>
        </w:rPr>
        <w:t xml:space="preserve">. </w:t>
      </w:r>
      <w:r w:rsidRPr="002F751A">
        <w:rPr>
          <w:color w:val="000000" w:themeColor="text1"/>
          <w:szCs w:val="26"/>
          <w:rtl/>
        </w:rPr>
        <w:t>همین</w:t>
      </w:r>
      <w:r w:rsidRPr="002F751A">
        <w:rPr>
          <w:color w:val="000000" w:themeColor="text1"/>
        </w:rPr>
        <w:t xml:space="preserve"> </w:t>
      </w:r>
      <w:r w:rsidRPr="002F751A">
        <w:rPr>
          <w:color w:val="000000" w:themeColor="text1"/>
          <w:szCs w:val="26"/>
          <w:rtl/>
        </w:rPr>
        <w:t>نقطه</w:t>
      </w:r>
      <w:r w:rsidRPr="002F751A">
        <w:rPr>
          <w:color w:val="000000" w:themeColor="text1"/>
        </w:rPr>
        <w:t xml:space="preserve"> </w:t>
      </w:r>
      <w:r w:rsidRPr="002F751A">
        <w:rPr>
          <w:color w:val="000000" w:themeColor="text1"/>
          <w:szCs w:val="26"/>
          <w:rtl/>
        </w:rPr>
        <w:t>آغاز،</w:t>
      </w:r>
      <w:r w:rsidRPr="002F751A">
        <w:rPr>
          <w:color w:val="000000" w:themeColor="text1"/>
        </w:rPr>
        <w:t xml:space="preserve"> </w:t>
      </w:r>
      <w:r w:rsidRPr="002F751A">
        <w:rPr>
          <w:color w:val="000000" w:themeColor="text1"/>
          <w:szCs w:val="26"/>
          <w:rtl/>
        </w:rPr>
        <w:t>هر</w:t>
      </w:r>
      <w:r w:rsidRPr="002F751A">
        <w:rPr>
          <w:color w:val="000000" w:themeColor="text1"/>
        </w:rPr>
        <w:t xml:space="preserve"> </w:t>
      </w:r>
      <w:r w:rsidRPr="002F751A">
        <w:rPr>
          <w:color w:val="000000" w:themeColor="text1"/>
          <w:szCs w:val="26"/>
          <w:rtl/>
        </w:rPr>
        <w:t>الگوی</w:t>
      </w:r>
      <w:r w:rsidRPr="002F751A">
        <w:rPr>
          <w:color w:val="000000" w:themeColor="text1"/>
        </w:rPr>
        <w:t xml:space="preserve"> </w:t>
      </w:r>
      <w:r w:rsidRPr="002F751A">
        <w:rPr>
          <w:color w:val="000000" w:themeColor="text1"/>
          <w:szCs w:val="26"/>
          <w:rtl/>
        </w:rPr>
        <w:t>مقابله</w:t>
      </w:r>
      <w:r w:rsidRPr="002F751A">
        <w:rPr>
          <w:color w:val="000000" w:themeColor="text1"/>
        </w:rPr>
        <w:t xml:space="preserve"> </w:t>
      </w:r>
      <w:r w:rsidRPr="002F751A">
        <w:rPr>
          <w:color w:val="000000" w:themeColor="text1"/>
          <w:szCs w:val="26"/>
          <w:rtl/>
        </w:rPr>
        <w:t>با</w:t>
      </w:r>
      <w:r w:rsidRPr="002F751A">
        <w:rPr>
          <w:color w:val="000000" w:themeColor="text1"/>
        </w:rPr>
        <w:t xml:space="preserve"> </w:t>
      </w:r>
      <w:r w:rsidRPr="002F751A">
        <w:rPr>
          <w:color w:val="000000" w:themeColor="text1"/>
          <w:szCs w:val="26"/>
          <w:rtl/>
        </w:rPr>
        <w:t>شکایت</w:t>
      </w:r>
      <w:r w:rsidRPr="002F751A">
        <w:rPr>
          <w:color w:val="000000" w:themeColor="text1"/>
        </w:rPr>
        <w:t>‌</w:t>
      </w:r>
      <w:r w:rsidRPr="002F751A">
        <w:rPr>
          <w:color w:val="000000" w:themeColor="text1"/>
          <w:szCs w:val="26"/>
          <w:rtl/>
        </w:rPr>
        <w:t>های</w:t>
      </w:r>
      <w:r w:rsidRPr="002F751A">
        <w:rPr>
          <w:color w:val="000000" w:themeColor="text1"/>
        </w:rPr>
        <w:t xml:space="preserve"> </w:t>
      </w:r>
      <w:r w:rsidRPr="002F751A">
        <w:rPr>
          <w:color w:val="000000" w:themeColor="text1"/>
          <w:szCs w:val="26"/>
          <w:rtl/>
        </w:rPr>
        <w:t>سوءاستفاده</w:t>
      </w:r>
      <w:r w:rsidRPr="002F751A">
        <w:rPr>
          <w:color w:val="000000" w:themeColor="text1"/>
        </w:rPr>
        <w:t>‌</w:t>
      </w:r>
      <w:r w:rsidRPr="002F751A">
        <w:rPr>
          <w:color w:val="000000" w:themeColor="text1"/>
          <w:szCs w:val="26"/>
          <w:rtl/>
        </w:rPr>
        <w:t>گرانه</w:t>
      </w:r>
      <w:r w:rsidRPr="002F751A">
        <w:rPr>
          <w:color w:val="000000" w:themeColor="text1"/>
        </w:rPr>
        <w:t xml:space="preserve"> </w:t>
      </w:r>
      <w:r w:rsidRPr="002F751A">
        <w:rPr>
          <w:color w:val="000000" w:themeColor="text1"/>
          <w:szCs w:val="26"/>
          <w:rtl/>
        </w:rPr>
        <w:t>را</w:t>
      </w:r>
      <w:r w:rsidRPr="002F751A">
        <w:rPr>
          <w:color w:val="000000" w:themeColor="text1"/>
        </w:rPr>
        <w:t xml:space="preserve"> </w:t>
      </w:r>
      <w:r w:rsidRPr="002F751A">
        <w:rPr>
          <w:color w:val="000000" w:themeColor="text1"/>
          <w:szCs w:val="26"/>
          <w:rtl/>
        </w:rPr>
        <w:t>با</w:t>
      </w:r>
      <w:r w:rsidRPr="002F751A">
        <w:rPr>
          <w:color w:val="000000" w:themeColor="text1"/>
        </w:rPr>
        <w:t xml:space="preserve"> </w:t>
      </w:r>
      <w:r w:rsidRPr="002F751A">
        <w:rPr>
          <w:color w:val="000000" w:themeColor="text1"/>
          <w:szCs w:val="26"/>
          <w:rtl/>
        </w:rPr>
        <w:t>یک</w:t>
      </w:r>
      <w:r w:rsidRPr="002F751A">
        <w:rPr>
          <w:color w:val="000000" w:themeColor="text1"/>
        </w:rPr>
        <w:t xml:space="preserve"> </w:t>
      </w:r>
      <w:r w:rsidRPr="002F751A">
        <w:rPr>
          <w:color w:val="000000" w:themeColor="text1"/>
          <w:szCs w:val="26"/>
          <w:rtl/>
        </w:rPr>
        <w:t>محدودیت</w:t>
      </w:r>
      <w:r w:rsidRPr="002F751A">
        <w:rPr>
          <w:color w:val="000000" w:themeColor="text1"/>
        </w:rPr>
        <w:t xml:space="preserve"> </w:t>
      </w:r>
      <w:r w:rsidRPr="002F751A">
        <w:rPr>
          <w:color w:val="000000" w:themeColor="text1"/>
          <w:szCs w:val="26"/>
          <w:rtl/>
        </w:rPr>
        <w:t>بنیادین</w:t>
      </w:r>
      <w:r w:rsidRPr="002F751A">
        <w:rPr>
          <w:color w:val="000000" w:themeColor="text1"/>
        </w:rPr>
        <w:t xml:space="preserve"> </w:t>
      </w:r>
      <w:r w:rsidRPr="002F751A">
        <w:rPr>
          <w:color w:val="000000" w:themeColor="text1"/>
          <w:szCs w:val="26"/>
          <w:rtl/>
        </w:rPr>
        <w:t>روبه</w:t>
      </w:r>
      <w:r w:rsidRPr="002F751A">
        <w:rPr>
          <w:color w:val="000000" w:themeColor="text1"/>
        </w:rPr>
        <w:t>‌</w:t>
      </w:r>
      <w:r w:rsidRPr="002F751A">
        <w:rPr>
          <w:color w:val="000000" w:themeColor="text1"/>
          <w:szCs w:val="26"/>
          <w:rtl/>
        </w:rPr>
        <w:t>رو</w:t>
      </w:r>
      <w:r w:rsidRPr="002F751A">
        <w:rPr>
          <w:color w:val="000000" w:themeColor="text1"/>
        </w:rPr>
        <w:t xml:space="preserve"> </w:t>
      </w:r>
      <w:r w:rsidRPr="002F751A">
        <w:rPr>
          <w:color w:val="000000" w:themeColor="text1"/>
          <w:szCs w:val="26"/>
          <w:rtl/>
        </w:rPr>
        <w:t>می</w:t>
      </w:r>
      <w:r w:rsidRPr="002F751A">
        <w:rPr>
          <w:color w:val="000000" w:themeColor="text1"/>
        </w:rPr>
        <w:t>‌</w:t>
      </w:r>
      <w:r w:rsidRPr="002F751A">
        <w:rPr>
          <w:color w:val="000000" w:themeColor="text1"/>
          <w:szCs w:val="26"/>
          <w:rtl/>
        </w:rPr>
        <w:t>کند</w:t>
      </w:r>
      <w:r w:rsidRPr="002F751A">
        <w:rPr>
          <w:color w:val="000000" w:themeColor="text1"/>
        </w:rPr>
        <w:t xml:space="preserve">: </w:t>
      </w:r>
      <w:r w:rsidRPr="002F751A">
        <w:rPr>
          <w:color w:val="000000" w:themeColor="text1"/>
          <w:szCs w:val="26"/>
          <w:rtl/>
        </w:rPr>
        <w:t>سیاست</w:t>
      </w:r>
      <w:r w:rsidRPr="002F751A">
        <w:rPr>
          <w:color w:val="000000" w:themeColor="text1"/>
        </w:rPr>
        <w:t xml:space="preserve"> </w:t>
      </w:r>
      <w:r w:rsidRPr="002F751A">
        <w:rPr>
          <w:color w:val="000000" w:themeColor="text1"/>
          <w:szCs w:val="26"/>
          <w:rtl/>
        </w:rPr>
        <w:t>جنایی</w:t>
      </w:r>
      <w:r w:rsidRPr="002F751A">
        <w:rPr>
          <w:color w:val="000000" w:themeColor="text1"/>
        </w:rPr>
        <w:t xml:space="preserve"> </w:t>
      </w:r>
      <w:r w:rsidRPr="002F751A">
        <w:rPr>
          <w:color w:val="000000" w:themeColor="text1"/>
          <w:szCs w:val="26"/>
          <w:rtl/>
        </w:rPr>
        <w:t>نمی</w:t>
      </w:r>
      <w:r w:rsidRPr="002F751A">
        <w:rPr>
          <w:color w:val="000000" w:themeColor="text1"/>
        </w:rPr>
        <w:t>‌</w:t>
      </w:r>
      <w:r w:rsidRPr="002F751A">
        <w:rPr>
          <w:color w:val="000000" w:themeColor="text1"/>
          <w:szCs w:val="26"/>
          <w:rtl/>
        </w:rPr>
        <w:t>تواند</w:t>
      </w:r>
      <w:r w:rsidRPr="002F751A">
        <w:rPr>
          <w:color w:val="000000" w:themeColor="text1"/>
        </w:rPr>
        <w:t xml:space="preserve"> </w:t>
      </w:r>
      <w:r w:rsidRPr="002F751A">
        <w:rPr>
          <w:color w:val="000000" w:themeColor="text1"/>
          <w:szCs w:val="26"/>
          <w:rtl/>
        </w:rPr>
        <w:t>برای</w:t>
      </w:r>
      <w:r w:rsidRPr="002F751A">
        <w:rPr>
          <w:color w:val="000000" w:themeColor="text1"/>
        </w:rPr>
        <w:t xml:space="preserve"> </w:t>
      </w:r>
      <w:r w:rsidRPr="002F751A">
        <w:rPr>
          <w:color w:val="000000" w:themeColor="text1"/>
          <w:szCs w:val="26"/>
          <w:rtl/>
        </w:rPr>
        <w:t>کاهش</w:t>
      </w:r>
      <w:r w:rsidRPr="002F751A">
        <w:rPr>
          <w:color w:val="000000" w:themeColor="text1"/>
        </w:rPr>
        <w:t xml:space="preserve"> </w:t>
      </w:r>
      <w:r w:rsidRPr="002F751A">
        <w:rPr>
          <w:color w:val="000000" w:themeColor="text1"/>
          <w:szCs w:val="26"/>
          <w:rtl/>
        </w:rPr>
        <w:t>پرونده</w:t>
      </w:r>
      <w:r w:rsidRPr="002F751A">
        <w:rPr>
          <w:color w:val="000000" w:themeColor="text1"/>
        </w:rPr>
        <w:t>‌</w:t>
      </w:r>
      <w:r w:rsidRPr="002F751A">
        <w:rPr>
          <w:color w:val="000000" w:themeColor="text1"/>
          <w:szCs w:val="26"/>
          <w:rtl/>
        </w:rPr>
        <w:t>های</w:t>
      </w:r>
      <w:r w:rsidRPr="002F751A">
        <w:rPr>
          <w:color w:val="000000" w:themeColor="text1"/>
        </w:rPr>
        <w:t xml:space="preserve"> </w:t>
      </w:r>
      <w:r w:rsidRPr="002F751A">
        <w:rPr>
          <w:color w:val="000000" w:themeColor="text1"/>
          <w:szCs w:val="26"/>
          <w:rtl/>
        </w:rPr>
        <w:t>مزاحم،</w:t>
      </w:r>
      <w:r w:rsidRPr="002F751A">
        <w:rPr>
          <w:color w:val="000000" w:themeColor="text1"/>
        </w:rPr>
        <w:t xml:space="preserve"> </w:t>
      </w:r>
      <w:r w:rsidRPr="002F751A">
        <w:rPr>
          <w:color w:val="000000" w:themeColor="text1"/>
          <w:szCs w:val="26"/>
          <w:rtl/>
        </w:rPr>
        <w:t>هزینه</w:t>
      </w:r>
      <w:r w:rsidRPr="002F751A">
        <w:rPr>
          <w:color w:val="000000" w:themeColor="text1"/>
        </w:rPr>
        <w:t>‌</w:t>
      </w:r>
      <w:r w:rsidRPr="002F751A">
        <w:rPr>
          <w:color w:val="000000" w:themeColor="text1"/>
          <w:szCs w:val="26"/>
          <w:rtl/>
        </w:rPr>
        <w:t>ای</w:t>
      </w:r>
      <w:r w:rsidRPr="002F751A">
        <w:rPr>
          <w:color w:val="000000" w:themeColor="text1"/>
        </w:rPr>
        <w:t xml:space="preserve"> </w:t>
      </w:r>
      <w:r w:rsidRPr="002F751A">
        <w:rPr>
          <w:color w:val="000000" w:themeColor="text1"/>
          <w:szCs w:val="26"/>
          <w:rtl/>
        </w:rPr>
        <w:t>ایجاد</w:t>
      </w:r>
      <w:r w:rsidRPr="002F751A">
        <w:rPr>
          <w:color w:val="000000" w:themeColor="text1"/>
        </w:rPr>
        <w:t xml:space="preserve"> </w:t>
      </w:r>
      <w:r w:rsidRPr="002F751A">
        <w:rPr>
          <w:color w:val="000000" w:themeColor="text1"/>
          <w:szCs w:val="26"/>
          <w:rtl/>
        </w:rPr>
        <w:t>کند</w:t>
      </w:r>
      <w:r w:rsidRPr="002F751A">
        <w:rPr>
          <w:color w:val="000000" w:themeColor="text1"/>
        </w:rPr>
        <w:t xml:space="preserve"> </w:t>
      </w:r>
      <w:r w:rsidRPr="002F751A">
        <w:rPr>
          <w:color w:val="000000" w:themeColor="text1"/>
          <w:szCs w:val="26"/>
          <w:rtl/>
        </w:rPr>
        <w:t>که</w:t>
      </w:r>
      <w:r w:rsidRPr="002F751A">
        <w:rPr>
          <w:color w:val="000000" w:themeColor="text1"/>
        </w:rPr>
        <w:t xml:space="preserve"> </w:t>
      </w:r>
      <w:r w:rsidRPr="002F751A">
        <w:rPr>
          <w:color w:val="000000" w:themeColor="text1"/>
          <w:szCs w:val="26"/>
          <w:rtl/>
        </w:rPr>
        <w:t>بزه</w:t>
      </w:r>
      <w:r w:rsidRPr="002F751A">
        <w:rPr>
          <w:color w:val="000000" w:themeColor="text1"/>
        </w:rPr>
        <w:t>‌</w:t>
      </w:r>
      <w:r w:rsidRPr="002F751A">
        <w:rPr>
          <w:color w:val="000000" w:themeColor="text1"/>
          <w:szCs w:val="26"/>
          <w:rtl/>
        </w:rPr>
        <w:t>دیدگان</w:t>
      </w:r>
      <w:r w:rsidRPr="002F751A">
        <w:rPr>
          <w:color w:val="000000" w:themeColor="text1"/>
        </w:rPr>
        <w:t xml:space="preserve"> </w:t>
      </w:r>
      <w:r w:rsidRPr="002F751A">
        <w:rPr>
          <w:color w:val="000000" w:themeColor="text1"/>
          <w:szCs w:val="26"/>
          <w:rtl/>
        </w:rPr>
        <w:t>واقعی</w:t>
      </w:r>
      <w:r w:rsidRPr="002F751A">
        <w:rPr>
          <w:color w:val="000000" w:themeColor="text1"/>
        </w:rPr>
        <w:t xml:space="preserve"> </w:t>
      </w:r>
      <w:r w:rsidRPr="002F751A">
        <w:rPr>
          <w:color w:val="000000" w:themeColor="text1"/>
          <w:szCs w:val="26"/>
          <w:rtl/>
        </w:rPr>
        <w:t>را</w:t>
      </w:r>
      <w:r w:rsidRPr="002F751A">
        <w:rPr>
          <w:color w:val="000000" w:themeColor="text1"/>
        </w:rPr>
        <w:t xml:space="preserve"> </w:t>
      </w:r>
      <w:r w:rsidRPr="002F751A">
        <w:rPr>
          <w:color w:val="000000" w:themeColor="text1"/>
          <w:szCs w:val="26"/>
          <w:rtl/>
        </w:rPr>
        <w:t>نیز</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شکایت</w:t>
      </w:r>
      <w:r w:rsidRPr="002F751A">
        <w:rPr>
          <w:color w:val="000000" w:themeColor="text1"/>
        </w:rPr>
        <w:t xml:space="preserve"> </w:t>
      </w:r>
      <w:r w:rsidRPr="002F751A">
        <w:rPr>
          <w:color w:val="000000" w:themeColor="text1"/>
          <w:szCs w:val="26"/>
          <w:rtl/>
        </w:rPr>
        <w:t>منصرف</w:t>
      </w:r>
      <w:r w:rsidRPr="002F751A">
        <w:rPr>
          <w:color w:val="000000" w:themeColor="text1"/>
        </w:rPr>
        <w:t xml:space="preserve"> </w:t>
      </w:r>
      <w:r w:rsidRPr="002F751A">
        <w:rPr>
          <w:color w:val="000000" w:themeColor="text1"/>
          <w:szCs w:val="26"/>
          <w:rtl/>
        </w:rPr>
        <w:t>سازد</w:t>
      </w:r>
      <w:r w:rsidRPr="002F751A">
        <w:rPr>
          <w:color w:val="000000" w:themeColor="text1"/>
        </w:rPr>
        <w:t>.</w:t>
      </w:r>
    </w:p>
    <w:p w14:paraId="55BE7F3B" w14:textId="262D4AF9" w:rsidR="009F417E" w:rsidRPr="002F751A" w:rsidRDefault="00FE2DB4" w:rsidP="002F751A">
      <w:pPr>
        <w:bidi/>
        <w:rPr>
          <w:color w:val="000000" w:themeColor="text1"/>
        </w:rPr>
      </w:pPr>
      <w:r w:rsidRPr="002F751A">
        <w:rPr>
          <w:color w:val="000000" w:themeColor="text1"/>
          <w:szCs w:val="26"/>
          <w:rtl/>
        </w:rPr>
        <w:t>در</w:t>
      </w:r>
      <w:r w:rsidRPr="002F751A">
        <w:rPr>
          <w:color w:val="000000" w:themeColor="text1"/>
        </w:rPr>
        <w:t xml:space="preserve"> </w:t>
      </w:r>
      <w:r w:rsidRPr="002F751A">
        <w:rPr>
          <w:color w:val="000000" w:themeColor="text1"/>
          <w:szCs w:val="26"/>
          <w:rtl/>
        </w:rPr>
        <w:t>سوی</w:t>
      </w:r>
      <w:r w:rsidRPr="002F751A">
        <w:rPr>
          <w:color w:val="000000" w:themeColor="text1"/>
        </w:rPr>
        <w:t xml:space="preserve"> </w:t>
      </w:r>
      <w:r w:rsidRPr="002F751A">
        <w:rPr>
          <w:color w:val="000000" w:themeColor="text1"/>
          <w:szCs w:val="26"/>
          <w:rtl/>
        </w:rPr>
        <w:t>دیگر،</w:t>
      </w:r>
      <w:r w:rsidRPr="002F751A">
        <w:rPr>
          <w:color w:val="000000" w:themeColor="text1"/>
        </w:rPr>
        <w:t xml:space="preserve"> </w:t>
      </w:r>
      <w:r w:rsidRPr="002F751A">
        <w:rPr>
          <w:color w:val="000000" w:themeColor="text1"/>
          <w:szCs w:val="26"/>
          <w:rtl/>
        </w:rPr>
        <w:t>حق</w:t>
      </w:r>
      <w:r w:rsidRPr="002F751A">
        <w:rPr>
          <w:color w:val="000000" w:themeColor="text1"/>
        </w:rPr>
        <w:t xml:space="preserve"> </w:t>
      </w:r>
      <w:r w:rsidRPr="002F751A">
        <w:rPr>
          <w:color w:val="000000" w:themeColor="text1"/>
          <w:szCs w:val="26"/>
          <w:rtl/>
        </w:rPr>
        <w:t>دادخواهی</w:t>
      </w:r>
      <w:r w:rsidRPr="002F751A">
        <w:rPr>
          <w:color w:val="000000" w:themeColor="text1"/>
        </w:rPr>
        <w:t xml:space="preserve"> </w:t>
      </w:r>
      <w:r w:rsidRPr="002F751A">
        <w:rPr>
          <w:color w:val="000000" w:themeColor="text1"/>
          <w:szCs w:val="26"/>
          <w:rtl/>
        </w:rPr>
        <w:t>مطلق</w:t>
      </w:r>
      <w:r w:rsidRPr="002F751A">
        <w:rPr>
          <w:color w:val="000000" w:themeColor="text1"/>
        </w:rPr>
        <w:t xml:space="preserve"> </w:t>
      </w:r>
      <w:r w:rsidRPr="002F751A">
        <w:rPr>
          <w:color w:val="000000" w:themeColor="text1"/>
          <w:szCs w:val="26"/>
          <w:rtl/>
        </w:rPr>
        <w:t>نیست</w:t>
      </w:r>
      <w:r w:rsidRPr="002F751A">
        <w:rPr>
          <w:color w:val="000000" w:themeColor="text1"/>
        </w:rPr>
        <w:t xml:space="preserve">. </w:t>
      </w:r>
      <w:r w:rsidRPr="002F751A">
        <w:rPr>
          <w:color w:val="000000" w:themeColor="text1"/>
          <w:szCs w:val="26"/>
          <w:rtl/>
        </w:rPr>
        <w:t>اصل</w:t>
      </w:r>
      <w:r w:rsidRPr="002F751A">
        <w:rPr>
          <w:color w:val="000000" w:themeColor="text1"/>
        </w:rPr>
        <w:t xml:space="preserve"> </w:t>
      </w:r>
      <w:r w:rsidRPr="002F751A">
        <w:rPr>
          <w:color w:val="000000" w:themeColor="text1"/>
          <w:szCs w:val="26"/>
          <w:rtl/>
        </w:rPr>
        <w:t>۴۰</w:t>
      </w:r>
      <w:r w:rsidRPr="002F751A">
        <w:rPr>
          <w:color w:val="000000" w:themeColor="text1"/>
        </w:rPr>
        <w:t xml:space="preserve"> </w:t>
      </w:r>
      <w:r w:rsidRPr="002F751A">
        <w:rPr>
          <w:color w:val="000000" w:themeColor="text1"/>
          <w:szCs w:val="26"/>
          <w:rtl/>
        </w:rPr>
        <w:t>قانون</w:t>
      </w:r>
      <w:r w:rsidRPr="002F751A">
        <w:rPr>
          <w:color w:val="000000" w:themeColor="text1"/>
        </w:rPr>
        <w:t xml:space="preserve"> </w:t>
      </w:r>
      <w:r w:rsidRPr="002F751A">
        <w:rPr>
          <w:color w:val="000000" w:themeColor="text1"/>
          <w:szCs w:val="26"/>
          <w:rtl/>
        </w:rPr>
        <w:t>اساسی</w:t>
      </w:r>
      <w:r w:rsidRPr="002F751A">
        <w:rPr>
          <w:color w:val="000000" w:themeColor="text1"/>
        </w:rPr>
        <w:t xml:space="preserve"> </w:t>
      </w:r>
      <w:r w:rsidRPr="002F751A">
        <w:rPr>
          <w:color w:val="000000" w:themeColor="text1"/>
          <w:szCs w:val="26"/>
          <w:rtl/>
        </w:rPr>
        <w:t>تصریح</w:t>
      </w:r>
      <w:r w:rsidRPr="002F751A">
        <w:rPr>
          <w:color w:val="000000" w:themeColor="text1"/>
        </w:rPr>
        <w:t xml:space="preserve"> </w:t>
      </w:r>
      <w:r w:rsidRPr="002F751A">
        <w:rPr>
          <w:color w:val="000000" w:themeColor="text1"/>
          <w:szCs w:val="26"/>
          <w:rtl/>
        </w:rPr>
        <w:t>می</w:t>
      </w:r>
      <w:r w:rsidRPr="002F751A">
        <w:rPr>
          <w:color w:val="000000" w:themeColor="text1"/>
        </w:rPr>
        <w:t>‌</w:t>
      </w:r>
      <w:r w:rsidRPr="002F751A">
        <w:rPr>
          <w:color w:val="000000" w:themeColor="text1"/>
          <w:szCs w:val="26"/>
          <w:rtl/>
        </w:rPr>
        <w:t>کند</w:t>
      </w:r>
      <w:r w:rsidRPr="002F751A">
        <w:rPr>
          <w:color w:val="000000" w:themeColor="text1"/>
        </w:rPr>
        <w:t xml:space="preserve"> </w:t>
      </w:r>
      <w:r w:rsidRPr="002F751A">
        <w:rPr>
          <w:color w:val="000000" w:themeColor="text1"/>
          <w:szCs w:val="26"/>
          <w:rtl/>
        </w:rPr>
        <w:t>هیچ</w:t>
      </w:r>
      <w:r w:rsidRPr="002F751A">
        <w:rPr>
          <w:color w:val="000000" w:themeColor="text1"/>
        </w:rPr>
        <w:t>‌</w:t>
      </w:r>
      <w:r w:rsidRPr="002F751A">
        <w:rPr>
          <w:color w:val="000000" w:themeColor="text1"/>
          <w:szCs w:val="26"/>
          <w:rtl/>
        </w:rPr>
        <w:t>کس</w:t>
      </w:r>
      <w:r w:rsidRPr="002F751A">
        <w:rPr>
          <w:color w:val="000000" w:themeColor="text1"/>
        </w:rPr>
        <w:t xml:space="preserve"> </w:t>
      </w:r>
      <w:r w:rsidRPr="002F751A">
        <w:rPr>
          <w:color w:val="000000" w:themeColor="text1"/>
          <w:szCs w:val="26"/>
          <w:rtl/>
        </w:rPr>
        <w:t>نمی</w:t>
      </w:r>
      <w:r w:rsidRPr="002F751A">
        <w:rPr>
          <w:color w:val="000000" w:themeColor="text1"/>
        </w:rPr>
        <w:t>‌</w:t>
      </w:r>
      <w:r w:rsidRPr="002F751A">
        <w:rPr>
          <w:color w:val="000000" w:themeColor="text1"/>
          <w:szCs w:val="26"/>
          <w:rtl/>
        </w:rPr>
        <w:t>تواند</w:t>
      </w:r>
      <w:r w:rsidRPr="002F751A">
        <w:rPr>
          <w:color w:val="000000" w:themeColor="text1"/>
        </w:rPr>
        <w:t xml:space="preserve"> </w:t>
      </w:r>
      <w:r w:rsidRPr="002F751A">
        <w:rPr>
          <w:color w:val="000000" w:themeColor="text1"/>
          <w:szCs w:val="26"/>
          <w:rtl/>
        </w:rPr>
        <w:t>اعمال</w:t>
      </w:r>
      <w:r w:rsidRPr="002F751A">
        <w:rPr>
          <w:color w:val="000000" w:themeColor="text1"/>
        </w:rPr>
        <w:t xml:space="preserve"> </w:t>
      </w:r>
      <w:r w:rsidRPr="002F751A">
        <w:rPr>
          <w:color w:val="000000" w:themeColor="text1"/>
          <w:szCs w:val="26"/>
          <w:rtl/>
        </w:rPr>
        <w:t>حق</w:t>
      </w:r>
      <w:r w:rsidRPr="002F751A">
        <w:rPr>
          <w:color w:val="000000" w:themeColor="text1"/>
        </w:rPr>
        <w:t xml:space="preserve"> </w:t>
      </w:r>
      <w:r w:rsidRPr="002F751A">
        <w:rPr>
          <w:color w:val="000000" w:themeColor="text1"/>
          <w:szCs w:val="26"/>
          <w:rtl/>
        </w:rPr>
        <w:t>خویش</w:t>
      </w:r>
      <w:r w:rsidRPr="002F751A">
        <w:rPr>
          <w:color w:val="000000" w:themeColor="text1"/>
        </w:rPr>
        <w:t xml:space="preserve"> </w:t>
      </w:r>
      <w:r w:rsidRPr="002F751A">
        <w:rPr>
          <w:color w:val="000000" w:themeColor="text1"/>
          <w:szCs w:val="26"/>
          <w:rtl/>
        </w:rPr>
        <w:t>را</w:t>
      </w:r>
      <w:r w:rsidRPr="002F751A">
        <w:rPr>
          <w:color w:val="000000" w:themeColor="text1"/>
        </w:rPr>
        <w:t xml:space="preserve"> </w:t>
      </w:r>
      <w:r w:rsidRPr="002F751A">
        <w:rPr>
          <w:color w:val="000000" w:themeColor="text1"/>
          <w:szCs w:val="26"/>
          <w:rtl/>
        </w:rPr>
        <w:t>وسیله</w:t>
      </w:r>
      <w:r w:rsidRPr="002F751A">
        <w:rPr>
          <w:color w:val="000000" w:themeColor="text1"/>
        </w:rPr>
        <w:t xml:space="preserve"> </w:t>
      </w:r>
      <w:r w:rsidRPr="002F751A">
        <w:rPr>
          <w:color w:val="000000" w:themeColor="text1"/>
          <w:szCs w:val="26"/>
          <w:rtl/>
        </w:rPr>
        <w:t>اضرار</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غیر</w:t>
      </w:r>
      <w:r w:rsidRPr="002F751A">
        <w:rPr>
          <w:color w:val="000000" w:themeColor="text1"/>
        </w:rPr>
        <w:t xml:space="preserve"> </w:t>
      </w:r>
      <w:r w:rsidRPr="002F751A">
        <w:rPr>
          <w:color w:val="000000" w:themeColor="text1"/>
          <w:szCs w:val="26"/>
          <w:rtl/>
        </w:rPr>
        <w:t>یا</w:t>
      </w:r>
      <w:r w:rsidRPr="002F751A">
        <w:rPr>
          <w:color w:val="000000" w:themeColor="text1"/>
        </w:rPr>
        <w:t xml:space="preserve"> </w:t>
      </w:r>
      <w:r w:rsidRPr="002F751A">
        <w:rPr>
          <w:color w:val="000000" w:themeColor="text1"/>
          <w:szCs w:val="26"/>
          <w:rtl/>
        </w:rPr>
        <w:t>تجاوز</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منافع</w:t>
      </w:r>
      <w:r w:rsidRPr="002F751A">
        <w:rPr>
          <w:color w:val="000000" w:themeColor="text1"/>
        </w:rPr>
        <w:t xml:space="preserve"> </w:t>
      </w:r>
      <w:r w:rsidRPr="002F751A">
        <w:rPr>
          <w:color w:val="000000" w:themeColor="text1"/>
          <w:szCs w:val="26"/>
          <w:rtl/>
        </w:rPr>
        <w:t>عمومی</w:t>
      </w:r>
      <w:r w:rsidRPr="002F751A">
        <w:rPr>
          <w:color w:val="000000" w:themeColor="text1"/>
        </w:rPr>
        <w:t xml:space="preserve"> </w:t>
      </w:r>
      <w:r w:rsidRPr="002F751A">
        <w:rPr>
          <w:color w:val="000000" w:themeColor="text1"/>
          <w:szCs w:val="26"/>
          <w:rtl/>
        </w:rPr>
        <w:t>قرار</w:t>
      </w:r>
      <w:r w:rsidRPr="002F751A">
        <w:rPr>
          <w:color w:val="000000" w:themeColor="text1"/>
        </w:rPr>
        <w:t xml:space="preserve"> </w:t>
      </w:r>
      <w:r w:rsidRPr="002F751A">
        <w:rPr>
          <w:color w:val="000000" w:themeColor="text1"/>
          <w:szCs w:val="26"/>
          <w:rtl/>
        </w:rPr>
        <w:t>دهد</w:t>
      </w:r>
      <w:r w:rsidRPr="002F751A">
        <w:rPr>
          <w:color w:val="000000" w:themeColor="text1"/>
        </w:rPr>
        <w:t xml:space="preserve">. </w:t>
      </w:r>
      <w:r w:rsidRPr="002F751A">
        <w:rPr>
          <w:color w:val="000000" w:themeColor="text1"/>
          <w:szCs w:val="26"/>
          <w:rtl/>
        </w:rPr>
        <w:t>ادبیات</w:t>
      </w:r>
      <w:r w:rsidRPr="002F751A">
        <w:rPr>
          <w:color w:val="000000" w:themeColor="text1"/>
        </w:rPr>
        <w:t xml:space="preserve"> </w:t>
      </w:r>
      <w:r w:rsidRPr="002F751A">
        <w:rPr>
          <w:color w:val="000000" w:themeColor="text1"/>
          <w:szCs w:val="26"/>
          <w:rtl/>
        </w:rPr>
        <w:t>حقوق</w:t>
      </w:r>
      <w:r w:rsidRPr="002F751A">
        <w:rPr>
          <w:color w:val="000000" w:themeColor="text1"/>
        </w:rPr>
        <w:t xml:space="preserve"> </w:t>
      </w:r>
      <w:r w:rsidRPr="002F751A">
        <w:rPr>
          <w:color w:val="000000" w:themeColor="text1"/>
          <w:szCs w:val="26"/>
          <w:rtl/>
        </w:rPr>
        <w:t>خصوصی</w:t>
      </w:r>
      <w:r w:rsidRPr="002F751A">
        <w:rPr>
          <w:color w:val="000000" w:themeColor="text1"/>
        </w:rPr>
        <w:t xml:space="preserve"> </w:t>
      </w:r>
      <w:r w:rsidRPr="002F751A">
        <w:rPr>
          <w:color w:val="000000" w:themeColor="text1"/>
          <w:szCs w:val="26"/>
          <w:rtl/>
        </w:rPr>
        <w:t>ایران</w:t>
      </w:r>
      <w:r w:rsidRPr="002F751A">
        <w:rPr>
          <w:color w:val="000000" w:themeColor="text1"/>
        </w:rPr>
        <w:t xml:space="preserve"> </w:t>
      </w:r>
      <w:r w:rsidRPr="002F751A">
        <w:rPr>
          <w:color w:val="000000" w:themeColor="text1"/>
          <w:szCs w:val="26"/>
          <w:rtl/>
        </w:rPr>
        <w:t>نیز</w:t>
      </w:r>
      <w:r w:rsidRPr="002F751A">
        <w:rPr>
          <w:color w:val="000000" w:themeColor="text1"/>
        </w:rPr>
        <w:t xml:space="preserve"> </w:t>
      </w:r>
      <w:r w:rsidRPr="002F751A">
        <w:rPr>
          <w:color w:val="000000" w:themeColor="text1"/>
          <w:szCs w:val="26"/>
          <w:rtl/>
        </w:rPr>
        <w:t>سال</w:t>
      </w:r>
      <w:r w:rsidRPr="002F751A">
        <w:rPr>
          <w:color w:val="000000" w:themeColor="text1"/>
        </w:rPr>
        <w:t>‌</w:t>
      </w:r>
      <w:r w:rsidRPr="002F751A">
        <w:rPr>
          <w:color w:val="000000" w:themeColor="text1"/>
          <w:szCs w:val="26"/>
          <w:rtl/>
        </w:rPr>
        <w:t>هاست</w:t>
      </w:r>
      <w:r w:rsidRPr="002F751A">
        <w:rPr>
          <w:color w:val="000000" w:themeColor="text1"/>
        </w:rPr>
        <w:t xml:space="preserve"> </w:t>
      </w:r>
      <w:r w:rsidRPr="002F751A">
        <w:rPr>
          <w:color w:val="000000" w:themeColor="text1"/>
          <w:szCs w:val="26"/>
          <w:rtl/>
        </w:rPr>
        <w:t>بر</w:t>
      </w:r>
      <w:r w:rsidRPr="002F751A">
        <w:rPr>
          <w:color w:val="000000" w:themeColor="text1"/>
        </w:rPr>
        <w:t xml:space="preserve"> </w:t>
      </w:r>
      <w:r w:rsidRPr="002F751A">
        <w:rPr>
          <w:color w:val="000000" w:themeColor="text1"/>
          <w:szCs w:val="26"/>
          <w:rtl/>
        </w:rPr>
        <w:t>تمایز</w:t>
      </w:r>
      <w:r w:rsidRPr="002F751A">
        <w:rPr>
          <w:color w:val="000000" w:themeColor="text1"/>
        </w:rPr>
        <w:t xml:space="preserve"> «</w:t>
      </w:r>
      <w:r w:rsidRPr="002F751A">
        <w:rPr>
          <w:color w:val="000000" w:themeColor="text1"/>
          <w:szCs w:val="26"/>
          <w:rtl/>
        </w:rPr>
        <w:t>اجرای</w:t>
      </w:r>
      <w:r w:rsidRPr="002F751A">
        <w:rPr>
          <w:color w:val="000000" w:themeColor="text1"/>
        </w:rPr>
        <w:t xml:space="preserve"> </w:t>
      </w:r>
      <w:r w:rsidRPr="002F751A">
        <w:rPr>
          <w:color w:val="000000" w:themeColor="text1"/>
          <w:szCs w:val="26"/>
          <w:rtl/>
        </w:rPr>
        <w:t>حق</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سوءاستفاده</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حق</w:t>
      </w:r>
      <w:r w:rsidRPr="002F751A">
        <w:rPr>
          <w:color w:val="000000" w:themeColor="text1"/>
        </w:rPr>
        <w:t xml:space="preserve">» </w:t>
      </w:r>
      <w:r w:rsidRPr="002F751A">
        <w:rPr>
          <w:color w:val="000000" w:themeColor="text1"/>
          <w:szCs w:val="26"/>
          <w:rtl/>
        </w:rPr>
        <w:t>تأکید</w:t>
      </w:r>
      <w:r w:rsidRPr="002F751A">
        <w:rPr>
          <w:color w:val="000000" w:themeColor="text1"/>
        </w:rPr>
        <w:t xml:space="preserve"> </w:t>
      </w:r>
      <w:r w:rsidRPr="002F751A">
        <w:rPr>
          <w:color w:val="000000" w:themeColor="text1"/>
          <w:szCs w:val="26"/>
          <w:rtl/>
        </w:rPr>
        <w:t>دارد؛</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گونه</w:t>
      </w:r>
      <w:r w:rsidRPr="002F751A">
        <w:rPr>
          <w:color w:val="000000" w:themeColor="text1"/>
        </w:rPr>
        <w:t>‌</w:t>
      </w:r>
      <w:r w:rsidRPr="002F751A">
        <w:rPr>
          <w:color w:val="000000" w:themeColor="text1"/>
          <w:szCs w:val="26"/>
          <w:rtl/>
        </w:rPr>
        <w:t>ای</w:t>
      </w:r>
      <w:r w:rsidRPr="002F751A">
        <w:rPr>
          <w:color w:val="000000" w:themeColor="text1"/>
        </w:rPr>
        <w:t xml:space="preserve"> </w:t>
      </w:r>
      <w:r w:rsidRPr="002F751A">
        <w:rPr>
          <w:color w:val="000000" w:themeColor="text1"/>
          <w:szCs w:val="26"/>
          <w:rtl/>
        </w:rPr>
        <w:t>که</w:t>
      </w:r>
      <w:r w:rsidRPr="002F751A">
        <w:rPr>
          <w:color w:val="000000" w:themeColor="text1"/>
        </w:rPr>
        <w:t xml:space="preserve"> </w:t>
      </w:r>
      <w:r w:rsidRPr="002F751A">
        <w:rPr>
          <w:color w:val="000000" w:themeColor="text1"/>
          <w:szCs w:val="26"/>
          <w:rtl/>
        </w:rPr>
        <w:t>قصد</w:t>
      </w:r>
      <w:r w:rsidRPr="002F751A">
        <w:rPr>
          <w:color w:val="000000" w:themeColor="text1"/>
        </w:rPr>
        <w:t xml:space="preserve"> </w:t>
      </w:r>
      <w:r w:rsidRPr="002F751A">
        <w:rPr>
          <w:color w:val="000000" w:themeColor="text1"/>
          <w:szCs w:val="26"/>
          <w:rtl/>
        </w:rPr>
        <w:t>اضرار،</w:t>
      </w:r>
      <w:r w:rsidRPr="002F751A">
        <w:rPr>
          <w:color w:val="000000" w:themeColor="text1"/>
        </w:rPr>
        <w:t xml:space="preserve"> </w:t>
      </w:r>
      <w:r w:rsidRPr="002F751A">
        <w:rPr>
          <w:color w:val="000000" w:themeColor="text1"/>
          <w:szCs w:val="26"/>
          <w:rtl/>
        </w:rPr>
        <w:t>خروج</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هدف</w:t>
      </w:r>
      <w:r w:rsidRPr="002F751A">
        <w:rPr>
          <w:color w:val="000000" w:themeColor="text1"/>
        </w:rPr>
        <w:t xml:space="preserve"> </w:t>
      </w:r>
      <w:r w:rsidRPr="002F751A">
        <w:rPr>
          <w:color w:val="000000" w:themeColor="text1"/>
          <w:szCs w:val="26"/>
          <w:rtl/>
        </w:rPr>
        <w:t>اجتماعی</w:t>
      </w:r>
      <w:r w:rsidRPr="002F751A">
        <w:rPr>
          <w:color w:val="000000" w:themeColor="text1"/>
        </w:rPr>
        <w:t xml:space="preserve"> </w:t>
      </w:r>
      <w:r w:rsidRPr="002F751A">
        <w:rPr>
          <w:color w:val="000000" w:themeColor="text1"/>
          <w:szCs w:val="26"/>
          <w:rtl/>
        </w:rPr>
        <w:t>حق</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استفاده</w:t>
      </w:r>
      <w:r w:rsidRPr="002F751A">
        <w:rPr>
          <w:color w:val="000000" w:themeColor="text1"/>
        </w:rPr>
        <w:t xml:space="preserve"> </w:t>
      </w:r>
      <w:r w:rsidRPr="002F751A">
        <w:rPr>
          <w:color w:val="000000" w:themeColor="text1"/>
          <w:szCs w:val="26"/>
          <w:rtl/>
        </w:rPr>
        <w:t>نامتعارف،</w:t>
      </w:r>
      <w:r w:rsidRPr="002F751A">
        <w:rPr>
          <w:color w:val="000000" w:themeColor="text1"/>
        </w:rPr>
        <w:t xml:space="preserve"> </w:t>
      </w:r>
      <w:r w:rsidRPr="002F751A">
        <w:rPr>
          <w:color w:val="000000" w:themeColor="text1"/>
          <w:szCs w:val="26"/>
          <w:rtl/>
        </w:rPr>
        <w:t>حسب</w:t>
      </w:r>
      <w:r w:rsidRPr="002F751A">
        <w:rPr>
          <w:color w:val="000000" w:themeColor="text1"/>
        </w:rPr>
        <w:t xml:space="preserve"> </w:t>
      </w:r>
      <w:r w:rsidRPr="002F751A">
        <w:rPr>
          <w:color w:val="000000" w:themeColor="text1"/>
          <w:szCs w:val="26"/>
          <w:rtl/>
        </w:rPr>
        <w:t>مورد</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معیارهای</w:t>
      </w:r>
      <w:r w:rsidRPr="002F751A">
        <w:rPr>
          <w:color w:val="000000" w:themeColor="text1"/>
        </w:rPr>
        <w:t xml:space="preserve"> </w:t>
      </w:r>
      <w:r w:rsidRPr="002F751A">
        <w:rPr>
          <w:color w:val="000000" w:themeColor="text1"/>
          <w:szCs w:val="26"/>
          <w:rtl/>
        </w:rPr>
        <w:t>تشخیص</w:t>
      </w:r>
      <w:r w:rsidRPr="002F751A">
        <w:rPr>
          <w:color w:val="000000" w:themeColor="text1"/>
        </w:rPr>
        <w:t xml:space="preserve"> </w:t>
      </w:r>
      <w:r w:rsidRPr="002F751A">
        <w:rPr>
          <w:color w:val="000000" w:themeColor="text1"/>
          <w:szCs w:val="26"/>
          <w:rtl/>
        </w:rPr>
        <w:t>سوءاستفاده</w:t>
      </w:r>
      <w:r w:rsidRPr="002F751A">
        <w:rPr>
          <w:color w:val="000000" w:themeColor="text1"/>
        </w:rPr>
        <w:t xml:space="preserve"> </w:t>
      </w:r>
      <w:r w:rsidRPr="002F751A">
        <w:rPr>
          <w:color w:val="000000" w:themeColor="text1"/>
          <w:szCs w:val="26"/>
          <w:rtl/>
        </w:rPr>
        <w:t>شناخته</w:t>
      </w:r>
      <w:r w:rsidRPr="002F751A">
        <w:rPr>
          <w:color w:val="000000" w:themeColor="text1"/>
        </w:rPr>
        <w:t xml:space="preserve"> </w:t>
      </w:r>
      <w:r w:rsidRPr="002F751A">
        <w:rPr>
          <w:color w:val="000000" w:themeColor="text1"/>
          <w:szCs w:val="26"/>
          <w:rtl/>
        </w:rPr>
        <w:t>شده</w:t>
      </w:r>
      <w:r w:rsidRPr="002F751A">
        <w:rPr>
          <w:color w:val="000000" w:themeColor="text1"/>
        </w:rPr>
        <w:t>‌</w:t>
      </w:r>
      <w:r w:rsidRPr="002F751A">
        <w:rPr>
          <w:color w:val="000000" w:themeColor="text1"/>
          <w:szCs w:val="26"/>
          <w:rtl/>
        </w:rPr>
        <w:t>اند</w:t>
      </w:r>
      <w:r w:rsidR="002F751A">
        <w:rPr>
          <w:rFonts w:hint="cs"/>
          <w:color w:val="000000" w:themeColor="text1"/>
          <w:rtl/>
        </w:rPr>
        <w:t>(</w:t>
      </w:r>
      <w:r w:rsidRPr="002F751A">
        <w:rPr>
          <w:color w:val="000000" w:themeColor="text1"/>
          <w:szCs w:val="26"/>
          <w:rtl/>
        </w:rPr>
        <w:t>حسین</w:t>
      </w:r>
      <w:r w:rsidRPr="002F751A">
        <w:rPr>
          <w:color w:val="000000" w:themeColor="text1"/>
        </w:rPr>
        <w:t>‌</w:t>
      </w:r>
      <w:r w:rsidRPr="002F751A">
        <w:rPr>
          <w:color w:val="000000" w:themeColor="text1"/>
          <w:szCs w:val="26"/>
          <w:rtl/>
        </w:rPr>
        <w:t>آبادی،</w:t>
      </w:r>
      <w:r w:rsidRPr="002F751A">
        <w:rPr>
          <w:color w:val="000000" w:themeColor="text1"/>
        </w:rPr>
        <w:t xml:space="preserve"> </w:t>
      </w:r>
      <w:r w:rsidRPr="002F751A">
        <w:rPr>
          <w:color w:val="000000" w:themeColor="text1"/>
          <w:szCs w:val="26"/>
          <w:rtl/>
        </w:rPr>
        <w:t>۱۳۹۶</w:t>
      </w:r>
      <w:r w:rsidRPr="002F751A">
        <w:rPr>
          <w:color w:val="000000" w:themeColor="text1"/>
        </w:rPr>
        <w:t xml:space="preserve">: </w:t>
      </w:r>
      <w:r w:rsidRPr="002F751A">
        <w:rPr>
          <w:color w:val="000000" w:themeColor="text1"/>
          <w:szCs w:val="26"/>
          <w:rtl/>
        </w:rPr>
        <w:t>۷۰</w:t>
      </w:r>
      <w:r w:rsidRPr="002F751A">
        <w:rPr>
          <w:color w:val="000000" w:themeColor="text1"/>
        </w:rPr>
        <w:t>)</w:t>
      </w:r>
      <w:r w:rsidR="002F751A">
        <w:rPr>
          <w:rFonts w:hint="cs"/>
          <w:color w:val="000000" w:themeColor="text1"/>
          <w:rtl/>
        </w:rPr>
        <w:t xml:space="preserve">) </w:t>
      </w:r>
      <w:r w:rsidRPr="002F751A">
        <w:rPr>
          <w:color w:val="000000" w:themeColor="text1"/>
          <w:szCs w:val="26"/>
          <w:rtl/>
        </w:rPr>
        <w:t>حسین</w:t>
      </w:r>
      <w:r w:rsidRPr="002F751A">
        <w:rPr>
          <w:color w:val="000000" w:themeColor="text1"/>
        </w:rPr>
        <w:t>‌</w:t>
      </w:r>
      <w:r w:rsidRPr="002F751A">
        <w:rPr>
          <w:color w:val="000000" w:themeColor="text1"/>
          <w:szCs w:val="26"/>
          <w:rtl/>
        </w:rPr>
        <w:t>آبادی</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طور</w:t>
      </w:r>
      <w:r w:rsidRPr="002F751A">
        <w:rPr>
          <w:color w:val="000000" w:themeColor="text1"/>
        </w:rPr>
        <w:t xml:space="preserve"> </w:t>
      </w:r>
      <w:r w:rsidRPr="002F751A">
        <w:rPr>
          <w:color w:val="000000" w:themeColor="text1"/>
          <w:szCs w:val="26"/>
          <w:rtl/>
        </w:rPr>
        <w:t>خاص</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اصل</w:t>
      </w:r>
      <w:r w:rsidRPr="002F751A">
        <w:rPr>
          <w:color w:val="000000" w:themeColor="text1"/>
        </w:rPr>
        <w:t xml:space="preserve"> </w:t>
      </w:r>
      <w:r w:rsidRPr="002F751A">
        <w:rPr>
          <w:color w:val="000000" w:themeColor="text1"/>
          <w:szCs w:val="26"/>
          <w:rtl/>
        </w:rPr>
        <w:t>۳۴</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تبصره</w:t>
      </w:r>
      <w:r w:rsidRPr="002F751A">
        <w:rPr>
          <w:color w:val="000000" w:themeColor="text1"/>
        </w:rPr>
        <w:t xml:space="preserve"> </w:t>
      </w:r>
      <w:r w:rsidRPr="002F751A">
        <w:rPr>
          <w:color w:val="000000" w:themeColor="text1"/>
          <w:szCs w:val="26"/>
          <w:rtl/>
        </w:rPr>
        <w:t>ماده</w:t>
      </w:r>
      <w:r w:rsidRPr="002F751A">
        <w:rPr>
          <w:color w:val="000000" w:themeColor="text1"/>
        </w:rPr>
        <w:t xml:space="preserve"> </w:t>
      </w:r>
      <w:r w:rsidRPr="002F751A">
        <w:rPr>
          <w:color w:val="000000" w:themeColor="text1"/>
          <w:szCs w:val="26"/>
          <w:rtl/>
        </w:rPr>
        <w:t>۱۰۹</w:t>
      </w:r>
      <w:r w:rsidRPr="002F751A">
        <w:rPr>
          <w:color w:val="000000" w:themeColor="text1"/>
        </w:rPr>
        <w:t xml:space="preserve"> </w:t>
      </w:r>
      <w:r w:rsidRPr="002F751A">
        <w:rPr>
          <w:color w:val="000000" w:themeColor="text1"/>
          <w:szCs w:val="26"/>
          <w:rtl/>
        </w:rPr>
        <w:t>قانون</w:t>
      </w:r>
      <w:r w:rsidRPr="002F751A">
        <w:rPr>
          <w:color w:val="000000" w:themeColor="text1"/>
        </w:rPr>
        <w:t xml:space="preserve"> </w:t>
      </w:r>
      <w:r w:rsidRPr="002F751A">
        <w:rPr>
          <w:color w:val="000000" w:themeColor="text1"/>
          <w:szCs w:val="26"/>
          <w:rtl/>
        </w:rPr>
        <w:t>آیین</w:t>
      </w:r>
      <w:r w:rsidRPr="002F751A">
        <w:rPr>
          <w:color w:val="000000" w:themeColor="text1"/>
        </w:rPr>
        <w:t xml:space="preserve"> </w:t>
      </w:r>
      <w:r w:rsidRPr="002F751A">
        <w:rPr>
          <w:color w:val="000000" w:themeColor="text1"/>
          <w:szCs w:val="26"/>
          <w:rtl/>
        </w:rPr>
        <w:t>دادرسی</w:t>
      </w:r>
      <w:r w:rsidRPr="002F751A">
        <w:rPr>
          <w:color w:val="000000" w:themeColor="text1"/>
        </w:rPr>
        <w:t xml:space="preserve"> </w:t>
      </w:r>
      <w:r w:rsidRPr="002F751A">
        <w:rPr>
          <w:color w:val="000000" w:themeColor="text1"/>
          <w:szCs w:val="26"/>
          <w:rtl/>
        </w:rPr>
        <w:t>مدنی</w:t>
      </w:r>
      <w:r w:rsidRPr="002F751A">
        <w:rPr>
          <w:color w:val="000000" w:themeColor="text1"/>
        </w:rPr>
        <w:t xml:space="preserve"> </w:t>
      </w:r>
      <w:r w:rsidRPr="002F751A">
        <w:rPr>
          <w:color w:val="000000" w:themeColor="text1"/>
          <w:szCs w:val="26"/>
          <w:rtl/>
        </w:rPr>
        <w:t>نتیجه</w:t>
      </w:r>
      <w:r w:rsidRPr="002F751A">
        <w:rPr>
          <w:color w:val="000000" w:themeColor="text1"/>
        </w:rPr>
        <w:t xml:space="preserve"> </w:t>
      </w:r>
      <w:r w:rsidRPr="002F751A">
        <w:rPr>
          <w:color w:val="000000" w:themeColor="text1"/>
          <w:szCs w:val="26"/>
          <w:rtl/>
        </w:rPr>
        <w:t>می</w:t>
      </w:r>
      <w:r w:rsidRPr="002F751A">
        <w:rPr>
          <w:color w:val="000000" w:themeColor="text1"/>
        </w:rPr>
        <w:t>‌</w:t>
      </w:r>
      <w:r w:rsidRPr="002F751A">
        <w:rPr>
          <w:color w:val="000000" w:themeColor="text1"/>
          <w:szCs w:val="26"/>
          <w:rtl/>
        </w:rPr>
        <w:t>گیرد</w:t>
      </w:r>
      <w:r w:rsidRPr="002F751A">
        <w:rPr>
          <w:color w:val="000000" w:themeColor="text1"/>
        </w:rPr>
        <w:t xml:space="preserve"> </w:t>
      </w:r>
      <w:r w:rsidRPr="002F751A">
        <w:rPr>
          <w:color w:val="000000" w:themeColor="text1"/>
          <w:szCs w:val="26"/>
          <w:rtl/>
        </w:rPr>
        <w:t>که</w:t>
      </w:r>
      <w:r w:rsidRPr="002F751A">
        <w:rPr>
          <w:color w:val="000000" w:themeColor="text1"/>
        </w:rPr>
        <w:t xml:space="preserve"> </w:t>
      </w:r>
      <w:r w:rsidRPr="002F751A">
        <w:rPr>
          <w:color w:val="000000" w:themeColor="text1"/>
          <w:szCs w:val="26"/>
          <w:rtl/>
        </w:rPr>
        <w:t>حق</w:t>
      </w:r>
      <w:r w:rsidRPr="002F751A">
        <w:rPr>
          <w:color w:val="000000" w:themeColor="text1"/>
        </w:rPr>
        <w:t xml:space="preserve"> </w:t>
      </w:r>
      <w:r w:rsidRPr="002F751A">
        <w:rPr>
          <w:color w:val="000000" w:themeColor="text1"/>
          <w:szCs w:val="26"/>
          <w:rtl/>
        </w:rPr>
        <w:t>اقامه</w:t>
      </w:r>
      <w:r w:rsidRPr="002F751A">
        <w:rPr>
          <w:color w:val="000000" w:themeColor="text1"/>
        </w:rPr>
        <w:t xml:space="preserve"> </w:t>
      </w:r>
      <w:r w:rsidRPr="002F751A">
        <w:rPr>
          <w:color w:val="000000" w:themeColor="text1"/>
          <w:szCs w:val="26"/>
          <w:rtl/>
        </w:rPr>
        <w:t>دعوا</w:t>
      </w:r>
      <w:r w:rsidRPr="002F751A">
        <w:rPr>
          <w:color w:val="000000" w:themeColor="text1"/>
        </w:rPr>
        <w:t xml:space="preserve"> </w:t>
      </w:r>
      <w:r w:rsidRPr="002F751A">
        <w:rPr>
          <w:color w:val="000000" w:themeColor="text1"/>
          <w:szCs w:val="26"/>
          <w:rtl/>
        </w:rPr>
        <w:t>نیز</w:t>
      </w:r>
      <w:r w:rsidRPr="002F751A">
        <w:rPr>
          <w:color w:val="000000" w:themeColor="text1"/>
        </w:rPr>
        <w:t xml:space="preserve"> </w:t>
      </w:r>
      <w:r w:rsidRPr="002F751A">
        <w:rPr>
          <w:color w:val="000000" w:themeColor="text1"/>
          <w:szCs w:val="26"/>
          <w:rtl/>
        </w:rPr>
        <w:t>در</w:t>
      </w:r>
      <w:r w:rsidRPr="002F751A">
        <w:rPr>
          <w:color w:val="000000" w:themeColor="text1"/>
        </w:rPr>
        <w:t xml:space="preserve"> </w:t>
      </w:r>
      <w:r w:rsidRPr="002F751A">
        <w:rPr>
          <w:color w:val="000000" w:themeColor="text1"/>
          <w:szCs w:val="26"/>
          <w:rtl/>
        </w:rPr>
        <w:t>صورت</w:t>
      </w:r>
      <w:r w:rsidRPr="002F751A">
        <w:rPr>
          <w:color w:val="000000" w:themeColor="text1"/>
        </w:rPr>
        <w:t xml:space="preserve"> </w:t>
      </w:r>
      <w:r w:rsidRPr="002F751A">
        <w:rPr>
          <w:color w:val="000000" w:themeColor="text1"/>
          <w:szCs w:val="26"/>
          <w:rtl/>
        </w:rPr>
        <w:t>ایذا،</w:t>
      </w:r>
      <w:r w:rsidRPr="002F751A">
        <w:rPr>
          <w:color w:val="000000" w:themeColor="text1"/>
        </w:rPr>
        <w:t xml:space="preserve"> </w:t>
      </w:r>
      <w:r w:rsidRPr="002F751A">
        <w:rPr>
          <w:color w:val="000000" w:themeColor="text1"/>
          <w:szCs w:val="26"/>
          <w:rtl/>
        </w:rPr>
        <w:t>غرض</w:t>
      </w:r>
      <w:r w:rsidRPr="002F751A">
        <w:rPr>
          <w:color w:val="000000" w:themeColor="text1"/>
        </w:rPr>
        <w:t>‌</w:t>
      </w:r>
      <w:r w:rsidRPr="002F751A">
        <w:rPr>
          <w:color w:val="000000" w:themeColor="text1"/>
          <w:szCs w:val="26"/>
          <w:rtl/>
        </w:rPr>
        <w:t>ورزی</w:t>
      </w:r>
      <w:r w:rsidRPr="002F751A">
        <w:rPr>
          <w:color w:val="000000" w:themeColor="text1"/>
        </w:rPr>
        <w:t xml:space="preserve"> </w:t>
      </w:r>
      <w:r w:rsidRPr="002F751A">
        <w:rPr>
          <w:color w:val="000000" w:themeColor="text1"/>
          <w:szCs w:val="26"/>
          <w:rtl/>
        </w:rPr>
        <w:t>یا</w:t>
      </w:r>
      <w:r w:rsidRPr="002F751A">
        <w:rPr>
          <w:color w:val="000000" w:themeColor="text1"/>
        </w:rPr>
        <w:t xml:space="preserve"> </w:t>
      </w:r>
      <w:r w:rsidRPr="002F751A">
        <w:rPr>
          <w:color w:val="000000" w:themeColor="text1"/>
          <w:szCs w:val="26"/>
          <w:rtl/>
        </w:rPr>
        <w:t>تأخیر</w:t>
      </w:r>
      <w:r w:rsidRPr="002F751A">
        <w:rPr>
          <w:color w:val="000000" w:themeColor="text1"/>
        </w:rPr>
        <w:t xml:space="preserve"> </w:t>
      </w:r>
      <w:r w:rsidRPr="002F751A">
        <w:rPr>
          <w:color w:val="000000" w:themeColor="text1"/>
          <w:szCs w:val="26"/>
          <w:rtl/>
        </w:rPr>
        <w:t>عمدی</w:t>
      </w:r>
      <w:r w:rsidRPr="002F751A">
        <w:rPr>
          <w:color w:val="000000" w:themeColor="text1"/>
        </w:rPr>
        <w:t xml:space="preserve"> </w:t>
      </w:r>
      <w:r w:rsidRPr="002F751A">
        <w:rPr>
          <w:color w:val="000000" w:themeColor="text1"/>
          <w:szCs w:val="26"/>
          <w:rtl/>
        </w:rPr>
        <w:t>در</w:t>
      </w:r>
      <w:r w:rsidRPr="002F751A">
        <w:rPr>
          <w:color w:val="000000" w:themeColor="text1"/>
        </w:rPr>
        <w:t xml:space="preserve"> </w:t>
      </w:r>
      <w:r w:rsidRPr="002F751A">
        <w:rPr>
          <w:color w:val="000000" w:themeColor="text1"/>
          <w:szCs w:val="26"/>
          <w:rtl/>
        </w:rPr>
        <w:t>انجام</w:t>
      </w:r>
      <w:r w:rsidRPr="002F751A">
        <w:rPr>
          <w:color w:val="000000" w:themeColor="text1"/>
        </w:rPr>
        <w:t xml:space="preserve"> </w:t>
      </w:r>
      <w:r w:rsidRPr="002F751A">
        <w:rPr>
          <w:color w:val="000000" w:themeColor="text1"/>
          <w:szCs w:val="26"/>
          <w:rtl/>
        </w:rPr>
        <w:t>تعهد،</w:t>
      </w:r>
      <w:r w:rsidRPr="002F751A">
        <w:rPr>
          <w:color w:val="000000" w:themeColor="text1"/>
        </w:rPr>
        <w:t xml:space="preserve"> </w:t>
      </w:r>
      <w:r w:rsidRPr="002F751A">
        <w:rPr>
          <w:color w:val="000000" w:themeColor="text1"/>
          <w:szCs w:val="26"/>
          <w:rtl/>
        </w:rPr>
        <w:t>مصون</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مسئولیت</w:t>
      </w:r>
      <w:r w:rsidRPr="002F751A">
        <w:rPr>
          <w:color w:val="000000" w:themeColor="text1"/>
        </w:rPr>
        <w:t xml:space="preserve"> </w:t>
      </w:r>
      <w:r w:rsidRPr="002F751A">
        <w:rPr>
          <w:color w:val="000000" w:themeColor="text1"/>
          <w:szCs w:val="26"/>
          <w:rtl/>
        </w:rPr>
        <w:t>نیست</w:t>
      </w:r>
      <w:r w:rsidRPr="002F751A">
        <w:rPr>
          <w:color w:val="000000" w:themeColor="text1"/>
        </w:rPr>
        <w:t xml:space="preserve"> (</w:t>
      </w:r>
      <w:r w:rsidRPr="002F751A">
        <w:rPr>
          <w:color w:val="000000" w:themeColor="text1"/>
          <w:szCs w:val="26"/>
          <w:rtl/>
        </w:rPr>
        <w:t>حسین</w:t>
      </w:r>
      <w:r w:rsidRPr="002F751A">
        <w:rPr>
          <w:color w:val="000000" w:themeColor="text1"/>
        </w:rPr>
        <w:t>‌</w:t>
      </w:r>
      <w:r w:rsidRPr="002F751A">
        <w:rPr>
          <w:color w:val="000000" w:themeColor="text1"/>
          <w:szCs w:val="26"/>
          <w:rtl/>
        </w:rPr>
        <w:t>آبادی،</w:t>
      </w:r>
      <w:r w:rsidRPr="002F751A">
        <w:rPr>
          <w:color w:val="000000" w:themeColor="text1"/>
        </w:rPr>
        <w:t xml:space="preserve"> </w:t>
      </w:r>
      <w:r w:rsidRPr="002F751A">
        <w:rPr>
          <w:color w:val="000000" w:themeColor="text1"/>
          <w:szCs w:val="26"/>
          <w:rtl/>
        </w:rPr>
        <w:t>۱۳۹۶</w:t>
      </w:r>
      <w:r w:rsidRPr="002F751A">
        <w:rPr>
          <w:color w:val="000000" w:themeColor="text1"/>
        </w:rPr>
        <w:t xml:space="preserve">: </w:t>
      </w:r>
      <w:r w:rsidRPr="002F751A">
        <w:rPr>
          <w:color w:val="000000" w:themeColor="text1"/>
          <w:szCs w:val="26"/>
          <w:rtl/>
        </w:rPr>
        <w:t>۷۴</w:t>
      </w:r>
      <w:r w:rsidRPr="002F751A">
        <w:rPr>
          <w:color w:val="000000" w:themeColor="text1"/>
        </w:rPr>
        <w:t>).</w:t>
      </w:r>
    </w:p>
    <w:p w14:paraId="0823F000" w14:textId="77777777" w:rsidR="009F417E" w:rsidRPr="002F751A" w:rsidRDefault="00FE2DB4" w:rsidP="002F751A">
      <w:pPr>
        <w:bidi/>
        <w:rPr>
          <w:color w:val="000000" w:themeColor="text1"/>
        </w:rPr>
      </w:pPr>
      <w:r w:rsidRPr="002F751A">
        <w:rPr>
          <w:color w:val="000000" w:themeColor="text1"/>
          <w:szCs w:val="26"/>
          <w:rtl/>
        </w:rPr>
        <w:t>مسئله</w:t>
      </w:r>
      <w:r w:rsidRPr="002F751A">
        <w:rPr>
          <w:color w:val="000000" w:themeColor="text1"/>
        </w:rPr>
        <w:t xml:space="preserve"> </w:t>
      </w:r>
      <w:r w:rsidRPr="002F751A">
        <w:rPr>
          <w:color w:val="000000" w:themeColor="text1"/>
          <w:szCs w:val="26"/>
          <w:rtl/>
        </w:rPr>
        <w:t>در</w:t>
      </w:r>
      <w:r w:rsidRPr="002F751A">
        <w:rPr>
          <w:color w:val="000000" w:themeColor="text1"/>
        </w:rPr>
        <w:t xml:space="preserve"> </w:t>
      </w:r>
      <w:r w:rsidRPr="002F751A">
        <w:rPr>
          <w:color w:val="000000" w:themeColor="text1"/>
          <w:szCs w:val="26"/>
          <w:rtl/>
        </w:rPr>
        <w:t>دادرسی</w:t>
      </w:r>
      <w:r w:rsidRPr="002F751A">
        <w:rPr>
          <w:color w:val="000000" w:themeColor="text1"/>
        </w:rPr>
        <w:t xml:space="preserve"> </w:t>
      </w:r>
      <w:r w:rsidRPr="002F751A">
        <w:rPr>
          <w:color w:val="000000" w:themeColor="text1"/>
          <w:szCs w:val="26"/>
          <w:rtl/>
        </w:rPr>
        <w:t>کیفری</w:t>
      </w:r>
      <w:r w:rsidRPr="002F751A">
        <w:rPr>
          <w:color w:val="000000" w:themeColor="text1"/>
        </w:rPr>
        <w:t xml:space="preserve"> </w:t>
      </w:r>
      <w:r w:rsidRPr="002F751A">
        <w:rPr>
          <w:color w:val="000000" w:themeColor="text1"/>
          <w:szCs w:val="26"/>
          <w:rtl/>
        </w:rPr>
        <w:t>حساس</w:t>
      </w:r>
      <w:r w:rsidRPr="002F751A">
        <w:rPr>
          <w:color w:val="000000" w:themeColor="text1"/>
        </w:rPr>
        <w:t>‌</w:t>
      </w:r>
      <w:r w:rsidRPr="002F751A">
        <w:rPr>
          <w:color w:val="000000" w:themeColor="text1"/>
          <w:szCs w:val="26"/>
          <w:rtl/>
        </w:rPr>
        <w:t>تر</w:t>
      </w:r>
      <w:r w:rsidRPr="002F751A">
        <w:rPr>
          <w:color w:val="000000" w:themeColor="text1"/>
        </w:rPr>
        <w:t xml:space="preserve"> </w:t>
      </w:r>
      <w:r w:rsidRPr="002F751A">
        <w:rPr>
          <w:color w:val="000000" w:themeColor="text1"/>
          <w:szCs w:val="26"/>
          <w:rtl/>
        </w:rPr>
        <w:t>است؛</w:t>
      </w:r>
      <w:r w:rsidRPr="002F751A">
        <w:rPr>
          <w:color w:val="000000" w:themeColor="text1"/>
        </w:rPr>
        <w:t xml:space="preserve"> </w:t>
      </w:r>
      <w:r w:rsidRPr="002F751A">
        <w:rPr>
          <w:color w:val="000000" w:themeColor="text1"/>
          <w:szCs w:val="26"/>
          <w:rtl/>
        </w:rPr>
        <w:t>زیرا</w:t>
      </w:r>
      <w:r w:rsidRPr="002F751A">
        <w:rPr>
          <w:color w:val="000000" w:themeColor="text1"/>
        </w:rPr>
        <w:t xml:space="preserve"> </w:t>
      </w:r>
      <w:r w:rsidRPr="002F751A">
        <w:rPr>
          <w:color w:val="000000" w:themeColor="text1"/>
          <w:szCs w:val="26"/>
          <w:rtl/>
        </w:rPr>
        <w:t>شکایت</w:t>
      </w:r>
      <w:r w:rsidRPr="002F751A">
        <w:rPr>
          <w:color w:val="000000" w:themeColor="text1"/>
        </w:rPr>
        <w:t xml:space="preserve"> </w:t>
      </w:r>
      <w:r w:rsidRPr="002F751A">
        <w:rPr>
          <w:color w:val="000000" w:themeColor="text1"/>
          <w:szCs w:val="26"/>
          <w:rtl/>
        </w:rPr>
        <w:t>صرفاً</w:t>
      </w:r>
      <w:r w:rsidRPr="002F751A">
        <w:rPr>
          <w:color w:val="000000" w:themeColor="text1"/>
        </w:rPr>
        <w:t xml:space="preserve"> </w:t>
      </w:r>
      <w:r w:rsidRPr="002F751A">
        <w:rPr>
          <w:color w:val="000000" w:themeColor="text1"/>
          <w:szCs w:val="26"/>
          <w:rtl/>
        </w:rPr>
        <w:t>طرف</w:t>
      </w:r>
      <w:r w:rsidRPr="002F751A">
        <w:rPr>
          <w:color w:val="000000" w:themeColor="text1"/>
        </w:rPr>
        <w:t xml:space="preserve"> </w:t>
      </w:r>
      <w:r w:rsidRPr="002F751A">
        <w:rPr>
          <w:color w:val="000000" w:themeColor="text1"/>
          <w:szCs w:val="26"/>
          <w:rtl/>
        </w:rPr>
        <w:t>مقابل</w:t>
      </w:r>
      <w:r w:rsidRPr="002F751A">
        <w:rPr>
          <w:color w:val="000000" w:themeColor="text1"/>
        </w:rPr>
        <w:t xml:space="preserve"> </w:t>
      </w:r>
      <w:r w:rsidRPr="002F751A">
        <w:rPr>
          <w:color w:val="000000" w:themeColor="text1"/>
          <w:szCs w:val="26"/>
          <w:rtl/>
        </w:rPr>
        <w:t>را</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یک</w:t>
      </w:r>
      <w:r w:rsidRPr="002F751A">
        <w:rPr>
          <w:color w:val="000000" w:themeColor="text1"/>
        </w:rPr>
        <w:t xml:space="preserve"> </w:t>
      </w:r>
      <w:r w:rsidRPr="002F751A">
        <w:rPr>
          <w:color w:val="000000" w:themeColor="text1"/>
          <w:szCs w:val="26"/>
          <w:rtl/>
        </w:rPr>
        <w:t>نزاع</w:t>
      </w:r>
      <w:r w:rsidRPr="002F751A">
        <w:rPr>
          <w:color w:val="000000" w:themeColor="text1"/>
        </w:rPr>
        <w:t xml:space="preserve"> </w:t>
      </w:r>
      <w:r w:rsidRPr="002F751A">
        <w:rPr>
          <w:color w:val="000000" w:themeColor="text1"/>
          <w:szCs w:val="26"/>
          <w:rtl/>
        </w:rPr>
        <w:t>خصوصی</w:t>
      </w:r>
      <w:r w:rsidRPr="002F751A">
        <w:rPr>
          <w:color w:val="000000" w:themeColor="text1"/>
        </w:rPr>
        <w:t xml:space="preserve"> </w:t>
      </w:r>
      <w:r w:rsidRPr="002F751A">
        <w:rPr>
          <w:color w:val="000000" w:themeColor="text1"/>
          <w:szCs w:val="26"/>
          <w:rtl/>
        </w:rPr>
        <w:t>دعوت</w:t>
      </w:r>
      <w:r w:rsidRPr="002F751A">
        <w:rPr>
          <w:color w:val="000000" w:themeColor="text1"/>
        </w:rPr>
        <w:t xml:space="preserve"> </w:t>
      </w:r>
      <w:r w:rsidRPr="002F751A">
        <w:rPr>
          <w:color w:val="000000" w:themeColor="text1"/>
          <w:szCs w:val="26"/>
          <w:rtl/>
        </w:rPr>
        <w:t>نمی</w:t>
      </w:r>
      <w:r w:rsidRPr="002F751A">
        <w:rPr>
          <w:color w:val="000000" w:themeColor="text1"/>
        </w:rPr>
        <w:t>‌</w:t>
      </w:r>
      <w:r w:rsidRPr="002F751A">
        <w:rPr>
          <w:color w:val="000000" w:themeColor="text1"/>
          <w:szCs w:val="26"/>
          <w:rtl/>
        </w:rPr>
        <w:t>کند،</w:t>
      </w:r>
      <w:r w:rsidRPr="002F751A">
        <w:rPr>
          <w:color w:val="000000" w:themeColor="text1"/>
        </w:rPr>
        <w:t xml:space="preserve"> </w:t>
      </w:r>
      <w:r w:rsidRPr="002F751A">
        <w:rPr>
          <w:color w:val="000000" w:themeColor="text1"/>
          <w:szCs w:val="26"/>
          <w:rtl/>
        </w:rPr>
        <w:t>بلکه</w:t>
      </w:r>
      <w:r w:rsidRPr="002F751A">
        <w:rPr>
          <w:color w:val="000000" w:themeColor="text1"/>
        </w:rPr>
        <w:t xml:space="preserve"> </w:t>
      </w:r>
      <w:r w:rsidRPr="002F751A">
        <w:rPr>
          <w:color w:val="000000" w:themeColor="text1"/>
          <w:szCs w:val="26"/>
          <w:rtl/>
        </w:rPr>
        <w:t>قدرت</w:t>
      </w:r>
      <w:r w:rsidRPr="002F751A">
        <w:rPr>
          <w:color w:val="000000" w:themeColor="text1"/>
        </w:rPr>
        <w:t xml:space="preserve"> </w:t>
      </w:r>
      <w:r w:rsidRPr="002F751A">
        <w:rPr>
          <w:color w:val="000000" w:themeColor="text1"/>
          <w:szCs w:val="26"/>
          <w:rtl/>
        </w:rPr>
        <w:t>عمومی</w:t>
      </w:r>
      <w:r w:rsidRPr="002F751A">
        <w:rPr>
          <w:color w:val="000000" w:themeColor="text1"/>
        </w:rPr>
        <w:t xml:space="preserve"> </w:t>
      </w:r>
      <w:r w:rsidRPr="002F751A">
        <w:rPr>
          <w:color w:val="000000" w:themeColor="text1"/>
          <w:szCs w:val="26"/>
          <w:rtl/>
        </w:rPr>
        <w:t>را</w:t>
      </w:r>
      <w:r w:rsidRPr="002F751A">
        <w:rPr>
          <w:color w:val="000000" w:themeColor="text1"/>
        </w:rPr>
        <w:t xml:space="preserve"> </w:t>
      </w:r>
      <w:r w:rsidRPr="002F751A">
        <w:rPr>
          <w:color w:val="000000" w:themeColor="text1"/>
          <w:szCs w:val="26"/>
          <w:rtl/>
        </w:rPr>
        <w:t>فعال</w:t>
      </w:r>
      <w:r w:rsidRPr="002F751A">
        <w:rPr>
          <w:color w:val="000000" w:themeColor="text1"/>
        </w:rPr>
        <w:t xml:space="preserve"> </w:t>
      </w:r>
      <w:r w:rsidRPr="002F751A">
        <w:rPr>
          <w:color w:val="000000" w:themeColor="text1"/>
          <w:szCs w:val="26"/>
          <w:rtl/>
        </w:rPr>
        <w:t>می</w:t>
      </w:r>
      <w:r w:rsidRPr="002F751A">
        <w:rPr>
          <w:color w:val="000000" w:themeColor="text1"/>
        </w:rPr>
        <w:t>‌</w:t>
      </w:r>
      <w:r w:rsidRPr="002F751A">
        <w:rPr>
          <w:color w:val="000000" w:themeColor="text1"/>
          <w:szCs w:val="26"/>
          <w:rtl/>
        </w:rPr>
        <w:t>سازد</w:t>
      </w:r>
      <w:r w:rsidRPr="002F751A">
        <w:rPr>
          <w:color w:val="000000" w:themeColor="text1"/>
        </w:rPr>
        <w:t xml:space="preserve">. </w:t>
      </w:r>
      <w:r w:rsidRPr="002F751A">
        <w:rPr>
          <w:color w:val="000000" w:themeColor="text1"/>
          <w:szCs w:val="26"/>
          <w:rtl/>
        </w:rPr>
        <w:t>احضار،</w:t>
      </w:r>
      <w:r w:rsidRPr="002F751A">
        <w:rPr>
          <w:color w:val="000000" w:themeColor="text1"/>
        </w:rPr>
        <w:t xml:space="preserve"> </w:t>
      </w:r>
      <w:r w:rsidRPr="002F751A">
        <w:rPr>
          <w:color w:val="000000" w:themeColor="text1"/>
          <w:szCs w:val="26"/>
          <w:rtl/>
        </w:rPr>
        <w:t>تحقیق،</w:t>
      </w:r>
      <w:r w:rsidRPr="002F751A">
        <w:rPr>
          <w:color w:val="000000" w:themeColor="text1"/>
        </w:rPr>
        <w:t xml:space="preserve"> </w:t>
      </w:r>
      <w:r w:rsidRPr="002F751A">
        <w:rPr>
          <w:color w:val="000000" w:themeColor="text1"/>
          <w:szCs w:val="26"/>
          <w:rtl/>
        </w:rPr>
        <w:t>ارجاع</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ضابط،</w:t>
      </w:r>
      <w:r w:rsidRPr="002F751A">
        <w:rPr>
          <w:color w:val="000000" w:themeColor="text1"/>
        </w:rPr>
        <w:t xml:space="preserve"> </w:t>
      </w:r>
      <w:r w:rsidRPr="002F751A">
        <w:rPr>
          <w:color w:val="000000" w:themeColor="text1"/>
          <w:szCs w:val="26"/>
          <w:rtl/>
        </w:rPr>
        <w:t>کارشناسی،</w:t>
      </w:r>
      <w:r w:rsidRPr="002F751A">
        <w:rPr>
          <w:color w:val="000000" w:themeColor="text1"/>
        </w:rPr>
        <w:t xml:space="preserve"> </w:t>
      </w:r>
      <w:r w:rsidRPr="002F751A">
        <w:rPr>
          <w:color w:val="000000" w:themeColor="text1"/>
          <w:szCs w:val="26"/>
          <w:rtl/>
        </w:rPr>
        <w:t>محدودیت</w:t>
      </w:r>
      <w:r w:rsidRPr="002F751A">
        <w:rPr>
          <w:color w:val="000000" w:themeColor="text1"/>
        </w:rPr>
        <w:t>‌</w:t>
      </w:r>
      <w:r w:rsidRPr="002F751A">
        <w:rPr>
          <w:color w:val="000000" w:themeColor="text1"/>
          <w:szCs w:val="26"/>
          <w:rtl/>
        </w:rPr>
        <w:t>های</w:t>
      </w:r>
      <w:r w:rsidRPr="002F751A">
        <w:rPr>
          <w:color w:val="000000" w:themeColor="text1"/>
        </w:rPr>
        <w:t xml:space="preserve"> </w:t>
      </w:r>
      <w:r w:rsidRPr="002F751A">
        <w:rPr>
          <w:color w:val="000000" w:themeColor="text1"/>
          <w:szCs w:val="26"/>
          <w:rtl/>
        </w:rPr>
        <w:t>ناشی</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قرارهای</w:t>
      </w:r>
      <w:r w:rsidRPr="002F751A">
        <w:rPr>
          <w:color w:val="000000" w:themeColor="text1"/>
        </w:rPr>
        <w:t xml:space="preserve"> </w:t>
      </w:r>
      <w:r w:rsidRPr="002F751A">
        <w:rPr>
          <w:color w:val="000000" w:themeColor="text1"/>
          <w:szCs w:val="26"/>
          <w:rtl/>
        </w:rPr>
        <w:t>تأمین</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آثار</w:t>
      </w:r>
      <w:r w:rsidRPr="002F751A">
        <w:rPr>
          <w:color w:val="000000" w:themeColor="text1"/>
        </w:rPr>
        <w:t xml:space="preserve"> </w:t>
      </w:r>
      <w:r w:rsidRPr="002F751A">
        <w:rPr>
          <w:color w:val="000000" w:themeColor="text1"/>
          <w:szCs w:val="26"/>
          <w:rtl/>
        </w:rPr>
        <w:t>حیثیتی</w:t>
      </w:r>
      <w:r w:rsidRPr="002F751A">
        <w:rPr>
          <w:color w:val="000000" w:themeColor="text1"/>
        </w:rPr>
        <w:t xml:space="preserve"> </w:t>
      </w:r>
      <w:r w:rsidRPr="002F751A">
        <w:rPr>
          <w:color w:val="000000" w:themeColor="text1"/>
          <w:szCs w:val="26"/>
          <w:rtl/>
        </w:rPr>
        <w:t>یک</w:t>
      </w:r>
      <w:r w:rsidRPr="002F751A">
        <w:rPr>
          <w:color w:val="000000" w:themeColor="text1"/>
        </w:rPr>
        <w:t xml:space="preserve"> </w:t>
      </w:r>
      <w:r w:rsidRPr="002F751A">
        <w:rPr>
          <w:color w:val="000000" w:themeColor="text1"/>
          <w:szCs w:val="26"/>
          <w:rtl/>
        </w:rPr>
        <w:t>اتهام،</w:t>
      </w:r>
      <w:r w:rsidRPr="002F751A">
        <w:rPr>
          <w:color w:val="000000" w:themeColor="text1"/>
        </w:rPr>
        <w:t xml:space="preserve"> </w:t>
      </w:r>
      <w:r w:rsidRPr="002F751A">
        <w:rPr>
          <w:color w:val="000000" w:themeColor="text1"/>
          <w:szCs w:val="26"/>
          <w:rtl/>
        </w:rPr>
        <w:t>حتی</w:t>
      </w:r>
      <w:r w:rsidRPr="002F751A">
        <w:rPr>
          <w:color w:val="000000" w:themeColor="text1"/>
        </w:rPr>
        <w:t xml:space="preserve"> </w:t>
      </w:r>
      <w:r w:rsidRPr="002F751A">
        <w:rPr>
          <w:color w:val="000000" w:themeColor="text1"/>
          <w:szCs w:val="26"/>
          <w:rtl/>
        </w:rPr>
        <w:t>پیش</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محکومیت</w:t>
      </w:r>
      <w:r w:rsidRPr="002F751A">
        <w:rPr>
          <w:color w:val="000000" w:themeColor="text1"/>
        </w:rPr>
        <w:t xml:space="preserve"> </w:t>
      </w:r>
      <w:r w:rsidRPr="002F751A">
        <w:rPr>
          <w:color w:val="000000" w:themeColor="text1"/>
          <w:szCs w:val="26"/>
          <w:rtl/>
        </w:rPr>
        <w:t>نهایی</w:t>
      </w:r>
      <w:r w:rsidRPr="002F751A">
        <w:rPr>
          <w:color w:val="000000" w:themeColor="text1"/>
        </w:rPr>
        <w:t xml:space="preserve"> </w:t>
      </w:r>
      <w:r w:rsidRPr="002F751A">
        <w:rPr>
          <w:color w:val="000000" w:themeColor="text1"/>
          <w:szCs w:val="26"/>
          <w:rtl/>
        </w:rPr>
        <w:t>می</w:t>
      </w:r>
      <w:r w:rsidRPr="002F751A">
        <w:rPr>
          <w:color w:val="000000" w:themeColor="text1"/>
        </w:rPr>
        <w:t>‌</w:t>
      </w:r>
      <w:r w:rsidRPr="002F751A">
        <w:rPr>
          <w:color w:val="000000" w:themeColor="text1"/>
          <w:szCs w:val="26"/>
          <w:rtl/>
        </w:rPr>
        <w:t>تواند</w:t>
      </w:r>
      <w:r w:rsidRPr="002F751A">
        <w:rPr>
          <w:color w:val="000000" w:themeColor="text1"/>
        </w:rPr>
        <w:t xml:space="preserve"> </w:t>
      </w:r>
      <w:r w:rsidRPr="002F751A">
        <w:rPr>
          <w:color w:val="000000" w:themeColor="text1"/>
          <w:szCs w:val="26"/>
          <w:rtl/>
        </w:rPr>
        <w:t>هزینه</w:t>
      </w:r>
      <w:r w:rsidRPr="002F751A">
        <w:rPr>
          <w:color w:val="000000" w:themeColor="text1"/>
        </w:rPr>
        <w:t xml:space="preserve"> </w:t>
      </w:r>
      <w:r w:rsidRPr="002F751A">
        <w:rPr>
          <w:color w:val="000000" w:themeColor="text1"/>
          <w:szCs w:val="26"/>
          <w:rtl/>
        </w:rPr>
        <w:t>واقعی</w:t>
      </w:r>
      <w:r w:rsidRPr="002F751A">
        <w:rPr>
          <w:color w:val="000000" w:themeColor="text1"/>
        </w:rPr>
        <w:t xml:space="preserve"> </w:t>
      </w:r>
      <w:r w:rsidRPr="002F751A">
        <w:rPr>
          <w:color w:val="000000" w:themeColor="text1"/>
          <w:szCs w:val="26"/>
          <w:rtl/>
        </w:rPr>
        <w:t>ایجاد</w:t>
      </w:r>
      <w:r w:rsidRPr="002F751A">
        <w:rPr>
          <w:color w:val="000000" w:themeColor="text1"/>
        </w:rPr>
        <w:t xml:space="preserve"> </w:t>
      </w:r>
      <w:r w:rsidRPr="002F751A">
        <w:rPr>
          <w:color w:val="000000" w:themeColor="text1"/>
          <w:szCs w:val="26"/>
          <w:rtl/>
        </w:rPr>
        <w:t>کند</w:t>
      </w:r>
      <w:r w:rsidRPr="002F751A">
        <w:rPr>
          <w:color w:val="000000" w:themeColor="text1"/>
        </w:rPr>
        <w:t xml:space="preserve">. </w:t>
      </w:r>
      <w:r w:rsidRPr="002F751A">
        <w:rPr>
          <w:color w:val="000000" w:themeColor="text1"/>
          <w:szCs w:val="26"/>
          <w:rtl/>
        </w:rPr>
        <w:t>بنابراین</w:t>
      </w:r>
      <w:r w:rsidRPr="002F751A">
        <w:rPr>
          <w:color w:val="000000" w:themeColor="text1"/>
        </w:rPr>
        <w:t xml:space="preserve"> </w:t>
      </w:r>
      <w:r w:rsidRPr="002F751A">
        <w:rPr>
          <w:color w:val="000000" w:themeColor="text1"/>
          <w:szCs w:val="26"/>
          <w:rtl/>
        </w:rPr>
        <w:t>اگر</w:t>
      </w:r>
      <w:r w:rsidRPr="002F751A">
        <w:rPr>
          <w:color w:val="000000" w:themeColor="text1"/>
        </w:rPr>
        <w:t xml:space="preserve"> </w:t>
      </w:r>
      <w:r w:rsidRPr="002F751A">
        <w:rPr>
          <w:color w:val="000000" w:themeColor="text1"/>
          <w:szCs w:val="26"/>
          <w:rtl/>
        </w:rPr>
        <w:t>شخصی</w:t>
      </w:r>
      <w:r w:rsidRPr="002F751A">
        <w:rPr>
          <w:color w:val="000000" w:themeColor="text1"/>
        </w:rPr>
        <w:t xml:space="preserve"> </w:t>
      </w:r>
      <w:r w:rsidRPr="002F751A">
        <w:rPr>
          <w:color w:val="000000" w:themeColor="text1"/>
          <w:szCs w:val="26"/>
          <w:rtl/>
        </w:rPr>
        <w:t>با</w:t>
      </w:r>
      <w:r w:rsidRPr="002F751A">
        <w:rPr>
          <w:color w:val="000000" w:themeColor="text1"/>
        </w:rPr>
        <w:t xml:space="preserve"> </w:t>
      </w:r>
      <w:r w:rsidRPr="002F751A">
        <w:rPr>
          <w:color w:val="000000" w:themeColor="text1"/>
          <w:szCs w:val="26"/>
          <w:rtl/>
        </w:rPr>
        <w:t>علم</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بی</w:t>
      </w:r>
      <w:r w:rsidRPr="002F751A">
        <w:rPr>
          <w:color w:val="000000" w:themeColor="text1"/>
        </w:rPr>
        <w:t>‌</w:t>
      </w:r>
      <w:r w:rsidRPr="002F751A">
        <w:rPr>
          <w:color w:val="000000" w:themeColor="text1"/>
          <w:szCs w:val="26"/>
          <w:rtl/>
        </w:rPr>
        <w:t>اساسی</w:t>
      </w:r>
      <w:r w:rsidRPr="002F751A">
        <w:rPr>
          <w:color w:val="000000" w:themeColor="text1"/>
        </w:rPr>
        <w:t xml:space="preserve"> </w:t>
      </w:r>
      <w:r w:rsidRPr="002F751A">
        <w:rPr>
          <w:color w:val="000000" w:themeColor="text1"/>
          <w:szCs w:val="26"/>
          <w:rtl/>
        </w:rPr>
        <w:t>اتهام،</w:t>
      </w:r>
      <w:r w:rsidRPr="002F751A">
        <w:rPr>
          <w:color w:val="000000" w:themeColor="text1"/>
        </w:rPr>
        <w:t xml:space="preserve"> </w:t>
      </w:r>
      <w:r w:rsidRPr="002F751A">
        <w:rPr>
          <w:color w:val="000000" w:themeColor="text1"/>
          <w:szCs w:val="26"/>
          <w:rtl/>
        </w:rPr>
        <w:t>فرایند</w:t>
      </w:r>
      <w:r w:rsidRPr="002F751A">
        <w:rPr>
          <w:color w:val="000000" w:themeColor="text1"/>
        </w:rPr>
        <w:t xml:space="preserve"> </w:t>
      </w:r>
      <w:r w:rsidRPr="002F751A">
        <w:rPr>
          <w:color w:val="000000" w:themeColor="text1"/>
          <w:szCs w:val="26"/>
          <w:rtl/>
        </w:rPr>
        <w:t>کیفری</w:t>
      </w:r>
      <w:r w:rsidRPr="002F751A">
        <w:rPr>
          <w:color w:val="000000" w:themeColor="text1"/>
        </w:rPr>
        <w:t xml:space="preserve"> </w:t>
      </w:r>
      <w:r w:rsidRPr="002F751A">
        <w:rPr>
          <w:color w:val="000000" w:themeColor="text1"/>
          <w:szCs w:val="26"/>
          <w:rtl/>
        </w:rPr>
        <w:t>را</w:t>
      </w:r>
      <w:r w:rsidRPr="002F751A">
        <w:rPr>
          <w:color w:val="000000" w:themeColor="text1"/>
        </w:rPr>
        <w:t xml:space="preserve"> </w:t>
      </w:r>
      <w:r w:rsidRPr="002F751A">
        <w:rPr>
          <w:color w:val="000000" w:themeColor="text1"/>
          <w:szCs w:val="26"/>
          <w:rtl/>
        </w:rPr>
        <w:t>برای</w:t>
      </w:r>
      <w:r w:rsidRPr="002F751A">
        <w:rPr>
          <w:color w:val="000000" w:themeColor="text1"/>
        </w:rPr>
        <w:t xml:space="preserve"> </w:t>
      </w:r>
      <w:r w:rsidRPr="002F751A">
        <w:rPr>
          <w:color w:val="000000" w:themeColor="text1"/>
          <w:szCs w:val="26"/>
          <w:rtl/>
        </w:rPr>
        <w:t>وادار</w:t>
      </w:r>
      <w:r w:rsidRPr="002F751A">
        <w:rPr>
          <w:color w:val="000000" w:themeColor="text1"/>
        </w:rPr>
        <w:t xml:space="preserve"> </w:t>
      </w:r>
      <w:r w:rsidRPr="002F751A">
        <w:rPr>
          <w:color w:val="000000" w:themeColor="text1"/>
          <w:szCs w:val="26"/>
          <w:rtl/>
        </w:rPr>
        <w:t>کردن</w:t>
      </w:r>
      <w:r w:rsidRPr="002F751A">
        <w:rPr>
          <w:color w:val="000000" w:themeColor="text1"/>
        </w:rPr>
        <w:t xml:space="preserve"> </w:t>
      </w:r>
      <w:r w:rsidRPr="002F751A">
        <w:rPr>
          <w:color w:val="000000" w:themeColor="text1"/>
          <w:szCs w:val="26"/>
          <w:rtl/>
        </w:rPr>
        <w:t>دیگری</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پرداخت</w:t>
      </w:r>
      <w:r w:rsidRPr="002F751A">
        <w:rPr>
          <w:color w:val="000000" w:themeColor="text1"/>
        </w:rPr>
        <w:t xml:space="preserve"> </w:t>
      </w:r>
      <w:r w:rsidRPr="002F751A">
        <w:rPr>
          <w:color w:val="000000" w:themeColor="text1"/>
          <w:szCs w:val="26"/>
          <w:rtl/>
        </w:rPr>
        <w:t>وجه،</w:t>
      </w:r>
      <w:r w:rsidRPr="002F751A">
        <w:rPr>
          <w:color w:val="000000" w:themeColor="text1"/>
        </w:rPr>
        <w:t xml:space="preserve"> </w:t>
      </w:r>
      <w:r w:rsidRPr="002F751A">
        <w:rPr>
          <w:color w:val="000000" w:themeColor="text1"/>
          <w:szCs w:val="26"/>
          <w:rtl/>
        </w:rPr>
        <w:t>صرف</w:t>
      </w:r>
      <w:r w:rsidRPr="002F751A">
        <w:rPr>
          <w:color w:val="000000" w:themeColor="text1"/>
        </w:rPr>
        <w:t>‌</w:t>
      </w:r>
      <w:r w:rsidRPr="002F751A">
        <w:rPr>
          <w:color w:val="000000" w:themeColor="text1"/>
          <w:szCs w:val="26"/>
          <w:rtl/>
        </w:rPr>
        <w:t>نظر</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حق،</w:t>
      </w:r>
      <w:r w:rsidRPr="002F751A">
        <w:rPr>
          <w:color w:val="000000" w:themeColor="text1"/>
        </w:rPr>
        <w:t xml:space="preserve"> </w:t>
      </w:r>
      <w:r w:rsidRPr="002F751A">
        <w:rPr>
          <w:color w:val="000000" w:themeColor="text1"/>
          <w:szCs w:val="26"/>
          <w:rtl/>
        </w:rPr>
        <w:t>تخلیه</w:t>
      </w:r>
      <w:r w:rsidRPr="002F751A">
        <w:rPr>
          <w:color w:val="000000" w:themeColor="text1"/>
        </w:rPr>
        <w:t xml:space="preserve"> </w:t>
      </w:r>
      <w:r w:rsidRPr="002F751A">
        <w:rPr>
          <w:color w:val="000000" w:themeColor="text1"/>
          <w:szCs w:val="26"/>
          <w:rtl/>
        </w:rPr>
        <w:t>ملک،</w:t>
      </w:r>
      <w:r w:rsidRPr="002F751A">
        <w:rPr>
          <w:color w:val="000000" w:themeColor="text1"/>
        </w:rPr>
        <w:t xml:space="preserve"> </w:t>
      </w:r>
      <w:r w:rsidRPr="002F751A">
        <w:rPr>
          <w:color w:val="000000" w:themeColor="text1"/>
          <w:szCs w:val="26"/>
          <w:rtl/>
        </w:rPr>
        <w:t>انصراف</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شکایت</w:t>
      </w:r>
      <w:r w:rsidRPr="002F751A">
        <w:rPr>
          <w:color w:val="000000" w:themeColor="text1"/>
        </w:rPr>
        <w:t xml:space="preserve"> </w:t>
      </w:r>
      <w:r w:rsidRPr="002F751A">
        <w:rPr>
          <w:color w:val="000000" w:themeColor="text1"/>
          <w:szCs w:val="26"/>
          <w:rtl/>
        </w:rPr>
        <w:t>اصلی</w:t>
      </w:r>
      <w:r w:rsidRPr="002F751A">
        <w:rPr>
          <w:color w:val="000000" w:themeColor="text1"/>
        </w:rPr>
        <w:t xml:space="preserve"> </w:t>
      </w:r>
      <w:r w:rsidRPr="002F751A">
        <w:rPr>
          <w:color w:val="000000" w:themeColor="text1"/>
          <w:szCs w:val="26"/>
          <w:rtl/>
        </w:rPr>
        <w:t>یا</w:t>
      </w:r>
      <w:r w:rsidRPr="002F751A">
        <w:rPr>
          <w:color w:val="000000" w:themeColor="text1"/>
        </w:rPr>
        <w:t xml:space="preserve"> </w:t>
      </w:r>
      <w:r w:rsidRPr="002F751A">
        <w:rPr>
          <w:color w:val="000000" w:themeColor="text1"/>
          <w:szCs w:val="26"/>
          <w:rtl/>
        </w:rPr>
        <w:t>تخریب</w:t>
      </w:r>
      <w:r w:rsidRPr="002F751A">
        <w:rPr>
          <w:color w:val="000000" w:themeColor="text1"/>
        </w:rPr>
        <w:t xml:space="preserve"> </w:t>
      </w:r>
      <w:r w:rsidRPr="002F751A">
        <w:rPr>
          <w:color w:val="000000" w:themeColor="text1"/>
          <w:szCs w:val="26"/>
          <w:rtl/>
        </w:rPr>
        <w:t>اعتبار</w:t>
      </w:r>
      <w:r w:rsidRPr="002F751A">
        <w:rPr>
          <w:color w:val="000000" w:themeColor="text1"/>
        </w:rPr>
        <w:t xml:space="preserve"> </w:t>
      </w:r>
      <w:r w:rsidRPr="002F751A">
        <w:rPr>
          <w:color w:val="000000" w:themeColor="text1"/>
          <w:szCs w:val="26"/>
          <w:rtl/>
        </w:rPr>
        <w:t>اجتماعی</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کار</w:t>
      </w:r>
      <w:r w:rsidRPr="002F751A">
        <w:rPr>
          <w:color w:val="000000" w:themeColor="text1"/>
        </w:rPr>
        <w:t xml:space="preserve"> </w:t>
      </w:r>
      <w:r w:rsidRPr="002F751A">
        <w:rPr>
          <w:color w:val="000000" w:themeColor="text1"/>
          <w:szCs w:val="26"/>
          <w:rtl/>
        </w:rPr>
        <w:t>گیرد،</w:t>
      </w:r>
      <w:r w:rsidRPr="002F751A">
        <w:rPr>
          <w:color w:val="000000" w:themeColor="text1"/>
        </w:rPr>
        <w:t xml:space="preserve"> </w:t>
      </w:r>
      <w:r w:rsidRPr="002F751A">
        <w:rPr>
          <w:color w:val="000000" w:themeColor="text1"/>
          <w:szCs w:val="26"/>
          <w:rtl/>
        </w:rPr>
        <w:t>موضوع</w:t>
      </w:r>
      <w:r w:rsidRPr="002F751A">
        <w:rPr>
          <w:color w:val="000000" w:themeColor="text1"/>
        </w:rPr>
        <w:t xml:space="preserve"> </w:t>
      </w:r>
      <w:r w:rsidRPr="002F751A">
        <w:rPr>
          <w:color w:val="000000" w:themeColor="text1"/>
          <w:szCs w:val="26"/>
          <w:rtl/>
        </w:rPr>
        <w:t>فراتر</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یک</w:t>
      </w:r>
      <w:r w:rsidRPr="002F751A">
        <w:rPr>
          <w:color w:val="000000" w:themeColor="text1"/>
        </w:rPr>
        <w:t xml:space="preserve"> «</w:t>
      </w:r>
      <w:r w:rsidRPr="002F751A">
        <w:rPr>
          <w:color w:val="000000" w:themeColor="text1"/>
          <w:szCs w:val="26"/>
          <w:rtl/>
        </w:rPr>
        <w:t>شکایت</w:t>
      </w:r>
      <w:r w:rsidRPr="002F751A">
        <w:rPr>
          <w:color w:val="000000" w:themeColor="text1"/>
        </w:rPr>
        <w:t xml:space="preserve"> </w:t>
      </w:r>
      <w:r w:rsidRPr="002F751A">
        <w:rPr>
          <w:color w:val="000000" w:themeColor="text1"/>
          <w:szCs w:val="26"/>
          <w:rtl/>
        </w:rPr>
        <w:t>ناموفق</w:t>
      </w:r>
      <w:r w:rsidRPr="002F751A">
        <w:rPr>
          <w:color w:val="000000" w:themeColor="text1"/>
        </w:rPr>
        <w:t xml:space="preserve">» </w:t>
      </w:r>
      <w:r w:rsidRPr="002F751A">
        <w:rPr>
          <w:color w:val="000000" w:themeColor="text1"/>
          <w:szCs w:val="26"/>
          <w:rtl/>
        </w:rPr>
        <w:t>است</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مسئله</w:t>
      </w:r>
      <w:r w:rsidRPr="002F751A">
        <w:rPr>
          <w:color w:val="000000" w:themeColor="text1"/>
        </w:rPr>
        <w:t xml:space="preserve"> </w:t>
      </w:r>
      <w:r w:rsidRPr="002F751A">
        <w:rPr>
          <w:color w:val="000000" w:themeColor="text1"/>
          <w:szCs w:val="26"/>
          <w:rtl/>
        </w:rPr>
        <w:t>سوءاستفاده</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فرایند</w:t>
      </w:r>
      <w:r w:rsidRPr="002F751A">
        <w:rPr>
          <w:color w:val="000000" w:themeColor="text1"/>
        </w:rPr>
        <w:t xml:space="preserve"> </w:t>
      </w:r>
      <w:r w:rsidRPr="002F751A">
        <w:rPr>
          <w:color w:val="000000" w:themeColor="text1"/>
          <w:szCs w:val="26"/>
          <w:rtl/>
        </w:rPr>
        <w:t>نزدیک</w:t>
      </w:r>
      <w:r w:rsidRPr="002F751A">
        <w:rPr>
          <w:color w:val="000000" w:themeColor="text1"/>
        </w:rPr>
        <w:t xml:space="preserve"> </w:t>
      </w:r>
      <w:r w:rsidRPr="002F751A">
        <w:rPr>
          <w:color w:val="000000" w:themeColor="text1"/>
          <w:szCs w:val="26"/>
          <w:rtl/>
        </w:rPr>
        <w:t>می</w:t>
      </w:r>
      <w:r w:rsidRPr="002F751A">
        <w:rPr>
          <w:color w:val="000000" w:themeColor="text1"/>
        </w:rPr>
        <w:t>‌</w:t>
      </w:r>
      <w:r w:rsidRPr="002F751A">
        <w:rPr>
          <w:color w:val="000000" w:themeColor="text1"/>
          <w:szCs w:val="26"/>
          <w:rtl/>
        </w:rPr>
        <w:t>شود</w:t>
      </w:r>
      <w:r w:rsidRPr="002F751A">
        <w:rPr>
          <w:color w:val="000000" w:themeColor="text1"/>
        </w:rPr>
        <w:t>.</w:t>
      </w:r>
    </w:p>
    <w:p w14:paraId="65BAE340" w14:textId="77777777" w:rsidR="009F417E" w:rsidRPr="002F751A" w:rsidRDefault="00FE2DB4" w:rsidP="002F751A">
      <w:pPr>
        <w:bidi/>
        <w:rPr>
          <w:color w:val="000000" w:themeColor="text1"/>
        </w:rPr>
      </w:pPr>
      <w:r w:rsidRPr="002F751A">
        <w:rPr>
          <w:color w:val="000000" w:themeColor="text1"/>
          <w:szCs w:val="26"/>
          <w:rtl/>
        </w:rPr>
        <w:t>در</w:t>
      </w:r>
      <w:r w:rsidRPr="002F751A">
        <w:rPr>
          <w:color w:val="000000" w:themeColor="text1"/>
        </w:rPr>
        <w:t xml:space="preserve"> </w:t>
      </w:r>
      <w:r w:rsidRPr="002F751A">
        <w:rPr>
          <w:color w:val="000000" w:themeColor="text1"/>
          <w:szCs w:val="26"/>
          <w:rtl/>
        </w:rPr>
        <w:t>ادبیات</w:t>
      </w:r>
      <w:r w:rsidRPr="002F751A">
        <w:rPr>
          <w:color w:val="000000" w:themeColor="text1"/>
        </w:rPr>
        <w:t xml:space="preserve"> </w:t>
      </w:r>
      <w:r w:rsidRPr="002F751A">
        <w:rPr>
          <w:color w:val="000000" w:themeColor="text1"/>
          <w:szCs w:val="26"/>
          <w:rtl/>
        </w:rPr>
        <w:t>تطبیقی،</w:t>
      </w:r>
      <w:r w:rsidRPr="002F751A">
        <w:rPr>
          <w:color w:val="000000" w:themeColor="text1"/>
        </w:rPr>
        <w:t xml:space="preserve"> </w:t>
      </w:r>
      <w:r w:rsidRPr="002F751A">
        <w:rPr>
          <w:color w:val="000000" w:themeColor="text1"/>
          <w:szCs w:val="26"/>
          <w:rtl/>
        </w:rPr>
        <w:t>مفهوم</w:t>
      </w:r>
      <w:r w:rsidRPr="002F751A">
        <w:rPr>
          <w:color w:val="000000" w:themeColor="text1"/>
        </w:rPr>
        <w:t xml:space="preserve"> </w:t>
      </w:r>
      <w:r w:rsidRPr="002F751A">
        <w:rPr>
          <w:rFonts w:asciiTheme="majorBidi" w:hAnsiTheme="majorBidi" w:cstheme="majorBidi"/>
          <w:i/>
          <w:iCs/>
          <w:color w:val="000000" w:themeColor="text1"/>
        </w:rPr>
        <w:t xml:space="preserve">abuse of process </w:t>
      </w:r>
      <w:r w:rsidRPr="002F751A">
        <w:rPr>
          <w:color w:val="000000" w:themeColor="text1"/>
          <w:szCs w:val="26"/>
          <w:rtl/>
        </w:rPr>
        <w:t>دقیقاً</w:t>
      </w:r>
      <w:r w:rsidRPr="002F751A">
        <w:rPr>
          <w:color w:val="000000" w:themeColor="text1"/>
        </w:rPr>
        <w:t xml:space="preserve"> </w:t>
      </w:r>
      <w:r w:rsidRPr="002F751A">
        <w:rPr>
          <w:color w:val="000000" w:themeColor="text1"/>
          <w:szCs w:val="26"/>
          <w:rtl/>
        </w:rPr>
        <w:t>بر</w:t>
      </w:r>
      <w:r w:rsidRPr="002F751A">
        <w:rPr>
          <w:color w:val="000000" w:themeColor="text1"/>
        </w:rPr>
        <w:t xml:space="preserve"> </w:t>
      </w:r>
      <w:r w:rsidRPr="002F751A">
        <w:rPr>
          <w:color w:val="000000" w:themeColor="text1"/>
          <w:szCs w:val="26"/>
          <w:rtl/>
        </w:rPr>
        <w:t>این</w:t>
      </w:r>
      <w:r w:rsidRPr="002F751A">
        <w:rPr>
          <w:color w:val="000000" w:themeColor="text1"/>
        </w:rPr>
        <w:t xml:space="preserve"> </w:t>
      </w:r>
      <w:r w:rsidRPr="002F751A">
        <w:rPr>
          <w:color w:val="000000" w:themeColor="text1"/>
          <w:szCs w:val="26"/>
          <w:rtl/>
        </w:rPr>
        <w:t>نکته</w:t>
      </w:r>
      <w:r w:rsidRPr="002F751A">
        <w:rPr>
          <w:color w:val="000000" w:themeColor="text1"/>
        </w:rPr>
        <w:t xml:space="preserve"> </w:t>
      </w:r>
      <w:r w:rsidRPr="002F751A">
        <w:rPr>
          <w:color w:val="000000" w:themeColor="text1"/>
          <w:szCs w:val="26"/>
          <w:rtl/>
        </w:rPr>
        <w:t>تمرکز</w:t>
      </w:r>
      <w:r w:rsidRPr="002F751A">
        <w:rPr>
          <w:color w:val="000000" w:themeColor="text1"/>
        </w:rPr>
        <w:t xml:space="preserve"> </w:t>
      </w:r>
      <w:r w:rsidRPr="002F751A">
        <w:rPr>
          <w:color w:val="000000" w:themeColor="text1"/>
          <w:szCs w:val="26"/>
          <w:rtl/>
        </w:rPr>
        <w:t>دارد</w:t>
      </w:r>
      <w:r w:rsidRPr="002F751A">
        <w:rPr>
          <w:color w:val="000000" w:themeColor="text1"/>
        </w:rPr>
        <w:t xml:space="preserve"> </w:t>
      </w:r>
      <w:r w:rsidRPr="002F751A">
        <w:rPr>
          <w:color w:val="000000" w:themeColor="text1"/>
          <w:szCs w:val="26"/>
          <w:rtl/>
        </w:rPr>
        <w:t>که</w:t>
      </w:r>
      <w:r w:rsidRPr="002F751A">
        <w:rPr>
          <w:color w:val="000000" w:themeColor="text1"/>
        </w:rPr>
        <w:t xml:space="preserve"> </w:t>
      </w:r>
      <w:r w:rsidRPr="002F751A">
        <w:rPr>
          <w:color w:val="000000" w:themeColor="text1"/>
          <w:szCs w:val="26"/>
          <w:rtl/>
        </w:rPr>
        <w:t>ممکن</w:t>
      </w:r>
      <w:r w:rsidRPr="002F751A">
        <w:rPr>
          <w:color w:val="000000" w:themeColor="text1"/>
        </w:rPr>
        <w:t xml:space="preserve"> </w:t>
      </w:r>
      <w:r w:rsidRPr="002F751A">
        <w:rPr>
          <w:color w:val="000000" w:themeColor="text1"/>
          <w:szCs w:val="26"/>
          <w:rtl/>
        </w:rPr>
        <w:t>است</w:t>
      </w:r>
      <w:r w:rsidRPr="002F751A">
        <w:rPr>
          <w:color w:val="000000" w:themeColor="text1"/>
        </w:rPr>
        <w:t xml:space="preserve"> </w:t>
      </w:r>
      <w:r w:rsidRPr="002F751A">
        <w:rPr>
          <w:color w:val="000000" w:themeColor="text1"/>
          <w:szCs w:val="26"/>
          <w:rtl/>
        </w:rPr>
        <w:t>فرایندی</w:t>
      </w:r>
      <w:r w:rsidRPr="002F751A">
        <w:rPr>
          <w:color w:val="000000" w:themeColor="text1"/>
        </w:rPr>
        <w:t xml:space="preserve"> </w:t>
      </w:r>
      <w:r w:rsidRPr="002F751A">
        <w:rPr>
          <w:color w:val="000000" w:themeColor="text1"/>
          <w:szCs w:val="26"/>
          <w:rtl/>
        </w:rPr>
        <w:t>که</w:t>
      </w:r>
      <w:r w:rsidRPr="002F751A">
        <w:rPr>
          <w:color w:val="000000" w:themeColor="text1"/>
        </w:rPr>
        <w:t xml:space="preserve"> </w:t>
      </w:r>
      <w:r w:rsidRPr="002F751A">
        <w:rPr>
          <w:color w:val="000000" w:themeColor="text1"/>
          <w:szCs w:val="26"/>
          <w:rtl/>
        </w:rPr>
        <w:t>در</w:t>
      </w:r>
      <w:r w:rsidRPr="002F751A">
        <w:rPr>
          <w:color w:val="000000" w:themeColor="text1"/>
        </w:rPr>
        <w:t xml:space="preserve"> </w:t>
      </w:r>
      <w:r w:rsidRPr="002F751A">
        <w:rPr>
          <w:color w:val="000000" w:themeColor="text1"/>
          <w:szCs w:val="26"/>
          <w:rtl/>
        </w:rPr>
        <w:t>ظاهر</w:t>
      </w:r>
      <w:r w:rsidRPr="002F751A">
        <w:rPr>
          <w:color w:val="000000" w:themeColor="text1"/>
        </w:rPr>
        <w:t xml:space="preserve"> </w:t>
      </w:r>
      <w:r w:rsidRPr="002F751A">
        <w:rPr>
          <w:color w:val="000000" w:themeColor="text1"/>
          <w:szCs w:val="26"/>
          <w:rtl/>
        </w:rPr>
        <w:t>قانونی</w:t>
      </w:r>
      <w:r w:rsidRPr="002F751A">
        <w:rPr>
          <w:color w:val="000000" w:themeColor="text1"/>
        </w:rPr>
        <w:t xml:space="preserve"> </w:t>
      </w:r>
      <w:r w:rsidRPr="002F751A">
        <w:rPr>
          <w:color w:val="000000" w:themeColor="text1"/>
          <w:szCs w:val="26"/>
          <w:rtl/>
        </w:rPr>
        <w:t>آغاز</w:t>
      </w:r>
      <w:r w:rsidRPr="002F751A">
        <w:rPr>
          <w:color w:val="000000" w:themeColor="text1"/>
        </w:rPr>
        <w:t xml:space="preserve"> </w:t>
      </w:r>
      <w:r w:rsidRPr="002F751A">
        <w:rPr>
          <w:color w:val="000000" w:themeColor="text1"/>
          <w:szCs w:val="26"/>
          <w:rtl/>
        </w:rPr>
        <w:t>شده،</w:t>
      </w:r>
      <w:r w:rsidRPr="002F751A">
        <w:rPr>
          <w:color w:val="000000" w:themeColor="text1"/>
        </w:rPr>
        <w:t xml:space="preserve"> </w:t>
      </w:r>
      <w:r w:rsidRPr="002F751A">
        <w:rPr>
          <w:color w:val="000000" w:themeColor="text1"/>
          <w:szCs w:val="26"/>
          <w:rtl/>
        </w:rPr>
        <w:t>برای</w:t>
      </w:r>
      <w:r w:rsidRPr="002F751A">
        <w:rPr>
          <w:color w:val="000000" w:themeColor="text1"/>
        </w:rPr>
        <w:t xml:space="preserve"> </w:t>
      </w:r>
      <w:r w:rsidRPr="002F751A">
        <w:rPr>
          <w:color w:val="000000" w:themeColor="text1"/>
          <w:szCs w:val="26"/>
          <w:rtl/>
        </w:rPr>
        <w:t>هدفی</w:t>
      </w:r>
      <w:r w:rsidRPr="002F751A">
        <w:rPr>
          <w:color w:val="000000" w:themeColor="text1"/>
        </w:rPr>
        <w:t xml:space="preserve"> </w:t>
      </w:r>
      <w:r w:rsidRPr="002F751A">
        <w:rPr>
          <w:color w:val="000000" w:themeColor="text1"/>
          <w:szCs w:val="26"/>
          <w:rtl/>
        </w:rPr>
        <w:t>غیر</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هدفی</w:t>
      </w:r>
      <w:r w:rsidRPr="002F751A">
        <w:rPr>
          <w:color w:val="000000" w:themeColor="text1"/>
        </w:rPr>
        <w:t xml:space="preserve"> </w:t>
      </w:r>
      <w:r w:rsidRPr="002F751A">
        <w:rPr>
          <w:color w:val="000000" w:themeColor="text1"/>
          <w:szCs w:val="26"/>
          <w:rtl/>
        </w:rPr>
        <w:t>که</w:t>
      </w:r>
      <w:r w:rsidRPr="002F751A">
        <w:rPr>
          <w:color w:val="000000" w:themeColor="text1"/>
        </w:rPr>
        <w:t xml:space="preserve"> </w:t>
      </w:r>
      <w:r w:rsidRPr="002F751A">
        <w:rPr>
          <w:color w:val="000000" w:themeColor="text1"/>
          <w:szCs w:val="26"/>
          <w:rtl/>
        </w:rPr>
        <w:t>قانون</w:t>
      </w:r>
      <w:r w:rsidRPr="002F751A">
        <w:rPr>
          <w:color w:val="000000" w:themeColor="text1"/>
        </w:rPr>
        <w:t xml:space="preserve"> </w:t>
      </w:r>
      <w:r w:rsidRPr="002F751A">
        <w:rPr>
          <w:color w:val="000000" w:themeColor="text1"/>
          <w:szCs w:val="26"/>
          <w:rtl/>
        </w:rPr>
        <w:t>برای</w:t>
      </w:r>
      <w:r w:rsidRPr="002F751A">
        <w:rPr>
          <w:color w:val="000000" w:themeColor="text1"/>
        </w:rPr>
        <w:t xml:space="preserve"> </w:t>
      </w:r>
      <w:r w:rsidRPr="002F751A">
        <w:rPr>
          <w:color w:val="000000" w:themeColor="text1"/>
          <w:szCs w:val="26"/>
          <w:rtl/>
        </w:rPr>
        <w:t>آن</w:t>
      </w:r>
      <w:r w:rsidRPr="002F751A">
        <w:rPr>
          <w:color w:val="000000" w:themeColor="text1"/>
        </w:rPr>
        <w:t xml:space="preserve"> </w:t>
      </w:r>
      <w:r w:rsidRPr="002F751A">
        <w:rPr>
          <w:color w:val="000000" w:themeColor="text1"/>
          <w:szCs w:val="26"/>
          <w:rtl/>
        </w:rPr>
        <w:t>طراحی</w:t>
      </w:r>
      <w:r w:rsidRPr="002F751A">
        <w:rPr>
          <w:color w:val="000000" w:themeColor="text1"/>
        </w:rPr>
        <w:t xml:space="preserve"> </w:t>
      </w:r>
      <w:r w:rsidRPr="002F751A">
        <w:rPr>
          <w:color w:val="000000" w:themeColor="text1"/>
          <w:szCs w:val="26"/>
          <w:rtl/>
        </w:rPr>
        <w:t>کرده</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کار</w:t>
      </w:r>
      <w:r w:rsidRPr="002F751A">
        <w:rPr>
          <w:color w:val="000000" w:themeColor="text1"/>
        </w:rPr>
        <w:t xml:space="preserve"> </w:t>
      </w:r>
      <w:r w:rsidRPr="002F751A">
        <w:rPr>
          <w:color w:val="000000" w:themeColor="text1"/>
          <w:szCs w:val="26"/>
          <w:rtl/>
        </w:rPr>
        <w:t>رود</w:t>
      </w:r>
      <w:r w:rsidRPr="002F751A">
        <w:rPr>
          <w:color w:val="000000" w:themeColor="text1"/>
        </w:rPr>
        <w:t xml:space="preserve"> </w:t>
      </w:r>
      <w:r w:rsidRPr="002F751A">
        <w:rPr>
          <w:rFonts w:asciiTheme="majorBidi" w:hAnsiTheme="majorBidi" w:cstheme="majorBidi"/>
          <w:i/>
          <w:iCs/>
          <w:color w:val="000000" w:themeColor="text1"/>
        </w:rPr>
        <w:t>(Goldoftas, 1964: 163)</w:t>
      </w:r>
      <w:r w:rsidRPr="002F751A">
        <w:rPr>
          <w:color w:val="000000" w:themeColor="text1"/>
        </w:rPr>
        <w:t xml:space="preserve">. </w:t>
      </w:r>
      <w:r w:rsidRPr="002F751A">
        <w:rPr>
          <w:color w:val="000000" w:themeColor="text1"/>
          <w:szCs w:val="26"/>
          <w:rtl/>
        </w:rPr>
        <w:t>ادبیات</w:t>
      </w:r>
      <w:r w:rsidRPr="002F751A">
        <w:rPr>
          <w:color w:val="000000" w:themeColor="text1"/>
        </w:rPr>
        <w:t xml:space="preserve"> </w:t>
      </w:r>
      <w:r w:rsidRPr="002F751A">
        <w:rPr>
          <w:rFonts w:asciiTheme="majorBidi" w:hAnsiTheme="majorBidi" w:cstheme="majorBidi"/>
          <w:i/>
          <w:iCs/>
          <w:color w:val="000000" w:themeColor="text1"/>
        </w:rPr>
        <w:t>vexatious litigation</w:t>
      </w:r>
      <w:r w:rsidRPr="002F751A">
        <w:rPr>
          <w:color w:val="000000" w:themeColor="text1"/>
        </w:rPr>
        <w:t xml:space="preserve"> </w:t>
      </w:r>
      <w:r w:rsidRPr="002F751A">
        <w:rPr>
          <w:color w:val="000000" w:themeColor="text1"/>
          <w:szCs w:val="26"/>
          <w:rtl/>
        </w:rPr>
        <w:t>نیز</w:t>
      </w:r>
      <w:r w:rsidRPr="002F751A">
        <w:rPr>
          <w:color w:val="000000" w:themeColor="text1"/>
        </w:rPr>
        <w:t xml:space="preserve"> </w:t>
      </w:r>
      <w:r w:rsidRPr="002F751A">
        <w:rPr>
          <w:color w:val="000000" w:themeColor="text1"/>
          <w:szCs w:val="26"/>
          <w:rtl/>
        </w:rPr>
        <w:t>در</w:t>
      </w:r>
      <w:r w:rsidRPr="002F751A">
        <w:rPr>
          <w:color w:val="000000" w:themeColor="text1"/>
        </w:rPr>
        <w:t xml:space="preserve"> </w:t>
      </w:r>
      <w:r w:rsidRPr="002F751A">
        <w:rPr>
          <w:color w:val="000000" w:themeColor="text1"/>
          <w:szCs w:val="26"/>
          <w:rtl/>
        </w:rPr>
        <w:t>سال</w:t>
      </w:r>
      <w:r w:rsidRPr="002F751A">
        <w:rPr>
          <w:color w:val="000000" w:themeColor="text1"/>
        </w:rPr>
        <w:t>‌</w:t>
      </w:r>
      <w:r w:rsidRPr="002F751A">
        <w:rPr>
          <w:color w:val="000000" w:themeColor="text1"/>
          <w:szCs w:val="26"/>
          <w:rtl/>
        </w:rPr>
        <w:t>های</w:t>
      </w:r>
      <w:r w:rsidRPr="002F751A">
        <w:rPr>
          <w:color w:val="000000" w:themeColor="text1"/>
        </w:rPr>
        <w:t xml:space="preserve"> </w:t>
      </w:r>
      <w:r w:rsidRPr="002F751A">
        <w:rPr>
          <w:color w:val="000000" w:themeColor="text1"/>
          <w:szCs w:val="26"/>
          <w:rtl/>
        </w:rPr>
        <w:t>اخیر</w:t>
      </w:r>
      <w:r w:rsidRPr="002F751A">
        <w:rPr>
          <w:color w:val="000000" w:themeColor="text1"/>
        </w:rPr>
        <w:t xml:space="preserve"> </w:t>
      </w:r>
      <w:r w:rsidRPr="002F751A">
        <w:rPr>
          <w:color w:val="000000" w:themeColor="text1"/>
          <w:szCs w:val="26"/>
          <w:rtl/>
        </w:rPr>
        <w:t>بیش</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گذشته</w:t>
      </w:r>
      <w:r w:rsidRPr="002F751A">
        <w:rPr>
          <w:color w:val="000000" w:themeColor="text1"/>
        </w:rPr>
        <w:t xml:space="preserve"> </w:t>
      </w:r>
      <w:r w:rsidRPr="002F751A">
        <w:rPr>
          <w:color w:val="000000" w:themeColor="text1"/>
          <w:szCs w:val="26"/>
          <w:rtl/>
        </w:rPr>
        <w:t>بر</w:t>
      </w:r>
      <w:r w:rsidRPr="002F751A">
        <w:rPr>
          <w:color w:val="000000" w:themeColor="text1"/>
        </w:rPr>
        <w:t xml:space="preserve"> </w:t>
      </w:r>
      <w:r w:rsidRPr="002F751A">
        <w:rPr>
          <w:color w:val="000000" w:themeColor="text1"/>
          <w:szCs w:val="26"/>
          <w:rtl/>
        </w:rPr>
        <w:t>ضرورت</w:t>
      </w:r>
      <w:r w:rsidRPr="002F751A">
        <w:rPr>
          <w:color w:val="000000" w:themeColor="text1"/>
        </w:rPr>
        <w:t xml:space="preserve"> </w:t>
      </w:r>
      <w:r w:rsidRPr="002F751A">
        <w:rPr>
          <w:color w:val="000000" w:themeColor="text1"/>
          <w:szCs w:val="26"/>
          <w:rtl/>
        </w:rPr>
        <w:t>توازن</w:t>
      </w:r>
      <w:r w:rsidRPr="002F751A">
        <w:rPr>
          <w:color w:val="000000" w:themeColor="text1"/>
        </w:rPr>
        <w:t xml:space="preserve"> </w:t>
      </w:r>
      <w:r w:rsidRPr="002F751A">
        <w:rPr>
          <w:color w:val="000000" w:themeColor="text1"/>
          <w:szCs w:val="26"/>
          <w:rtl/>
        </w:rPr>
        <w:t>میان</w:t>
      </w:r>
      <w:r w:rsidRPr="002F751A">
        <w:rPr>
          <w:color w:val="000000" w:themeColor="text1"/>
        </w:rPr>
        <w:t xml:space="preserve"> </w:t>
      </w:r>
      <w:r w:rsidRPr="002F751A">
        <w:rPr>
          <w:color w:val="000000" w:themeColor="text1"/>
          <w:szCs w:val="26"/>
          <w:rtl/>
        </w:rPr>
        <w:t>دسترسی</w:t>
      </w:r>
      <w:r w:rsidRPr="002F751A">
        <w:rPr>
          <w:color w:val="000000" w:themeColor="text1"/>
        </w:rPr>
        <w:t xml:space="preserve"> </w:t>
      </w:r>
      <w:r w:rsidRPr="002F751A">
        <w:rPr>
          <w:color w:val="000000" w:themeColor="text1"/>
          <w:szCs w:val="26"/>
          <w:rtl/>
        </w:rPr>
        <w:t>آزاد</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دادگاه</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حفاظت</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کارکرد</w:t>
      </w:r>
      <w:r w:rsidRPr="002F751A">
        <w:rPr>
          <w:color w:val="000000" w:themeColor="text1"/>
        </w:rPr>
        <w:t xml:space="preserve"> </w:t>
      </w:r>
      <w:r w:rsidRPr="002F751A">
        <w:rPr>
          <w:color w:val="000000" w:themeColor="text1"/>
          <w:szCs w:val="26"/>
          <w:rtl/>
        </w:rPr>
        <w:t>دادگستری</w:t>
      </w:r>
      <w:r w:rsidRPr="002F751A">
        <w:rPr>
          <w:color w:val="000000" w:themeColor="text1"/>
        </w:rPr>
        <w:t xml:space="preserve"> </w:t>
      </w:r>
      <w:r w:rsidRPr="002F751A">
        <w:rPr>
          <w:color w:val="000000" w:themeColor="text1"/>
          <w:szCs w:val="26"/>
          <w:rtl/>
        </w:rPr>
        <w:t>متمرکز</w:t>
      </w:r>
      <w:r w:rsidRPr="002F751A">
        <w:rPr>
          <w:color w:val="000000" w:themeColor="text1"/>
        </w:rPr>
        <w:t xml:space="preserve"> </w:t>
      </w:r>
      <w:r w:rsidRPr="002F751A">
        <w:rPr>
          <w:color w:val="000000" w:themeColor="text1"/>
          <w:szCs w:val="26"/>
          <w:rtl/>
        </w:rPr>
        <w:t>شده</w:t>
      </w:r>
      <w:r w:rsidRPr="002F751A">
        <w:rPr>
          <w:color w:val="000000" w:themeColor="text1"/>
        </w:rPr>
        <w:t xml:space="preserve"> </w:t>
      </w:r>
      <w:r w:rsidRPr="002F751A">
        <w:rPr>
          <w:color w:val="000000" w:themeColor="text1"/>
          <w:szCs w:val="26"/>
          <w:rtl/>
        </w:rPr>
        <w:t>است</w:t>
      </w:r>
      <w:r w:rsidRPr="002F751A">
        <w:rPr>
          <w:color w:val="000000" w:themeColor="text1"/>
        </w:rPr>
        <w:t xml:space="preserve">. </w:t>
      </w:r>
      <w:r w:rsidRPr="002F751A">
        <w:rPr>
          <w:color w:val="000000" w:themeColor="text1"/>
          <w:szCs w:val="26"/>
          <w:rtl/>
        </w:rPr>
        <w:t>پژوهش</w:t>
      </w:r>
      <w:r w:rsidRPr="002F751A">
        <w:rPr>
          <w:color w:val="000000" w:themeColor="text1"/>
        </w:rPr>
        <w:t xml:space="preserve"> </w:t>
      </w:r>
      <w:r w:rsidRPr="002F751A">
        <w:rPr>
          <w:color w:val="000000" w:themeColor="text1"/>
          <w:szCs w:val="26"/>
          <w:rtl/>
        </w:rPr>
        <w:t>جدید</w:t>
      </w:r>
      <w:r w:rsidRPr="002F751A">
        <w:rPr>
          <w:color w:val="000000" w:themeColor="text1"/>
        </w:rPr>
        <w:t xml:space="preserve"> </w:t>
      </w:r>
      <w:r w:rsidRPr="002F751A">
        <w:rPr>
          <w:rFonts w:asciiTheme="majorBidi" w:hAnsiTheme="majorBidi" w:cstheme="majorBidi"/>
          <w:i/>
          <w:iCs/>
          <w:color w:val="000000" w:themeColor="text1"/>
        </w:rPr>
        <w:t>Rust</w:t>
      </w:r>
      <w:r w:rsidRPr="002F751A">
        <w:rPr>
          <w:color w:val="000000" w:themeColor="text1"/>
        </w:rPr>
        <w:t xml:space="preserve"> </w:t>
      </w:r>
      <w:r w:rsidRPr="002F751A">
        <w:rPr>
          <w:color w:val="000000" w:themeColor="text1"/>
          <w:szCs w:val="26"/>
          <w:rtl/>
        </w:rPr>
        <w:t>تأکید</w:t>
      </w:r>
      <w:r w:rsidRPr="002F751A">
        <w:rPr>
          <w:color w:val="000000" w:themeColor="text1"/>
        </w:rPr>
        <w:t xml:space="preserve"> </w:t>
      </w:r>
      <w:r w:rsidRPr="002F751A">
        <w:rPr>
          <w:color w:val="000000" w:themeColor="text1"/>
          <w:szCs w:val="26"/>
          <w:rtl/>
        </w:rPr>
        <w:t>می</w:t>
      </w:r>
      <w:r w:rsidRPr="002F751A">
        <w:rPr>
          <w:color w:val="000000" w:themeColor="text1"/>
        </w:rPr>
        <w:t>‌</w:t>
      </w:r>
      <w:r w:rsidRPr="002F751A">
        <w:rPr>
          <w:color w:val="000000" w:themeColor="text1"/>
          <w:szCs w:val="26"/>
          <w:rtl/>
        </w:rPr>
        <w:t>کند</w:t>
      </w:r>
      <w:r w:rsidRPr="002F751A">
        <w:rPr>
          <w:color w:val="000000" w:themeColor="text1"/>
        </w:rPr>
        <w:t xml:space="preserve"> </w:t>
      </w:r>
      <w:r w:rsidRPr="002F751A">
        <w:rPr>
          <w:color w:val="000000" w:themeColor="text1"/>
          <w:szCs w:val="26"/>
          <w:rtl/>
        </w:rPr>
        <w:t>که</w:t>
      </w:r>
      <w:r w:rsidRPr="002F751A">
        <w:rPr>
          <w:color w:val="000000" w:themeColor="text1"/>
        </w:rPr>
        <w:t xml:space="preserve"> </w:t>
      </w:r>
      <w:r w:rsidRPr="002F751A">
        <w:rPr>
          <w:color w:val="000000" w:themeColor="text1"/>
          <w:szCs w:val="26"/>
          <w:rtl/>
        </w:rPr>
        <w:t>محدودیت</w:t>
      </w:r>
      <w:r w:rsidRPr="002F751A">
        <w:rPr>
          <w:color w:val="000000" w:themeColor="text1"/>
        </w:rPr>
        <w:t xml:space="preserve"> </w:t>
      </w:r>
      <w:r w:rsidRPr="002F751A">
        <w:rPr>
          <w:color w:val="000000" w:themeColor="text1"/>
          <w:szCs w:val="26"/>
          <w:rtl/>
        </w:rPr>
        <w:t>بر</w:t>
      </w:r>
      <w:r w:rsidRPr="002F751A">
        <w:rPr>
          <w:color w:val="000000" w:themeColor="text1"/>
        </w:rPr>
        <w:t xml:space="preserve"> </w:t>
      </w:r>
      <w:r w:rsidRPr="002F751A">
        <w:rPr>
          <w:color w:val="000000" w:themeColor="text1"/>
          <w:szCs w:val="26"/>
          <w:rtl/>
        </w:rPr>
        <w:t>اقامه</w:t>
      </w:r>
      <w:r w:rsidRPr="002F751A">
        <w:rPr>
          <w:color w:val="000000" w:themeColor="text1"/>
        </w:rPr>
        <w:t xml:space="preserve"> </w:t>
      </w:r>
      <w:r w:rsidRPr="002F751A">
        <w:rPr>
          <w:color w:val="000000" w:themeColor="text1"/>
          <w:szCs w:val="26"/>
          <w:rtl/>
        </w:rPr>
        <w:t>دعوا</w:t>
      </w:r>
      <w:r w:rsidRPr="002F751A">
        <w:rPr>
          <w:color w:val="000000" w:themeColor="text1"/>
        </w:rPr>
        <w:t xml:space="preserve"> </w:t>
      </w:r>
      <w:r w:rsidRPr="002F751A">
        <w:rPr>
          <w:color w:val="000000" w:themeColor="text1"/>
          <w:szCs w:val="26"/>
          <w:rtl/>
        </w:rPr>
        <w:t>باید</w:t>
      </w:r>
      <w:r w:rsidRPr="002F751A">
        <w:rPr>
          <w:color w:val="000000" w:themeColor="text1"/>
        </w:rPr>
        <w:t xml:space="preserve"> </w:t>
      </w:r>
      <w:r w:rsidRPr="002F751A">
        <w:rPr>
          <w:color w:val="000000" w:themeColor="text1"/>
          <w:szCs w:val="26"/>
          <w:rtl/>
        </w:rPr>
        <w:t>استثنایی</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مبتنی</w:t>
      </w:r>
      <w:r w:rsidRPr="002F751A">
        <w:rPr>
          <w:color w:val="000000" w:themeColor="text1"/>
        </w:rPr>
        <w:t xml:space="preserve"> </w:t>
      </w:r>
      <w:r w:rsidRPr="002F751A">
        <w:rPr>
          <w:color w:val="000000" w:themeColor="text1"/>
          <w:szCs w:val="26"/>
          <w:rtl/>
        </w:rPr>
        <w:t>بر</w:t>
      </w:r>
      <w:r w:rsidRPr="002F751A">
        <w:rPr>
          <w:color w:val="000000" w:themeColor="text1"/>
        </w:rPr>
        <w:t xml:space="preserve"> </w:t>
      </w:r>
      <w:r w:rsidRPr="002F751A">
        <w:rPr>
          <w:color w:val="000000" w:themeColor="text1"/>
          <w:szCs w:val="26"/>
          <w:rtl/>
        </w:rPr>
        <w:t>بررسی</w:t>
      </w:r>
      <w:r w:rsidRPr="002F751A">
        <w:rPr>
          <w:color w:val="000000" w:themeColor="text1"/>
        </w:rPr>
        <w:t xml:space="preserve"> </w:t>
      </w:r>
      <w:r w:rsidRPr="002F751A">
        <w:rPr>
          <w:color w:val="000000" w:themeColor="text1"/>
          <w:szCs w:val="26"/>
          <w:rtl/>
        </w:rPr>
        <w:t>سابقه،</w:t>
      </w:r>
      <w:r w:rsidRPr="002F751A">
        <w:rPr>
          <w:color w:val="000000" w:themeColor="text1"/>
        </w:rPr>
        <w:t xml:space="preserve"> </w:t>
      </w:r>
      <w:r w:rsidRPr="002F751A">
        <w:rPr>
          <w:color w:val="000000" w:themeColor="text1"/>
          <w:szCs w:val="26"/>
          <w:rtl/>
        </w:rPr>
        <w:t>حسن</w:t>
      </w:r>
      <w:r w:rsidRPr="002F751A">
        <w:rPr>
          <w:color w:val="000000" w:themeColor="text1"/>
        </w:rPr>
        <w:t>‌</w:t>
      </w:r>
      <w:r w:rsidRPr="002F751A">
        <w:rPr>
          <w:color w:val="000000" w:themeColor="text1"/>
          <w:szCs w:val="26"/>
          <w:rtl/>
        </w:rPr>
        <w:t>نیت،</w:t>
      </w:r>
      <w:r w:rsidRPr="002F751A">
        <w:rPr>
          <w:color w:val="000000" w:themeColor="text1"/>
        </w:rPr>
        <w:t xml:space="preserve"> </w:t>
      </w:r>
      <w:r w:rsidRPr="002F751A">
        <w:rPr>
          <w:color w:val="000000" w:themeColor="text1"/>
          <w:szCs w:val="26"/>
          <w:rtl/>
        </w:rPr>
        <w:t>بار</w:t>
      </w:r>
      <w:r w:rsidRPr="002F751A">
        <w:rPr>
          <w:color w:val="000000" w:themeColor="text1"/>
        </w:rPr>
        <w:t xml:space="preserve"> </w:t>
      </w:r>
      <w:r w:rsidRPr="002F751A">
        <w:rPr>
          <w:color w:val="000000" w:themeColor="text1"/>
          <w:szCs w:val="26"/>
          <w:rtl/>
        </w:rPr>
        <w:t>تحمیل</w:t>
      </w:r>
      <w:r w:rsidRPr="002F751A">
        <w:rPr>
          <w:color w:val="000000" w:themeColor="text1"/>
        </w:rPr>
        <w:t>‌</w:t>
      </w:r>
      <w:r w:rsidRPr="002F751A">
        <w:rPr>
          <w:color w:val="000000" w:themeColor="text1"/>
          <w:szCs w:val="26"/>
          <w:rtl/>
        </w:rPr>
        <w:t>شده</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دادگاه</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کفایت</w:t>
      </w:r>
      <w:r w:rsidRPr="002F751A">
        <w:rPr>
          <w:color w:val="000000" w:themeColor="text1"/>
        </w:rPr>
        <w:t xml:space="preserve"> </w:t>
      </w:r>
      <w:r w:rsidRPr="002F751A">
        <w:rPr>
          <w:color w:val="000000" w:themeColor="text1"/>
          <w:szCs w:val="26"/>
          <w:rtl/>
        </w:rPr>
        <w:t>ضمانت</w:t>
      </w:r>
      <w:r w:rsidRPr="002F751A">
        <w:rPr>
          <w:color w:val="000000" w:themeColor="text1"/>
        </w:rPr>
        <w:t>‌</w:t>
      </w:r>
      <w:r w:rsidRPr="002F751A">
        <w:rPr>
          <w:color w:val="000000" w:themeColor="text1"/>
          <w:szCs w:val="26"/>
          <w:rtl/>
        </w:rPr>
        <w:t>اجراهای</w:t>
      </w:r>
      <w:r w:rsidRPr="002F751A">
        <w:rPr>
          <w:color w:val="000000" w:themeColor="text1"/>
        </w:rPr>
        <w:t xml:space="preserve"> </w:t>
      </w:r>
      <w:r w:rsidRPr="002F751A">
        <w:rPr>
          <w:color w:val="000000" w:themeColor="text1"/>
          <w:szCs w:val="26"/>
          <w:rtl/>
        </w:rPr>
        <w:t>جایگزین</w:t>
      </w:r>
      <w:r w:rsidRPr="002F751A">
        <w:rPr>
          <w:color w:val="000000" w:themeColor="text1"/>
        </w:rPr>
        <w:t xml:space="preserve"> </w:t>
      </w:r>
      <w:r w:rsidRPr="002F751A">
        <w:rPr>
          <w:color w:val="000000" w:themeColor="text1"/>
          <w:szCs w:val="26"/>
          <w:rtl/>
        </w:rPr>
        <w:t>باشد</w:t>
      </w:r>
      <w:r w:rsidRPr="002F751A">
        <w:rPr>
          <w:color w:val="000000" w:themeColor="text1"/>
        </w:rPr>
        <w:t xml:space="preserve"> </w:t>
      </w:r>
      <w:r w:rsidRPr="002F751A">
        <w:rPr>
          <w:rFonts w:asciiTheme="majorBidi" w:hAnsiTheme="majorBidi" w:cstheme="majorBidi"/>
          <w:i/>
          <w:iCs/>
          <w:color w:val="000000" w:themeColor="text1"/>
        </w:rPr>
        <w:t>(Rust, 2024: 453).</w:t>
      </w:r>
      <w:r w:rsidRPr="002F751A">
        <w:rPr>
          <w:color w:val="000000" w:themeColor="text1"/>
        </w:rPr>
        <w:t xml:space="preserve"> </w:t>
      </w:r>
      <w:r w:rsidRPr="002F751A">
        <w:rPr>
          <w:color w:val="000000" w:themeColor="text1"/>
          <w:szCs w:val="26"/>
          <w:rtl/>
        </w:rPr>
        <w:t>این</w:t>
      </w:r>
      <w:r w:rsidRPr="002F751A">
        <w:rPr>
          <w:color w:val="000000" w:themeColor="text1"/>
        </w:rPr>
        <w:t xml:space="preserve"> </w:t>
      </w:r>
      <w:r w:rsidRPr="002F751A">
        <w:rPr>
          <w:color w:val="000000" w:themeColor="text1"/>
          <w:szCs w:val="26"/>
          <w:rtl/>
        </w:rPr>
        <w:t>چارچوب</w:t>
      </w:r>
      <w:r w:rsidRPr="002F751A">
        <w:rPr>
          <w:color w:val="000000" w:themeColor="text1"/>
        </w:rPr>
        <w:t xml:space="preserve"> </w:t>
      </w:r>
      <w:r w:rsidRPr="002F751A">
        <w:rPr>
          <w:color w:val="000000" w:themeColor="text1"/>
          <w:szCs w:val="26"/>
          <w:rtl/>
        </w:rPr>
        <w:t>برای</w:t>
      </w:r>
      <w:r w:rsidRPr="002F751A">
        <w:rPr>
          <w:color w:val="000000" w:themeColor="text1"/>
        </w:rPr>
        <w:t xml:space="preserve"> </w:t>
      </w:r>
      <w:r w:rsidRPr="002F751A">
        <w:rPr>
          <w:color w:val="000000" w:themeColor="text1"/>
          <w:szCs w:val="26"/>
          <w:rtl/>
        </w:rPr>
        <w:t>حقوق</w:t>
      </w:r>
      <w:r w:rsidRPr="002F751A">
        <w:rPr>
          <w:color w:val="000000" w:themeColor="text1"/>
        </w:rPr>
        <w:t xml:space="preserve"> </w:t>
      </w:r>
      <w:r w:rsidRPr="002F751A">
        <w:rPr>
          <w:color w:val="000000" w:themeColor="text1"/>
          <w:szCs w:val="26"/>
          <w:rtl/>
        </w:rPr>
        <w:t>ایران</w:t>
      </w:r>
      <w:r w:rsidRPr="002F751A">
        <w:rPr>
          <w:color w:val="000000" w:themeColor="text1"/>
        </w:rPr>
        <w:t xml:space="preserve"> </w:t>
      </w:r>
      <w:r w:rsidRPr="002F751A">
        <w:rPr>
          <w:color w:val="000000" w:themeColor="text1"/>
          <w:szCs w:val="26"/>
          <w:rtl/>
        </w:rPr>
        <w:t>الهام</w:t>
      </w:r>
      <w:r w:rsidRPr="002F751A">
        <w:rPr>
          <w:color w:val="000000" w:themeColor="text1"/>
        </w:rPr>
        <w:t>‌</w:t>
      </w:r>
      <w:r w:rsidRPr="002F751A">
        <w:rPr>
          <w:color w:val="000000" w:themeColor="text1"/>
          <w:szCs w:val="26"/>
          <w:rtl/>
        </w:rPr>
        <w:t>بخش</w:t>
      </w:r>
      <w:r w:rsidRPr="002F751A">
        <w:rPr>
          <w:color w:val="000000" w:themeColor="text1"/>
        </w:rPr>
        <w:t xml:space="preserve"> </w:t>
      </w:r>
      <w:r w:rsidRPr="002F751A">
        <w:rPr>
          <w:color w:val="000000" w:themeColor="text1"/>
          <w:szCs w:val="26"/>
          <w:rtl/>
        </w:rPr>
        <w:t>است،</w:t>
      </w:r>
      <w:r w:rsidRPr="002F751A">
        <w:rPr>
          <w:color w:val="000000" w:themeColor="text1"/>
        </w:rPr>
        <w:t xml:space="preserve"> </w:t>
      </w:r>
      <w:r w:rsidRPr="002F751A">
        <w:rPr>
          <w:color w:val="000000" w:themeColor="text1"/>
          <w:szCs w:val="26"/>
          <w:rtl/>
        </w:rPr>
        <w:t>اما</w:t>
      </w:r>
      <w:r w:rsidRPr="002F751A">
        <w:rPr>
          <w:color w:val="000000" w:themeColor="text1"/>
        </w:rPr>
        <w:t xml:space="preserve"> </w:t>
      </w:r>
      <w:r w:rsidRPr="002F751A">
        <w:rPr>
          <w:color w:val="000000" w:themeColor="text1"/>
          <w:szCs w:val="26"/>
          <w:rtl/>
        </w:rPr>
        <w:t>نمی</w:t>
      </w:r>
      <w:r w:rsidRPr="002F751A">
        <w:rPr>
          <w:color w:val="000000" w:themeColor="text1"/>
        </w:rPr>
        <w:t>‌</w:t>
      </w:r>
      <w:r w:rsidRPr="002F751A">
        <w:rPr>
          <w:color w:val="000000" w:themeColor="text1"/>
          <w:szCs w:val="26"/>
          <w:rtl/>
        </w:rPr>
        <w:t>توان</w:t>
      </w:r>
      <w:r w:rsidRPr="002F751A">
        <w:rPr>
          <w:color w:val="000000" w:themeColor="text1"/>
        </w:rPr>
        <w:t xml:space="preserve"> </w:t>
      </w:r>
      <w:r w:rsidRPr="002F751A">
        <w:rPr>
          <w:color w:val="000000" w:themeColor="text1"/>
          <w:szCs w:val="26"/>
          <w:rtl/>
        </w:rPr>
        <w:t>آن</w:t>
      </w:r>
      <w:r w:rsidRPr="002F751A">
        <w:rPr>
          <w:color w:val="000000" w:themeColor="text1"/>
        </w:rPr>
        <w:t xml:space="preserve"> </w:t>
      </w:r>
      <w:r w:rsidRPr="002F751A">
        <w:rPr>
          <w:color w:val="000000" w:themeColor="text1"/>
          <w:szCs w:val="26"/>
          <w:rtl/>
        </w:rPr>
        <w:t>را</w:t>
      </w:r>
      <w:r w:rsidRPr="002F751A">
        <w:rPr>
          <w:color w:val="000000" w:themeColor="text1"/>
        </w:rPr>
        <w:t xml:space="preserve"> </w:t>
      </w:r>
      <w:r w:rsidRPr="002F751A">
        <w:rPr>
          <w:color w:val="000000" w:themeColor="text1"/>
          <w:szCs w:val="26"/>
          <w:rtl/>
        </w:rPr>
        <w:t>بدون</w:t>
      </w:r>
      <w:r w:rsidRPr="002F751A">
        <w:rPr>
          <w:color w:val="000000" w:themeColor="text1"/>
        </w:rPr>
        <w:t xml:space="preserve"> </w:t>
      </w:r>
      <w:r w:rsidRPr="002F751A">
        <w:rPr>
          <w:color w:val="000000" w:themeColor="text1"/>
          <w:szCs w:val="26"/>
          <w:rtl/>
        </w:rPr>
        <w:t>توجه</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تفاوت</w:t>
      </w:r>
      <w:r w:rsidRPr="002F751A">
        <w:rPr>
          <w:color w:val="000000" w:themeColor="text1"/>
        </w:rPr>
        <w:t>‌</w:t>
      </w:r>
      <w:r w:rsidRPr="002F751A">
        <w:rPr>
          <w:color w:val="000000" w:themeColor="text1"/>
          <w:szCs w:val="26"/>
          <w:rtl/>
        </w:rPr>
        <w:t>های</w:t>
      </w:r>
      <w:r w:rsidRPr="002F751A">
        <w:rPr>
          <w:color w:val="000000" w:themeColor="text1"/>
        </w:rPr>
        <w:t xml:space="preserve"> </w:t>
      </w:r>
      <w:r w:rsidRPr="002F751A">
        <w:rPr>
          <w:color w:val="000000" w:themeColor="text1"/>
          <w:szCs w:val="26"/>
          <w:rtl/>
        </w:rPr>
        <w:t>دادرسی</w:t>
      </w:r>
      <w:r w:rsidRPr="002F751A">
        <w:rPr>
          <w:color w:val="000000" w:themeColor="text1"/>
        </w:rPr>
        <w:t xml:space="preserve"> </w:t>
      </w:r>
      <w:r w:rsidRPr="002F751A">
        <w:rPr>
          <w:color w:val="000000" w:themeColor="text1"/>
          <w:szCs w:val="26"/>
          <w:rtl/>
        </w:rPr>
        <w:t>کیفری</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جایگاه</w:t>
      </w:r>
      <w:r w:rsidRPr="002F751A">
        <w:rPr>
          <w:color w:val="000000" w:themeColor="text1"/>
        </w:rPr>
        <w:t xml:space="preserve"> </w:t>
      </w:r>
      <w:r w:rsidRPr="002F751A">
        <w:rPr>
          <w:color w:val="000000" w:themeColor="text1"/>
          <w:szCs w:val="26"/>
          <w:rtl/>
        </w:rPr>
        <w:t>دادستان</w:t>
      </w:r>
      <w:r w:rsidRPr="002F751A">
        <w:rPr>
          <w:color w:val="000000" w:themeColor="text1"/>
        </w:rPr>
        <w:t xml:space="preserve"> </w:t>
      </w:r>
      <w:r w:rsidRPr="002F751A">
        <w:rPr>
          <w:color w:val="000000" w:themeColor="text1"/>
          <w:szCs w:val="26"/>
          <w:rtl/>
        </w:rPr>
        <w:t>عیناً</w:t>
      </w:r>
      <w:r w:rsidRPr="002F751A">
        <w:rPr>
          <w:color w:val="000000" w:themeColor="text1"/>
        </w:rPr>
        <w:t xml:space="preserve"> </w:t>
      </w:r>
      <w:r w:rsidRPr="002F751A">
        <w:rPr>
          <w:color w:val="000000" w:themeColor="text1"/>
          <w:szCs w:val="26"/>
          <w:rtl/>
        </w:rPr>
        <w:t>اقتباس</w:t>
      </w:r>
      <w:r w:rsidRPr="002F751A">
        <w:rPr>
          <w:color w:val="000000" w:themeColor="text1"/>
        </w:rPr>
        <w:t xml:space="preserve"> </w:t>
      </w:r>
      <w:r w:rsidRPr="002F751A">
        <w:rPr>
          <w:color w:val="000000" w:themeColor="text1"/>
          <w:szCs w:val="26"/>
          <w:rtl/>
        </w:rPr>
        <w:t>کرد</w:t>
      </w:r>
      <w:r w:rsidRPr="002F751A">
        <w:rPr>
          <w:color w:val="000000" w:themeColor="text1"/>
        </w:rPr>
        <w:t>.</w:t>
      </w:r>
    </w:p>
    <w:p w14:paraId="4DACF161" w14:textId="4CB7EB06" w:rsidR="009F417E" w:rsidRDefault="00FE2DB4" w:rsidP="002F751A">
      <w:pPr>
        <w:bidi/>
        <w:rPr>
          <w:color w:val="000000" w:themeColor="text1"/>
          <w:rtl/>
        </w:rPr>
      </w:pPr>
      <w:r w:rsidRPr="002F751A">
        <w:rPr>
          <w:color w:val="000000" w:themeColor="text1"/>
          <w:szCs w:val="26"/>
          <w:rtl/>
        </w:rPr>
        <w:t>پرسش</w:t>
      </w:r>
      <w:r w:rsidRPr="002F751A">
        <w:rPr>
          <w:color w:val="000000" w:themeColor="text1"/>
        </w:rPr>
        <w:t xml:space="preserve"> </w:t>
      </w:r>
      <w:r w:rsidRPr="002F751A">
        <w:rPr>
          <w:color w:val="000000" w:themeColor="text1"/>
          <w:szCs w:val="26"/>
          <w:rtl/>
        </w:rPr>
        <w:t>اصلی</w:t>
      </w:r>
      <w:r w:rsidRPr="002F751A">
        <w:rPr>
          <w:color w:val="000000" w:themeColor="text1"/>
        </w:rPr>
        <w:t xml:space="preserve"> </w:t>
      </w:r>
      <w:r w:rsidRPr="002F751A">
        <w:rPr>
          <w:color w:val="000000" w:themeColor="text1"/>
          <w:szCs w:val="26"/>
          <w:rtl/>
        </w:rPr>
        <w:t>پژوهش</w:t>
      </w:r>
      <w:r w:rsidRPr="002F751A">
        <w:rPr>
          <w:color w:val="000000" w:themeColor="text1"/>
        </w:rPr>
        <w:t xml:space="preserve"> </w:t>
      </w:r>
      <w:r w:rsidRPr="002F751A">
        <w:rPr>
          <w:color w:val="000000" w:themeColor="text1"/>
          <w:szCs w:val="26"/>
          <w:rtl/>
        </w:rPr>
        <w:t>این</w:t>
      </w:r>
      <w:r w:rsidRPr="002F751A">
        <w:rPr>
          <w:color w:val="000000" w:themeColor="text1"/>
        </w:rPr>
        <w:t xml:space="preserve"> </w:t>
      </w:r>
      <w:r w:rsidRPr="002F751A">
        <w:rPr>
          <w:color w:val="000000" w:themeColor="text1"/>
          <w:szCs w:val="26"/>
          <w:rtl/>
        </w:rPr>
        <w:t>است</w:t>
      </w:r>
      <w:r w:rsidRPr="002F751A">
        <w:rPr>
          <w:color w:val="000000" w:themeColor="text1"/>
        </w:rPr>
        <w:t xml:space="preserve"> </w:t>
      </w:r>
      <w:r w:rsidRPr="002F751A">
        <w:rPr>
          <w:color w:val="000000" w:themeColor="text1"/>
          <w:szCs w:val="26"/>
          <w:rtl/>
        </w:rPr>
        <w:t>که</w:t>
      </w:r>
      <w:r w:rsidRPr="002F751A">
        <w:rPr>
          <w:color w:val="000000" w:themeColor="text1"/>
        </w:rPr>
        <w:t xml:space="preserve"> </w:t>
      </w:r>
      <w:r w:rsidRPr="002F751A">
        <w:rPr>
          <w:color w:val="000000" w:themeColor="text1"/>
          <w:szCs w:val="26"/>
          <w:rtl/>
        </w:rPr>
        <w:t>مرز</w:t>
      </w:r>
      <w:r w:rsidRPr="002F751A">
        <w:rPr>
          <w:color w:val="000000" w:themeColor="text1"/>
        </w:rPr>
        <w:t xml:space="preserve"> </w:t>
      </w:r>
      <w:r w:rsidRPr="002F751A">
        <w:rPr>
          <w:color w:val="000000" w:themeColor="text1"/>
          <w:szCs w:val="26"/>
          <w:rtl/>
        </w:rPr>
        <w:t>میان</w:t>
      </w:r>
      <w:r w:rsidRPr="002F751A">
        <w:rPr>
          <w:color w:val="000000" w:themeColor="text1"/>
        </w:rPr>
        <w:t xml:space="preserve"> </w:t>
      </w:r>
      <w:r w:rsidRPr="002F751A">
        <w:rPr>
          <w:color w:val="000000" w:themeColor="text1"/>
          <w:szCs w:val="26"/>
          <w:rtl/>
        </w:rPr>
        <w:t>استفاده</w:t>
      </w:r>
      <w:r w:rsidRPr="002F751A">
        <w:rPr>
          <w:color w:val="000000" w:themeColor="text1"/>
        </w:rPr>
        <w:t xml:space="preserve"> </w:t>
      </w:r>
      <w:r w:rsidRPr="002F751A">
        <w:rPr>
          <w:color w:val="000000" w:themeColor="text1"/>
          <w:szCs w:val="26"/>
          <w:rtl/>
        </w:rPr>
        <w:t>مشروع</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حق</w:t>
      </w:r>
      <w:r w:rsidRPr="002F751A">
        <w:rPr>
          <w:color w:val="000000" w:themeColor="text1"/>
        </w:rPr>
        <w:t xml:space="preserve"> </w:t>
      </w:r>
      <w:r w:rsidRPr="002F751A">
        <w:rPr>
          <w:color w:val="000000" w:themeColor="text1"/>
          <w:szCs w:val="26"/>
          <w:rtl/>
        </w:rPr>
        <w:t>شکایت</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سوءاستفاده</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آن</w:t>
      </w:r>
      <w:r w:rsidRPr="002F751A">
        <w:rPr>
          <w:color w:val="000000" w:themeColor="text1"/>
        </w:rPr>
        <w:t xml:space="preserve"> </w:t>
      </w:r>
      <w:r w:rsidRPr="002F751A">
        <w:rPr>
          <w:color w:val="000000" w:themeColor="text1"/>
          <w:szCs w:val="26"/>
          <w:rtl/>
        </w:rPr>
        <w:t>کجاست</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نظام</w:t>
      </w:r>
      <w:r w:rsidRPr="002F751A">
        <w:rPr>
          <w:color w:val="000000" w:themeColor="text1"/>
        </w:rPr>
        <w:t xml:space="preserve"> </w:t>
      </w:r>
      <w:r w:rsidRPr="002F751A">
        <w:rPr>
          <w:color w:val="000000" w:themeColor="text1"/>
          <w:szCs w:val="26"/>
          <w:rtl/>
        </w:rPr>
        <w:t>عدالت</w:t>
      </w:r>
      <w:r w:rsidRPr="002F751A">
        <w:rPr>
          <w:color w:val="000000" w:themeColor="text1"/>
        </w:rPr>
        <w:t xml:space="preserve"> </w:t>
      </w:r>
      <w:r w:rsidRPr="002F751A">
        <w:rPr>
          <w:color w:val="000000" w:themeColor="text1"/>
          <w:szCs w:val="26"/>
          <w:rtl/>
        </w:rPr>
        <w:t>کیفری</w:t>
      </w:r>
      <w:r w:rsidRPr="002F751A">
        <w:rPr>
          <w:color w:val="000000" w:themeColor="text1"/>
        </w:rPr>
        <w:t xml:space="preserve"> </w:t>
      </w:r>
      <w:r w:rsidRPr="002F751A">
        <w:rPr>
          <w:color w:val="000000" w:themeColor="text1"/>
          <w:szCs w:val="26"/>
          <w:rtl/>
        </w:rPr>
        <w:t>ایران</w:t>
      </w:r>
      <w:r w:rsidRPr="002F751A">
        <w:rPr>
          <w:color w:val="000000" w:themeColor="text1"/>
        </w:rPr>
        <w:t xml:space="preserve"> </w:t>
      </w:r>
      <w:r w:rsidRPr="002F751A">
        <w:rPr>
          <w:color w:val="000000" w:themeColor="text1"/>
          <w:szCs w:val="26"/>
          <w:rtl/>
        </w:rPr>
        <w:t>برای</w:t>
      </w:r>
      <w:r w:rsidRPr="002F751A">
        <w:rPr>
          <w:color w:val="000000" w:themeColor="text1"/>
        </w:rPr>
        <w:t xml:space="preserve"> </w:t>
      </w:r>
      <w:r w:rsidRPr="002F751A">
        <w:rPr>
          <w:color w:val="000000" w:themeColor="text1"/>
          <w:szCs w:val="26"/>
          <w:rtl/>
        </w:rPr>
        <w:t>مواجهه</w:t>
      </w:r>
      <w:r w:rsidRPr="002F751A">
        <w:rPr>
          <w:color w:val="000000" w:themeColor="text1"/>
        </w:rPr>
        <w:t xml:space="preserve"> </w:t>
      </w:r>
      <w:r w:rsidRPr="002F751A">
        <w:rPr>
          <w:color w:val="000000" w:themeColor="text1"/>
          <w:szCs w:val="26"/>
          <w:rtl/>
        </w:rPr>
        <w:t>با</w:t>
      </w:r>
      <w:r w:rsidRPr="002F751A">
        <w:rPr>
          <w:color w:val="000000" w:themeColor="text1"/>
        </w:rPr>
        <w:t xml:space="preserve"> </w:t>
      </w:r>
      <w:r w:rsidRPr="002F751A">
        <w:rPr>
          <w:color w:val="000000" w:themeColor="text1"/>
          <w:szCs w:val="26"/>
          <w:rtl/>
        </w:rPr>
        <w:t>الگوهای</w:t>
      </w:r>
      <w:r w:rsidRPr="002F751A">
        <w:rPr>
          <w:color w:val="000000" w:themeColor="text1"/>
        </w:rPr>
        <w:t xml:space="preserve"> </w:t>
      </w:r>
      <w:r w:rsidRPr="002F751A">
        <w:rPr>
          <w:color w:val="000000" w:themeColor="text1"/>
          <w:szCs w:val="26"/>
          <w:rtl/>
        </w:rPr>
        <w:t>تکرارشونده</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آزارگرانه</w:t>
      </w:r>
      <w:r w:rsidRPr="002F751A">
        <w:rPr>
          <w:color w:val="000000" w:themeColor="text1"/>
        </w:rPr>
        <w:t xml:space="preserve"> </w:t>
      </w:r>
      <w:r w:rsidRPr="002F751A">
        <w:rPr>
          <w:color w:val="000000" w:themeColor="text1"/>
          <w:szCs w:val="26"/>
          <w:rtl/>
        </w:rPr>
        <w:t>چه</w:t>
      </w:r>
      <w:r w:rsidRPr="002F751A">
        <w:rPr>
          <w:color w:val="000000" w:themeColor="text1"/>
        </w:rPr>
        <w:t xml:space="preserve"> </w:t>
      </w:r>
      <w:r w:rsidRPr="002F751A">
        <w:rPr>
          <w:color w:val="000000" w:themeColor="text1"/>
          <w:szCs w:val="26"/>
          <w:rtl/>
        </w:rPr>
        <w:t>ابزارهایی</w:t>
      </w:r>
      <w:r w:rsidRPr="002F751A">
        <w:rPr>
          <w:color w:val="000000" w:themeColor="text1"/>
        </w:rPr>
        <w:t xml:space="preserve"> </w:t>
      </w:r>
      <w:r w:rsidRPr="002F751A">
        <w:rPr>
          <w:color w:val="000000" w:themeColor="text1"/>
          <w:szCs w:val="26"/>
          <w:rtl/>
        </w:rPr>
        <w:t>دارد؟</w:t>
      </w:r>
      <w:r w:rsidRPr="002F751A">
        <w:rPr>
          <w:color w:val="000000" w:themeColor="text1"/>
        </w:rPr>
        <w:t xml:space="preserve"> </w:t>
      </w:r>
      <w:r w:rsidRPr="002F751A">
        <w:rPr>
          <w:color w:val="000000" w:themeColor="text1"/>
          <w:szCs w:val="26"/>
          <w:rtl/>
        </w:rPr>
        <w:t>فرضیه</w:t>
      </w:r>
      <w:r w:rsidRPr="002F751A">
        <w:rPr>
          <w:color w:val="000000" w:themeColor="text1"/>
        </w:rPr>
        <w:t xml:space="preserve"> </w:t>
      </w:r>
      <w:r w:rsidRPr="002F751A">
        <w:rPr>
          <w:color w:val="000000" w:themeColor="text1"/>
          <w:szCs w:val="26"/>
          <w:rtl/>
        </w:rPr>
        <w:t>مقاله</w:t>
      </w:r>
      <w:r w:rsidRPr="002F751A">
        <w:rPr>
          <w:color w:val="000000" w:themeColor="text1"/>
        </w:rPr>
        <w:t xml:space="preserve"> </w:t>
      </w:r>
      <w:r w:rsidRPr="002F751A">
        <w:rPr>
          <w:color w:val="000000" w:themeColor="text1"/>
          <w:szCs w:val="26"/>
          <w:rtl/>
        </w:rPr>
        <w:t>آن</w:t>
      </w:r>
      <w:r w:rsidRPr="002F751A">
        <w:rPr>
          <w:color w:val="000000" w:themeColor="text1"/>
        </w:rPr>
        <w:t xml:space="preserve"> </w:t>
      </w:r>
      <w:r w:rsidRPr="002F751A">
        <w:rPr>
          <w:color w:val="000000" w:themeColor="text1"/>
          <w:szCs w:val="26"/>
          <w:rtl/>
        </w:rPr>
        <w:t>است</w:t>
      </w:r>
      <w:r w:rsidRPr="002F751A">
        <w:rPr>
          <w:color w:val="000000" w:themeColor="text1"/>
        </w:rPr>
        <w:t xml:space="preserve"> </w:t>
      </w:r>
      <w:r w:rsidRPr="002F751A">
        <w:rPr>
          <w:color w:val="000000" w:themeColor="text1"/>
          <w:szCs w:val="26"/>
          <w:rtl/>
        </w:rPr>
        <w:t>که</w:t>
      </w:r>
      <w:r w:rsidRPr="002F751A">
        <w:rPr>
          <w:color w:val="000000" w:themeColor="text1"/>
        </w:rPr>
        <w:t xml:space="preserve"> </w:t>
      </w:r>
      <w:r w:rsidRPr="002F751A">
        <w:rPr>
          <w:color w:val="000000" w:themeColor="text1"/>
          <w:szCs w:val="26"/>
          <w:rtl/>
        </w:rPr>
        <w:t>مشکل</w:t>
      </w:r>
      <w:r w:rsidRPr="002F751A">
        <w:rPr>
          <w:color w:val="000000" w:themeColor="text1"/>
        </w:rPr>
        <w:t xml:space="preserve"> </w:t>
      </w:r>
      <w:r w:rsidRPr="002F751A">
        <w:rPr>
          <w:color w:val="000000" w:themeColor="text1"/>
          <w:szCs w:val="26"/>
          <w:rtl/>
        </w:rPr>
        <w:t>اصلی</w:t>
      </w:r>
      <w:r w:rsidRPr="002F751A">
        <w:rPr>
          <w:color w:val="000000" w:themeColor="text1"/>
        </w:rPr>
        <w:t xml:space="preserve"> </w:t>
      </w:r>
      <w:r w:rsidRPr="002F751A">
        <w:rPr>
          <w:color w:val="000000" w:themeColor="text1"/>
          <w:szCs w:val="26"/>
          <w:rtl/>
        </w:rPr>
        <w:t>فقدان</w:t>
      </w:r>
      <w:r w:rsidRPr="002F751A">
        <w:rPr>
          <w:color w:val="000000" w:themeColor="text1"/>
        </w:rPr>
        <w:t xml:space="preserve"> </w:t>
      </w:r>
      <w:r w:rsidRPr="002F751A">
        <w:rPr>
          <w:color w:val="000000" w:themeColor="text1"/>
          <w:szCs w:val="26"/>
          <w:rtl/>
        </w:rPr>
        <w:t>جرم</w:t>
      </w:r>
      <w:r w:rsidRPr="002F751A">
        <w:rPr>
          <w:color w:val="000000" w:themeColor="text1"/>
        </w:rPr>
        <w:t xml:space="preserve"> </w:t>
      </w:r>
      <w:r w:rsidRPr="002F751A">
        <w:rPr>
          <w:color w:val="000000" w:themeColor="text1"/>
          <w:szCs w:val="26"/>
          <w:rtl/>
        </w:rPr>
        <w:t>خاص</w:t>
      </w:r>
      <w:r w:rsidRPr="002F751A">
        <w:rPr>
          <w:color w:val="000000" w:themeColor="text1"/>
        </w:rPr>
        <w:t xml:space="preserve"> «</w:t>
      </w:r>
      <w:r w:rsidRPr="002F751A">
        <w:rPr>
          <w:color w:val="000000" w:themeColor="text1"/>
          <w:szCs w:val="26"/>
          <w:rtl/>
        </w:rPr>
        <w:t>شاکی</w:t>
      </w:r>
      <w:r w:rsidRPr="002F751A">
        <w:rPr>
          <w:color w:val="000000" w:themeColor="text1"/>
        </w:rPr>
        <w:t xml:space="preserve"> </w:t>
      </w:r>
      <w:r w:rsidRPr="002F751A">
        <w:rPr>
          <w:color w:val="000000" w:themeColor="text1"/>
          <w:szCs w:val="26"/>
          <w:rtl/>
        </w:rPr>
        <w:t>حرفه</w:t>
      </w:r>
      <w:r w:rsidRPr="002F751A">
        <w:rPr>
          <w:color w:val="000000" w:themeColor="text1"/>
        </w:rPr>
        <w:t>‌</w:t>
      </w:r>
      <w:r w:rsidRPr="002F751A">
        <w:rPr>
          <w:color w:val="000000" w:themeColor="text1"/>
          <w:szCs w:val="26"/>
          <w:rtl/>
        </w:rPr>
        <w:t>ای</w:t>
      </w:r>
      <w:r w:rsidRPr="002F751A">
        <w:rPr>
          <w:color w:val="000000" w:themeColor="text1"/>
        </w:rPr>
        <w:t xml:space="preserve">» </w:t>
      </w:r>
      <w:r w:rsidRPr="002F751A">
        <w:rPr>
          <w:color w:val="000000" w:themeColor="text1"/>
          <w:szCs w:val="26"/>
          <w:rtl/>
        </w:rPr>
        <w:t>نیست؛</w:t>
      </w:r>
      <w:r w:rsidRPr="002F751A">
        <w:rPr>
          <w:color w:val="000000" w:themeColor="text1"/>
        </w:rPr>
        <w:t xml:space="preserve"> </w:t>
      </w:r>
      <w:r w:rsidRPr="002F751A">
        <w:rPr>
          <w:color w:val="000000" w:themeColor="text1"/>
          <w:szCs w:val="26"/>
          <w:rtl/>
        </w:rPr>
        <w:t>بلکه</w:t>
      </w:r>
      <w:r w:rsidRPr="002F751A">
        <w:rPr>
          <w:color w:val="000000" w:themeColor="text1"/>
        </w:rPr>
        <w:t xml:space="preserve"> </w:t>
      </w:r>
      <w:r w:rsidRPr="002F751A">
        <w:rPr>
          <w:color w:val="000000" w:themeColor="text1"/>
          <w:szCs w:val="26"/>
          <w:rtl/>
        </w:rPr>
        <w:t>پراکندگی</w:t>
      </w:r>
      <w:r w:rsidRPr="002F751A">
        <w:rPr>
          <w:color w:val="000000" w:themeColor="text1"/>
        </w:rPr>
        <w:t xml:space="preserve"> </w:t>
      </w:r>
      <w:r w:rsidRPr="002F751A">
        <w:rPr>
          <w:color w:val="000000" w:themeColor="text1"/>
          <w:szCs w:val="26"/>
          <w:rtl/>
        </w:rPr>
        <w:t>واکنش</w:t>
      </w:r>
      <w:r w:rsidRPr="002F751A">
        <w:rPr>
          <w:color w:val="000000" w:themeColor="text1"/>
        </w:rPr>
        <w:t>‌</w:t>
      </w:r>
      <w:r w:rsidRPr="002F751A">
        <w:rPr>
          <w:color w:val="000000" w:themeColor="text1"/>
          <w:szCs w:val="26"/>
          <w:rtl/>
        </w:rPr>
        <w:t>ها،</w:t>
      </w:r>
      <w:r w:rsidRPr="002F751A">
        <w:rPr>
          <w:color w:val="000000" w:themeColor="text1"/>
        </w:rPr>
        <w:t xml:space="preserve"> </w:t>
      </w:r>
      <w:r w:rsidRPr="002F751A">
        <w:rPr>
          <w:color w:val="000000" w:themeColor="text1"/>
          <w:szCs w:val="26"/>
          <w:rtl/>
        </w:rPr>
        <w:t>نبود</w:t>
      </w:r>
      <w:r w:rsidRPr="002F751A">
        <w:rPr>
          <w:color w:val="000000" w:themeColor="text1"/>
        </w:rPr>
        <w:t xml:space="preserve"> </w:t>
      </w:r>
      <w:r w:rsidRPr="002F751A">
        <w:rPr>
          <w:color w:val="000000" w:themeColor="text1"/>
          <w:szCs w:val="26"/>
          <w:rtl/>
        </w:rPr>
        <w:t>شاخص</w:t>
      </w:r>
      <w:r w:rsidRPr="002F751A">
        <w:rPr>
          <w:color w:val="000000" w:themeColor="text1"/>
        </w:rPr>
        <w:t>‌</w:t>
      </w:r>
      <w:r w:rsidRPr="002F751A">
        <w:rPr>
          <w:color w:val="000000" w:themeColor="text1"/>
          <w:szCs w:val="26"/>
          <w:rtl/>
        </w:rPr>
        <w:t>های</w:t>
      </w:r>
      <w:r w:rsidRPr="002F751A">
        <w:rPr>
          <w:color w:val="000000" w:themeColor="text1"/>
        </w:rPr>
        <w:t xml:space="preserve"> </w:t>
      </w:r>
      <w:r w:rsidRPr="002F751A">
        <w:rPr>
          <w:color w:val="000000" w:themeColor="text1"/>
          <w:szCs w:val="26"/>
          <w:rtl/>
        </w:rPr>
        <w:t>روشن</w:t>
      </w:r>
      <w:r w:rsidRPr="002F751A">
        <w:rPr>
          <w:color w:val="000000" w:themeColor="text1"/>
        </w:rPr>
        <w:t xml:space="preserve"> </w:t>
      </w:r>
      <w:r w:rsidRPr="002F751A">
        <w:rPr>
          <w:color w:val="000000" w:themeColor="text1"/>
          <w:szCs w:val="26"/>
          <w:rtl/>
        </w:rPr>
        <w:t>برای</w:t>
      </w:r>
      <w:r w:rsidRPr="002F751A">
        <w:rPr>
          <w:color w:val="000000" w:themeColor="text1"/>
        </w:rPr>
        <w:t xml:space="preserve"> </w:t>
      </w:r>
      <w:r w:rsidRPr="002F751A">
        <w:rPr>
          <w:color w:val="000000" w:themeColor="text1"/>
          <w:szCs w:val="26"/>
          <w:rtl/>
        </w:rPr>
        <w:t>تشخیص</w:t>
      </w:r>
      <w:r w:rsidRPr="002F751A">
        <w:rPr>
          <w:color w:val="000000" w:themeColor="text1"/>
        </w:rPr>
        <w:t xml:space="preserve"> </w:t>
      </w:r>
      <w:r w:rsidRPr="002F751A">
        <w:rPr>
          <w:color w:val="000000" w:themeColor="text1"/>
          <w:szCs w:val="26"/>
          <w:rtl/>
        </w:rPr>
        <w:t>الگوی</w:t>
      </w:r>
      <w:r w:rsidRPr="002F751A">
        <w:rPr>
          <w:color w:val="000000" w:themeColor="text1"/>
        </w:rPr>
        <w:t xml:space="preserve"> </w:t>
      </w:r>
      <w:r w:rsidRPr="002F751A">
        <w:rPr>
          <w:color w:val="000000" w:themeColor="text1"/>
          <w:szCs w:val="26"/>
          <w:rtl/>
        </w:rPr>
        <w:t>سوءاستفاده،</w:t>
      </w:r>
      <w:r w:rsidRPr="002F751A">
        <w:rPr>
          <w:color w:val="000000" w:themeColor="text1"/>
        </w:rPr>
        <w:t xml:space="preserve"> </w:t>
      </w:r>
      <w:r w:rsidRPr="002F751A">
        <w:rPr>
          <w:color w:val="000000" w:themeColor="text1"/>
          <w:szCs w:val="26"/>
          <w:rtl/>
        </w:rPr>
        <w:t>ضعف</w:t>
      </w:r>
      <w:r w:rsidRPr="002F751A">
        <w:rPr>
          <w:color w:val="000000" w:themeColor="text1"/>
        </w:rPr>
        <w:t xml:space="preserve"> </w:t>
      </w:r>
      <w:r w:rsidRPr="002F751A">
        <w:rPr>
          <w:color w:val="000000" w:themeColor="text1"/>
          <w:szCs w:val="26"/>
          <w:rtl/>
        </w:rPr>
        <w:t>اتصال</w:t>
      </w:r>
      <w:r w:rsidRPr="002F751A">
        <w:rPr>
          <w:color w:val="000000" w:themeColor="text1"/>
        </w:rPr>
        <w:t xml:space="preserve"> </w:t>
      </w:r>
      <w:r w:rsidRPr="002F751A">
        <w:rPr>
          <w:color w:val="000000" w:themeColor="text1"/>
          <w:szCs w:val="26"/>
          <w:rtl/>
        </w:rPr>
        <w:t>تحلیلی</w:t>
      </w:r>
      <w:r w:rsidRPr="002F751A">
        <w:rPr>
          <w:color w:val="000000" w:themeColor="text1"/>
        </w:rPr>
        <w:t xml:space="preserve"> </w:t>
      </w:r>
      <w:r w:rsidRPr="002F751A">
        <w:rPr>
          <w:color w:val="000000" w:themeColor="text1"/>
          <w:szCs w:val="26"/>
          <w:rtl/>
        </w:rPr>
        <w:t>پرونده</w:t>
      </w:r>
      <w:r w:rsidRPr="002F751A">
        <w:rPr>
          <w:color w:val="000000" w:themeColor="text1"/>
        </w:rPr>
        <w:t>‌</w:t>
      </w:r>
      <w:r w:rsidRPr="002F751A">
        <w:rPr>
          <w:color w:val="000000" w:themeColor="text1"/>
          <w:szCs w:val="26"/>
          <w:rtl/>
        </w:rPr>
        <w:t>های</w:t>
      </w:r>
      <w:r w:rsidRPr="002F751A">
        <w:rPr>
          <w:color w:val="000000" w:themeColor="text1"/>
        </w:rPr>
        <w:t xml:space="preserve"> </w:t>
      </w:r>
      <w:r w:rsidRPr="002F751A">
        <w:rPr>
          <w:color w:val="000000" w:themeColor="text1"/>
          <w:szCs w:val="26"/>
          <w:rtl/>
        </w:rPr>
        <w:t>مرتبط</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تمرکز</w:t>
      </w:r>
      <w:r w:rsidRPr="002F751A">
        <w:rPr>
          <w:color w:val="000000" w:themeColor="text1"/>
        </w:rPr>
        <w:t xml:space="preserve"> </w:t>
      </w:r>
      <w:r w:rsidRPr="002F751A">
        <w:rPr>
          <w:color w:val="000000" w:themeColor="text1"/>
          <w:szCs w:val="26"/>
          <w:rtl/>
        </w:rPr>
        <w:t>بیش</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حد</w:t>
      </w:r>
      <w:r w:rsidRPr="002F751A">
        <w:rPr>
          <w:color w:val="000000" w:themeColor="text1"/>
        </w:rPr>
        <w:t xml:space="preserve"> </w:t>
      </w:r>
      <w:r w:rsidRPr="002F751A">
        <w:rPr>
          <w:color w:val="000000" w:themeColor="text1"/>
          <w:szCs w:val="26"/>
          <w:rtl/>
        </w:rPr>
        <w:t>بر</w:t>
      </w:r>
      <w:r w:rsidRPr="002F751A">
        <w:rPr>
          <w:color w:val="000000" w:themeColor="text1"/>
        </w:rPr>
        <w:t xml:space="preserve"> </w:t>
      </w:r>
      <w:r w:rsidRPr="002F751A">
        <w:rPr>
          <w:color w:val="000000" w:themeColor="text1"/>
          <w:szCs w:val="26"/>
          <w:rtl/>
        </w:rPr>
        <w:t>نتیجه</w:t>
      </w:r>
      <w:r w:rsidRPr="002F751A">
        <w:rPr>
          <w:color w:val="000000" w:themeColor="text1"/>
        </w:rPr>
        <w:t xml:space="preserve"> </w:t>
      </w:r>
      <w:r w:rsidRPr="002F751A">
        <w:rPr>
          <w:color w:val="000000" w:themeColor="text1"/>
          <w:szCs w:val="26"/>
          <w:rtl/>
        </w:rPr>
        <w:t>پرونده</w:t>
      </w:r>
      <w:r w:rsidRPr="002F751A">
        <w:rPr>
          <w:color w:val="000000" w:themeColor="text1"/>
        </w:rPr>
        <w:t xml:space="preserve"> </w:t>
      </w:r>
      <w:r w:rsidRPr="002F751A">
        <w:rPr>
          <w:color w:val="000000" w:themeColor="text1"/>
          <w:szCs w:val="26"/>
          <w:rtl/>
        </w:rPr>
        <w:t>به</w:t>
      </w:r>
      <w:r w:rsidRPr="002F751A">
        <w:rPr>
          <w:color w:val="000000" w:themeColor="text1"/>
        </w:rPr>
        <w:t xml:space="preserve"> </w:t>
      </w:r>
      <w:r w:rsidRPr="002F751A">
        <w:rPr>
          <w:color w:val="000000" w:themeColor="text1"/>
          <w:szCs w:val="26"/>
          <w:rtl/>
        </w:rPr>
        <w:t>جای</w:t>
      </w:r>
      <w:r w:rsidRPr="002F751A">
        <w:rPr>
          <w:color w:val="000000" w:themeColor="text1"/>
        </w:rPr>
        <w:t xml:space="preserve"> </w:t>
      </w:r>
      <w:r w:rsidRPr="002F751A">
        <w:rPr>
          <w:color w:val="000000" w:themeColor="text1"/>
          <w:szCs w:val="26"/>
          <w:rtl/>
        </w:rPr>
        <w:t>کیفیت</w:t>
      </w:r>
      <w:r w:rsidRPr="002F751A">
        <w:rPr>
          <w:color w:val="000000" w:themeColor="text1"/>
        </w:rPr>
        <w:t xml:space="preserve"> </w:t>
      </w:r>
      <w:r w:rsidRPr="002F751A">
        <w:rPr>
          <w:color w:val="000000" w:themeColor="text1"/>
          <w:szCs w:val="26"/>
          <w:rtl/>
        </w:rPr>
        <w:t>رفتار</w:t>
      </w:r>
      <w:r w:rsidRPr="002F751A">
        <w:rPr>
          <w:color w:val="000000" w:themeColor="text1"/>
        </w:rPr>
        <w:t xml:space="preserve"> </w:t>
      </w:r>
      <w:r w:rsidRPr="002F751A">
        <w:rPr>
          <w:color w:val="000000" w:themeColor="text1"/>
          <w:szCs w:val="26"/>
          <w:rtl/>
        </w:rPr>
        <w:t>شاکی</w:t>
      </w:r>
      <w:r w:rsidRPr="002F751A">
        <w:rPr>
          <w:color w:val="000000" w:themeColor="text1"/>
        </w:rPr>
        <w:t xml:space="preserve"> </w:t>
      </w:r>
      <w:r w:rsidRPr="002F751A">
        <w:rPr>
          <w:color w:val="000000" w:themeColor="text1"/>
          <w:szCs w:val="26"/>
          <w:rtl/>
        </w:rPr>
        <w:t>است</w:t>
      </w:r>
      <w:r w:rsidRPr="002F751A">
        <w:rPr>
          <w:color w:val="000000" w:themeColor="text1"/>
        </w:rPr>
        <w:t xml:space="preserve">. </w:t>
      </w:r>
      <w:r w:rsidRPr="002F751A">
        <w:rPr>
          <w:color w:val="000000" w:themeColor="text1"/>
          <w:szCs w:val="26"/>
          <w:rtl/>
        </w:rPr>
        <w:t>روش</w:t>
      </w:r>
      <w:r w:rsidRPr="002F751A">
        <w:rPr>
          <w:color w:val="000000" w:themeColor="text1"/>
        </w:rPr>
        <w:t xml:space="preserve"> </w:t>
      </w:r>
      <w:r w:rsidRPr="002F751A">
        <w:rPr>
          <w:color w:val="000000" w:themeColor="text1"/>
          <w:szCs w:val="26"/>
          <w:rtl/>
        </w:rPr>
        <w:t>پژوهش</w:t>
      </w:r>
      <w:r w:rsidRPr="002F751A">
        <w:rPr>
          <w:color w:val="000000" w:themeColor="text1"/>
        </w:rPr>
        <w:t xml:space="preserve"> </w:t>
      </w:r>
      <w:r w:rsidRPr="002F751A">
        <w:rPr>
          <w:color w:val="000000" w:themeColor="text1"/>
          <w:szCs w:val="26"/>
          <w:rtl/>
        </w:rPr>
        <w:t>توصیفی</w:t>
      </w:r>
      <w:r w:rsidRPr="002F751A">
        <w:rPr>
          <w:color w:val="000000" w:themeColor="text1"/>
        </w:rPr>
        <w:t xml:space="preserve"> </w:t>
      </w:r>
      <w:r w:rsidRPr="002F751A">
        <w:rPr>
          <w:color w:val="000000" w:themeColor="text1"/>
          <w:szCs w:val="26"/>
          <w:rtl/>
        </w:rPr>
        <w:t>ـ</w:t>
      </w:r>
      <w:r w:rsidRPr="002F751A">
        <w:rPr>
          <w:color w:val="000000" w:themeColor="text1"/>
        </w:rPr>
        <w:t xml:space="preserve"> </w:t>
      </w:r>
      <w:r w:rsidRPr="002F751A">
        <w:rPr>
          <w:color w:val="000000" w:themeColor="text1"/>
          <w:szCs w:val="26"/>
          <w:rtl/>
        </w:rPr>
        <w:t>تحلیلی</w:t>
      </w:r>
      <w:r w:rsidRPr="002F751A">
        <w:rPr>
          <w:color w:val="000000" w:themeColor="text1"/>
        </w:rPr>
        <w:t xml:space="preserve"> </w:t>
      </w:r>
      <w:r w:rsidRPr="002F751A">
        <w:rPr>
          <w:color w:val="000000" w:themeColor="text1"/>
          <w:szCs w:val="26"/>
          <w:rtl/>
        </w:rPr>
        <w:t>با</w:t>
      </w:r>
      <w:r w:rsidRPr="002F751A">
        <w:rPr>
          <w:color w:val="000000" w:themeColor="text1"/>
        </w:rPr>
        <w:t xml:space="preserve"> </w:t>
      </w:r>
      <w:r w:rsidRPr="002F751A">
        <w:rPr>
          <w:color w:val="000000" w:themeColor="text1"/>
          <w:szCs w:val="26"/>
          <w:rtl/>
        </w:rPr>
        <w:t>رویکرد</w:t>
      </w:r>
      <w:r w:rsidRPr="002F751A">
        <w:rPr>
          <w:color w:val="000000" w:themeColor="text1"/>
        </w:rPr>
        <w:t xml:space="preserve"> </w:t>
      </w:r>
      <w:r w:rsidRPr="002F751A">
        <w:rPr>
          <w:color w:val="000000" w:themeColor="text1"/>
          <w:szCs w:val="26"/>
          <w:rtl/>
        </w:rPr>
        <w:t>تطبیقی</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استفاده</w:t>
      </w:r>
      <w:r w:rsidRPr="002F751A">
        <w:rPr>
          <w:color w:val="000000" w:themeColor="text1"/>
        </w:rPr>
        <w:t xml:space="preserve"> </w:t>
      </w:r>
      <w:r w:rsidRPr="002F751A">
        <w:rPr>
          <w:color w:val="000000" w:themeColor="text1"/>
          <w:szCs w:val="26"/>
          <w:rtl/>
        </w:rPr>
        <w:t>از</w:t>
      </w:r>
      <w:r w:rsidRPr="002F751A">
        <w:rPr>
          <w:color w:val="000000" w:themeColor="text1"/>
        </w:rPr>
        <w:t xml:space="preserve"> </w:t>
      </w:r>
      <w:r w:rsidRPr="002F751A">
        <w:rPr>
          <w:color w:val="000000" w:themeColor="text1"/>
          <w:szCs w:val="26"/>
          <w:rtl/>
        </w:rPr>
        <w:t>قوانین</w:t>
      </w:r>
      <w:r w:rsidRPr="002F751A">
        <w:rPr>
          <w:color w:val="000000" w:themeColor="text1"/>
        </w:rPr>
        <w:t xml:space="preserve"> </w:t>
      </w:r>
      <w:r w:rsidRPr="002F751A">
        <w:rPr>
          <w:color w:val="000000" w:themeColor="text1"/>
          <w:szCs w:val="26"/>
          <w:rtl/>
        </w:rPr>
        <w:t>جاری</w:t>
      </w:r>
      <w:r w:rsidRPr="002F751A">
        <w:rPr>
          <w:color w:val="000000" w:themeColor="text1"/>
        </w:rPr>
        <w:t xml:space="preserve"> </w:t>
      </w:r>
      <w:r w:rsidRPr="002F751A">
        <w:rPr>
          <w:color w:val="000000" w:themeColor="text1"/>
          <w:szCs w:val="26"/>
          <w:rtl/>
        </w:rPr>
        <w:t>ایران،</w:t>
      </w:r>
      <w:r w:rsidRPr="002F751A">
        <w:rPr>
          <w:color w:val="000000" w:themeColor="text1"/>
        </w:rPr>
        <w:t xml:space="preserve"> </w:t>
      </w:r>
      <w:r w:rsidRPr="002F751A">
        <w:rPr>
          <w:color w:val="000000" w:themeColor="text1"/>
          <w:szCs w:val="26"/>
          <w:rtl/>
        </w:rPr>
        <w:t>مقالات</w:t>
      </w:r>
      <w:r w:rsidRPr="002F751A">
        <w:rPr>
          <w:color w:val="000000" w:themeColor="text1"/>
        </w:rPr>
        <w:t xml:space="preserve"> </w:t>
      </w:r>
      <w:r w:rsidRPr="002F751A">
        <w:rPr>
          <w:color w:val="000000" w:themeColor="text1"/>
          <w:szCs w:val="26"/>
          <w:rtl/>
        </w:rPr>
        <w:t>علمی</w:t>
      </w:r>
      <w:r w:rsidRPr="002F751A">
        <w:rPr>
          <w:color w:val="000000" w:themeColor="text1"/>
        </w:rPr>
        <w:t xml:space="preserve"> </w:t>
      </w:r>
      <w:r w:rsidRPr="002F751A">
        <w:rPr>
          <w:color w:val="000000" w:themeColor="text1"/>
          <w:szCs w:val="26"/>
          <w:rtl/>
        </w:rPr>
        <w:t>فارسی</w:t>
      </w:r>
      <w:r w:rsidRPr="002F751A">
        <w:rPr>
          <w:color w:val="000000" w:themeColor="text1"/>
        </w:rPr>
        <w:t xml:space="preserve"> </w:t>
      </w:r>
      <w:r w:rsidRPr="002F751A">
        <w:rPr>
          <w:color w:val="000000" w:themeColor="text1"/>
          <w:szCs w:val="26"/>
          <w:rtl/>
        </w:rPr>
        <w:t>و</w:t>
      </w:r>
      <w:r w:rsidRPr="002F751A">
        <w:rPr>
          <w:color w:val="000000" w:themeColor="text1"/>
        </w:rPr>
        <w:t xml:space="preserve"> </w:t>
      </w:r>
      <w:r w:rsidRPr="002F751A">
        <w:rPr>
          <w:color w:val="000000" w:themeColor="text1"/>
          <w:szCs w:val="26"/>
          <w:rtl/>
        </w:rPr>
        <w:t>منابع</w:t>
      </w:r>
      <w:r w:rsidRPr="002F751A">
        <w:rPr>
          <w:color w:val="000000" w:themeColor="text1"/>
        </w:rPr>
        <w:t xml:space="preserve"> </w:t>
      </w:r>
      <w:r w:rsidRPr="002F751A">
        <w:rPr>
          <w:color w:val="000000" w:themeColor="text1"/>
          <w:szCs w:val="26"/>
          <w:rtl/>
        </w:rPr>
        <w:t>معتبر</w:t>
      </w:r>
      <w:r w:rsidRPr="002F751A">
        <w:rPr>
          <w:color w:val="000000" w:themeColor="text1"/>
        </w:rPr>
        <w:t xml:space="preserve"> </w:t>
      </w:r>
      <w:r w:rsidRPr="002F751A">
        <w:rPr>
          <w:color w:val="000000" w:themeColor="text1"/>
          <w:szCs w:val="26"/>
          <w:rtl/>
        </w:rPr>
        <w:t>لاتین</w:t>
      </w:r>
      <w:r w:rsidRPr="002F751A">
        <w:rPr>
          <w:color w:val="000000" w:themeColor="text1"/>
        </w:rPr>
        <w:t xml:space="preserve"> </w:t>
      </w:r>
      <w:r w:rsidRPr="002F751A">
        <w:rPr>
          <w:color w:val="000000" w:themeColor="text1"/>
          <w:szCs w:val="26"/>
          <w:rtl/>
        </w:rPr>
        <w:t>است</w:t>
      </w:r>
      <w:r w:rsidRPr="002F751A">
        <w:rPr>
          <w:color w:val="000000" w:themeColor="text1"/>
        </w:rPr>
        <w:t>.</w:t>
      </w:r>
      <w:r w:rsidR="002F751A">
        <w:rPr>
          <w:rFonts w:hint="cs"/>
          <w:color w:val="000000" w:themeColor="text1"/>
          <w:rtl/>
        </w:rPr>
        <w:t>.</w:t>
      </w:r>
    </w:p>
    <w:p w14:paraId="46C011C2" w14:textId="77777777" w:rsidR="002F751A" w:rsidRPr="002F751A" w:rsidRDefault="002F751A" w:rsidP="002F751A">
      <w:pPr>
        <w:bidi/>
        <w:rPr>
          <w:color w:val="000000" w:themeColor="text1"/>
        </w:rPr>
      </w:pPr>
    </w:p>
    <w:p w14:paraId="5F049336" w14:textId="77777777" w:rsidR="002F751A" w:rsidRPr="002F751A" w:rsidRDefault="00FE2DB4" w:rsidP="002F751A">
      <w:pPr>
        <w:pStyle w:val="SubFA"/>
        <w:keepNext/>
        <w:bidi/>
        <w:rPr>
          <w:bCs/>
          <w:color w:val="000000" w:themeColor="text1"/>
          <w:szCs w:val="26"/>
          <w:rtl/>
        </w:rPr>
      </w:pPr>
      <w:r w:rsidRPr="002F751A">
        <w:rPr>
          <w:bCs/>
          <w:color w:val="000000" w:themeColor="text1"/>
          <w:szCs w:val="26"/>
          <w:rtl/>
        </w:rPr>
        <w:t>بحث</w:t>
      </w:r>
      <w:r w:rsidRPr="002F751A">
        <w:rPr>
          <w:bCs/>
          <w:color w:val="000000" w:themeColor="text1"/>
          <w:szCs w:val="26"/>
        </w:rPr>
        <w:t xml:space="preserve"> </w:t>
      </w:r>
      <w:r w:rsidRPr="002F751A">
        <w:rPr>
          <w:bCs/>
          <w:color w:val="000000" w:themeColor="text1"/>
          <w:szCs w:val="26"/>
          <w:rtl/>
        </w:rPr>
        <w:t>و</w:t>
      </w:r>
      <w:r w:rsidRPr="002F751A">
        <w:rPr>
          <w:bCs/>
          <w:color w:val="000000" w:themeColor="text1"/>
          <w:szCs w:val="26"/>
        </w:rPr>
        <w:t xml:space="preserve"> </w:t>
      </w:r>
      <w:r w:rsidRPr="002F751A">
        <w:rPr>
          <w:bCs/>
          <w:color w:val="000000" w:themeColor="text1"/>
          <w:szCs w:val="26"/>
          <w:rtl/>
        </w:rPr>
        <w:t>نظر</w:t>
      </w:r>
    </w:p>
    <w:p w14:paraId="00340C61" w14:textId="7593BC77" w:rsidR="009F417E" w:rsidRPr="002F751A" w:rsidRDefault="00FE2DB4" w:rsidP="002F751A">
      <w:pPr>
        <w:pStyle w:val="SubFA"/>
        <w:keepNext/>
        <w:bidi/>
        <w:rPr>
          <w:bCs/>
          <w:color w:val="000000" w:themeColor="text1"/>
          <w:szCs w:val="26"/>
        </w:rPr>
      </w:pPr>
      <w:r w:rsidRPr="002F751A">
        <w:rPr>
          <w:bCs/>
          <w:color w:val="000000" w:themeColor="text1"/>
          <w:szCs w:val="26"/>
        </w:rPr>
        <w:t xml:space="preserve"> </w:t>
      </w:r>
      <w:r w:rsidR="002F751A" w:rsidRPr="002F751A">
        <w:rPr>
          <w:rFonts w:hint="cs"/>
          <w:bCs/>
          <w:color w:val="000000" w:themeColor="text1"/>
          <w:szCs w:val="26"/>
          <w:rtl/>
        </w:rPr>
        <w:t xml:space="preserve">1- </w:t>
      </w:r>
      <w:r w:rsidRPr="002F751A">
        <w:rPr>
          <w:bCs/>
          <w:color w:val="000000" w:themeColor="text1"/>
          <w:szCs w:val="26"/>
          <w:rtl/>
        </w:rPr>
        <w:t>بازتعریف</w:t>
      </w:r>
      <w:r w:rsidRPr="002F751A">
        <w:rPr>
          <w:bCs/>
          <w:color w:val="000000" w:themeColor="text1"/>
          <w:szCs w:val="26"/>
        </w:rPr>
        <w:t xml:space="preserve"> </w:t>
      </w:r>
      <w:r w:rsidR="002F751A" w:rsidRPr="002F751A">
        <w:rPr>
          <w:rFonts w:hint="cs"/>
          <w:bCs/>
          <w:color w:val="000000" w:themeColor="text1"/>
          <w:szCs w:val="26"/>
          <w:rtl/>
        </w:rPr>
        <w:t>«</w:t>
      </w:r>
      <w:r w:rsidRPr="002F751A">
        <w:rPr>
          <w:bCs/>
          <w:color w:val="000000" w:themeColor="text1"/>
          <w:szCs w:val="26"/>
          <w:rtl/>
        </w:rPr>
        <w:t>شاکی</w:t>
      </w:r>
      <w:r w:rsidRPr="002F751A">
        <w:rPr>
          <w:bCs/>
          <w:color w:val="000000" w:themeColor="text1"/>
          <w:szCs w:val="26"/>
        </w:rPr>
        <w:t xml:space="preserve"> </w:t>
      </w:r>
      <w:r w:rsidRPr="002F751A">
        <w:rPr>
          <w:bCs/>
          <w:color w:val="000000" w:themeColor="text1"/>
          <w:szCs w:val="26"/>
          <w:rtl/>
        </w:rPr>
        <w:t>حرفه</w:t>
      </w:r>
      <w:r w:rsidRPr="002F751A">
        <w:rPr>
          <w:bCs/>
          <w:color w:val="000000" w:themeColor="text1"/>
          <w:szCs w:val="26"/>
        </w:rPr>
        <w:t>‌</w:t>
      </w:r>
      <w:r w:rsidRPr="002F751A">
        <w:rPr>
          <w:bCs/>
          <w:color w:val="000000" w:themeColor="text1"/>
          <w:szCs w:val="26"/>
          <w:rtl/>
        </w:rPr>
        <w:t>ای</w:t>
      </w:r>
      <w:r w:rsidR="002F751A" w:rsidRPr="002F751A">
        <w:rPr>
          <w:rFonts w:hint="cs"/>
          <w:bCs/>
          <w:color w:val="000000" w:themeColor="text1"/>
          <w:szCs w:val="26"/>
          <w:rtl/>
        </w:rPr>
        <w:t>»</w:t>
      </w:r>
      <w:r w:rsidRPr="002F751A">
        <w:rPr>
          <w:bCs/>
          <w:color w:val="000000" w:themeColor="text1"/>
          <w:szCs w:val="26"/>
        </w:rPr>
        <w:t xml:space="preserve"> </w:t>
      </w:r>
      <w:r w:rsidRPr="002F751A">
        <w:rPr>
          <w:bCs/>
          <w:color w:val="000000" w:themeColor="text1"/>
          <w:szCs w:val="26"/>
          <w:rtl/>
        </w:rPr>
        <w:t>از</w:t>
      </w:r>
      <w:r w:rsidRPr="002F751A">
        <w:rPr>
          <w:bCs/>
          <w:color w:val="000000" w:themeColor="text1"/>
          <w:szCs w:val="26"/>
        </w:rPr>
        <w:t xml:space="preserve"> </w:t>
      </w:r>
      <w:r w:rsidRPr="002F751A">
        <w:rPr>
          <w:bCs/>
          <w:color w:val="000000" w:themeColor="text1"/>
          <w:szCs w:val="26"/>
          <w:rtl/>
        </w:rPr>
        <w:t>شخص</w:t>
      </w:r>
      <w:r w:rsidRPr="002F751A">
        <w:rPr>
          <w:bCs/>
          <w:color w:val="000000" w:themeColor="text1"/>
          <w:szCs w:val="26"/>
        </w:rPr>
        <w:t>‌</w:t>
      </w:r>
      <w:r w:rsidRPr="002F751A">
        <w:rPr>
          <w:bCs/>
          <w:color w:val="000000" w:themeColor="text1"/>
          <w:szCs w:val="26"/>
          <w:rtl/>
        </w:rPr>
        <w:t>محوری</w:t>
      </w:r>
      <w:r w:rsidRPr="002F751A">
        <w:rPr>
          <w:bCs/>
          <w:color w:val="000000" w:themeColor="text1"/>
          <w:szCs w:val="26"/>
        </w:rPr>
        <w:t xml:space="preserve"> </w:t>
      </w:r>
      <w:r w:rsidRPr="002F751A">
        <w:rPr>
          <w:bCs/>
          <w:color w:val="000000" w:themeColor="text1"/>
          <w:szCs w:val="26"/>
          <w:rtl/>
        </w:rPr>
        <w:t>به</w:t>
      </w:r>
      <w:r w:rsidRPr="002F751A">
        <w:rPr>
          <w:bCs/>
          <w:color w:val="000000" w:themeColor="text1"/>
          <w:szCs w:val="26"/>
        </w:rPr>
        <w:t xml:space="preserve"> </w:t>
      </w:r>
      <w:r w:rsidRPr="002F751A">
        <w:rPr>
          <w:bCs/>
          <w:color w:val="000000" w:themeColor="text1"/>
          <w:szCs w:val="26"/>
          <w:rtl/>
        </w:rPr>
        <w:t>رفتارمحوری</w:t>
      </w:r>
    </w:p>
    <w:p w14:paraId="67CB9544" w14:textId="77777777" w:rsidR="009F417E" w:rsidRPr="002F751A" w:rsidRDefault="00FE2DB4" w:rsidP="002F751A">
      <w:pPr>
        <w:pStyle w:val="SubFA"/>
        <w:keepNext/>
        <w:bidi/>
        <w:rPr>
          <w:b w:val="0"/>
          <w:color w:val="000000" w:themeColor="text1"/>
          <w:szCs w:val="26"/>
        </w:rPr>
      </w:pPr>
      <w:r w:rsidRPr="002F751A">
        <w:rPr>
          <w:b w:val="0"/>
          <w:color w:val="000000" w:themeColor="text1"/>
          <w:szCs w:val="26"/>
          <w:rtl/>
        </w:rPr>
        <w:t>اصطلاح</w:t>
      </w:r>
      <w:r w:rsidRPr="002F751A">
        <w:rPr>
          <w:b w:val="0"/>
          <w:color w:val="000000" w:themeColor="text1"/>
          <w:szCs w:val="26"/>
        </w:rPr>
        <w:t xml:space="preserve"> «</w:t>
      </w:r>
      <w:r w:rsidRPr="002F751A">
        <w:rPr>
          <w:b w:val="0"/>
          <w:color w:val="000000" w:themeColor="text1"/>
          <w:szCs w:val="26"/>
          <w:rtl/>
        </w:rPr>
        <w:t>شاکی</w:t>
      </w:r>
      <w:r w:rsidRPr="002F751A">
        <w:rPr>
          <w:b w:val="0"/>
          <w:color w:val="000000" w:themeColor="text1"/>
          <w:szCs w:val="26"/>
        </w:rPr>
        <w:t xml:space="preserve"> </w:t>
      </w:r>
      <w:r w:rsidRPr="002F751A">
        <w:rPr>
          <w:b w:val="0"/>
          <w:color w:val="000000" w:themeColor="text1"/>
          <w:szCs w:val="26"/>
          <w:rtl/>
        </w:rPr>
        <w:t>حرفه</w:t>
      </w:r>
      <w:r w:rsidRPr="002F751A">
        <w:rPr>
          <w:b w:val="0"/>
          <w:color w:val="000000" w:themeColor="text1"/>
          <w:szCs w:val="26"/>
        </w:rPr>
        <w:t>‌</w:t>
      </w:r>
      <w:r w:rsidRPr="002F751A">
        <w:rPr>
          <w:b w:val="0"/>
          <w:color w:val="000000" w:themeColor="text1"/>
          <w:szCs w:val="26"/>
          <w:rtl/>
        </w:rPr>
        <w:t>ای</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قوانین</w:t>
      </w:r>
      <w:r w:rsidRPr="002F751A">
        <w:rPr>
          <w:b w:val="0"/>
          <w:color w:val="000000" w:themeColor="text1"/>
          <w:szCs w:val="26"/>
        </w:rPr>
        <w:t xml:space="preserve"> </w:t>
      </w:r>
      <w:r w:rsidRPr="002F751A">
        <w:rPr>
          <w:b w:val="0"/>
          <w:color w:val="000000" w:themeColor="text1"/>
          <w:szCs w:val="26"/>
          <w:rtl/>
        </w:rPr>
        <w:t>ایران</w:t>
      </w:r>
      <w:r w:rsidRPr="002F751A">
        <w:rPr>
          <w:b w:val="0"/>
          <w:color w:val="000000" w:themeColor="text1"/>
          <w:szCs w:val="26"/>
        </w:rPr>
        <w:t xml:space="preserve"> </w:t>
      </w:r>
      <w:r w:rsidRPr="002F751A">
        <w:rPr>
          <w:b w:val="0"/>
          <w:color w:val="000000" w:themeColor="text1"/>
          <w:szCs w:val="26"/>
          <w:rtl/>
        </w:rPr>
        <w:t>تعریف</w:t>
      </w:r>
      <w:r w:rsidRPr="002F751A">
        <w:rPr>
          <w:b w:val="0"/>
          <w:color w:val="000000" w:themeColor="text1"/>
          <w:szCs w:val="26"/>
        </w:rPr>
        <w:t xml:space="preserve"> </w:t>
      </w:r>
      <w:r w:rsidRPr="002F751A">
        <w:rPr>
          <w:b w:val="0"/>
          <w:color w:val="000000" w:themeColor="text1"/>
          <w:szCs w:val="26"/>
          <w:rtl/>
        </w:rPr>
        <w:t>نشده</w:t>
      </w:r>
      <w:r w:rsidRPr="002F751A">
        <w:rPr>
          <w:b w:val="0"/>
          <w:color w:val="000000" w:themeColor="text1"/>
          <w:szCs w:val="26"/>
        </w:rPr>
        <w:t xml:space="preserve"> </w:t>
      </w:r>
      <w:r w:rsidRPr="002F751A">
        <w:rPr>
          <w:b w:val="0"/>
          <w:color w:val="000000" w:themeColor="text1"/>
          <w:szCs w:val="26"/>
          <w:rtl/>
        </w:rPr>
        <w:t>و</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همین</w:t>
      </w:r>
      <w:r w:rsidRPr="002F751A">
        <w:rPr>
          <w:b w:val="0"/>
          <w:color w:val="000000" w:themeColor="text1"/>
          <w:szCs w:val="26"/>
        </w:rPr>
        <w:t xml:space="preserve"> </w:t>
      </w:r>
      <w:r w:rsidRPr="002F751A">
        <w:rPr>
          <w:b w:val="0"/>
          <w:color w:val="000000" w:themeColor="text1"/>
          <w:szCs w:val="26"/>
          <w:rtl/>
        </w:rPr>
        <w:t>دلیل</w:t>
      </w:r>
      <w:r w:rsidRPr="002F751A">
        <w:rPr>
          <w:b w:val="0"/>
          <w:color w:val="000000" w:themeColor="text1"/>
          <w:szCs w:val="26"/>
        </w:rPr>
        <w:t xml:space="preserve"> </w:t>
      </w:r>
      <w:r w:rsidRPr="002F751A">
        <w:rPr>
          <w:b w:val="0"/>
          <w:color w:val="000000" w:themeColor="text1"/>
          <w:szCs w:val="26"/>
          <w:rtl/>
        </w:rPr>
        <w:t>نباید</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یک</w:t>
      </w:r>
      <w:r w:rsidRPr="002F751A">
        <w:rPr>
          <w:b w:val="0"/>
          <w:color w:val="000000" w:themeColor="text1"/>
          <w:szCs w:val="26"/>
        </w:rPr>
        <w:t xml:space="preserve"> </w:t>
      </w:r>
      <w:r w:rsidRPr="002F751A">
        <w:rPr>
          <w:b w:val="0"/>
          <w:color w:val="000000" w:themeColor="text1"/>
          <w:szCs w:val="26"/>
          <w:rtl/>
        </w:rPr>
        <w:t>برچسب</w:t>
      </w:r>
      <w:r w:rsidRPr="002F751A">
        <w:rPr>
          <w:b w:val="0"/>
          <w:color w:val="000000" w:themeColor="text1"/>
          <w:szCs w:val="26"/>
        </w:rPr>
        <w:t xml:space="preserve"> </w:t>
      </w:r>
      <w:r w:rsidRPr="002F751A">
        <w:rPr>
          <w:b w:val="0"/>
          <w:color w:val="000000" w:themeColor="text1"/>
          <w:szCs w:val="26"/>
          <w:rtl/>
        </w:rPr>
        <w:t>شبه</w:t>
      </w:r>
      <w:r w:rsidRPr="002F751A">
        <w:rPr>
          <w:b w:val="0"/>
          <w:color w:val="000000" w:themeColor="text1"/>
          <w:szCs w:val="26"/>
        </w:rPr>
        <w:t>‌</w:t>
      </w:r>
      <w:r w:rsidRPr="002F751A">
        <w:rPr>
          <w:b w:val="0"/>
          <w:color w:val="000000" w:themeColor="text1"/>
          <w:szCs w:val="26"/>
          <w:rtl/>
        </w:rPr>
        <w:t>کیفری</w:t>
      </w:r>
      <w:r w:rsidRPr="002F751A">
        <w:rPr>
          <w:b w:val="0"/>
          <w:color w:val="000000" w:themeColor="text1"/>
          <w:szCs w:val="26"/>
        </w:rPr>
        <w:t xml:space="preserve"> </w:t>
      </w:r>
      <w:r w:rsidRPr="002F751A">
        <w:rPr>
          <w:b w:val="0"/>
          <w:color w:val="000000" w:themeColor="text1"/>
          <w:szCs w:val="26"/>
          <w:rtl/>
        </w:rPr>
        <w:t>تبدیل</w:t>
      </w:r>
      <w:r w:rsidRPr="002F751A">
        <w:rPr>
          <w:b w:val="0"/>
          <w:color w:val="000000" w:themeColor="text1"/>
          <w:szCs w:val="26"/>
        </w:rPr>
        <w:t xml:space="preserve"> </w:t>
      </w:r>
      <w:r w:rsidRPr="002F751A">
        <w:rPr>
          <w:b w:val="0"/>
          <w:color w:val="000000" w:themeColor="text1"/>
          <w:szCs w:val="26"/>
          <w:rtl/>
        </w:rPr>
        <w:t>شود</w:t>
      </w:r>
      <w:r w:rsidRPr="002F751A">
        <w:rPr>
          <w:b w:val="0"/>
          <w:color w:val="000000" w:themeColor="text1"/>
          <w:szCs w:val="26"/>
        </w:rPr>
        <w:t xml:space="preserve">. </w:t>
      </w:r>
      <w:r w:rsidRPr="002F751A">
        <w:rPr>
          <w:b w:val="0"/>
          <w:color w:val="000000" w:themeColor="text1"/>
          <w:szCs w:val="26"/>
          <w:rtl/>
        </w:rPr>
        <w:t>حرفه</w:t>
      </w:r>
      <w:r w:rsidRPr="002F751A">
        <w:rPr>
          <w:b w:val="0"/>
          <w:color w:val="000000" w:themeColor="text1"/>
          <w:szCs w:val="26"/>
        </w:rPr>
        <w:t>‌</w:t>
      </w:r>
      <w:r w:rsidRPr="002F751A">
        <w:rPr>
          <w:b w:val="0"/>
          <w:color w:val="000000" w:themeColor="text1"/>
          <w:szCs w:val="26"/>
          <w:rtl/>
        </w:rPr>
        <w:t>ای</w:t>
      </w:r>
      <w:r w:rsidRPr="002F751A">
        <w:rPr>
          <w:b w:val="0"/>
          <w:color w:val="000000" w:themeColor="text1"/>
          <w:szCs w:val="26"/>
        </w:rPr>
        <w:t xml:space="preserve"> </w:t>
      </w:r>
      <w:r w:rsidRPr="002F751A">
        <w:rPr>
          <w:b w:val="0"/>
          <w:color w:val="000000" w:themeColor="text1"/>
          <w:szCs w:val="26"/>
          <w:rtl/>
        </w:rPr>
        <w:t>بودن</w:t>
      </w:r>
      <w:r w:rsidRPr="002F751A">
        <w:rPr>
          <w:b w:val="0"/>
          <w:color w:val="000000" w:themeColor="text1"/>
          <w:szCs w:val="26"/>
        </w:rPr>
        <w:t xml:space="preserve"> </w:t>
      </w:r>
      <w:r w:rsidRPr="002F751A">
        <w:rPr>
          <w:b w:val="0"/>
          <w:color w:val="000000" w:themeColor="text1"/>
          <w:szCs w:val="26"/>
          <w:rtl/>
        </w:rPr>
        <w:t>ممکن</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b w:val="0"/>
          <w:color w:val="000000" w:themeColor="text1"/>
          <w:szCs w:val="26"/>
          <w:rtl/>
        </w:rPr>
        <w:t>صرفاً</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معنای</w:t>
      </w:r>
      <w:r w:rsidRPr="002F751A">
        <w:rPr>
          <w:b w:val="0"/>
          <w:color w:val="000000" w:themeColor="text1"/>
          <w:szCs w:val="26"/>
        </w:rPr>
        <w:t xml:space="preserve"> </w:t>
      </w:r>
      <w:r w:rsidRPr="002F751A">
        <w:rPr>
          <w:b w:val="0"/>
          <w:color w:val="000000" w:themeColor="text1"/>
          <w:szCs w:val="26"/>
          <w:rtl/>
        </w:rPr>
        <w:t>تکرار</w:t>
      </w:r>
      <w:r w:rsidRPr="002F751A">
        <w:rPr>
          <w:b w:val="0"/>
          <w:color w:val="000000" w:themeColor="text1"/>
          <w:szCs w:val="26"/>
        </w:rPr>
        <w:t xml:space="preserve"> </w:t>
      </w:r>
      <w:r w:rsidRPr="002F751A">
        <w:rPr>
          <w:b w:val="0"/>
          <w:color w:val="000000" w:themeColor="text1"/>
          <w:szCs w:val="26"/>
          <w:rtl/>
        </w:rPr>
        <w:t>یا</w:t>
      </w:r>
      <w:r w:rsidRPr="002F751A">
        <w:rPr>
          <w:b w:val="0"/>
          <w:color w:val="000000" w:themeColor="text1"/>
          <w:szCs w:val="26"/>
        </w:rPr>
        <w:t xml:space="preserve"> </w:t>
      </w:r>
      <w:r w:rsidRPr="002F751A">
        <w:rPr>
          <w:b w:val="0"/>
          <w:color w:val="000000" w:themeColor="text1"/>
          <w:szCs w:val="26"/>
          <w:rtl/>
        </w:rPr>
        <w:t>مهارت</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پیگیری</w:t>
      </w:r>
      <w:r w:rsidRPr="002F751A">
        <w:rPr>
          <w:b w:val="0"/>
          <w:color w:val="000000" w:themeColor="text1"/>
          <w:szCs w:val="26"/>
        </w:rPr>
        <w:t xml:space="preserve"> </w:t>
      </w:r>
      <w:r w:rsidRPr="002F751A">
        <w:rPr>
          <w:b w:val="0"/>
          <w:color w:val="000000" w:themeColor="text1"/>
          <w:szCs w:val="26"/>
          <w:rtl/>
        </w:rPr>
        <w:t>باشد،</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حالی</w:t>
      </w:r>
      <w:r w:rsidRPr="002F751A">
        <w:rPr>
          <w:b w:val="0"/>
          <w:color w:val="000000" w:themeColor="text1"/>
          <w:szCs w:val="26"/>
        </w:rPr>
        <w:t xml:space="preserve"> </w:t>
      </w:r>
      <w:r w:rsidRPr="002F751A">
        <w:rPr>
          <w:b w:val="0"/>
          <w:color w:val="000000" w:themeColor="text1"/>
          <w:szCs w:val="26"/>
          <w:rtl/>
        </w:rPr>
        <w:t>که</w:t>
      </w:r>
      <w:r w:rsidRPr="002F751A">
        <w:rPr>
          <w:b w:val="0"/>
          <w:color w:val="000000" w:themeColor="text1"/>
          <w:szCs w:val="26"/>
        </w:rPr>
        <w:t xml:space="preserve"> </w:t>
      </w:r>
      <w:r w:rsidRPr="002F751A">
        <w:rPr>
          <w:b w:val="0"/>
          <w:color w:val="000000" w:themeColor="text1"/>
          <w:szCs w:val="26"/>
          <w:rtl/>
        </w:rPr>
        <w:t>تکرار</w:t>
      </w:r>
      <w:r w:rsidRPr="002F751A">
        <w:rPr>
          <w:b w:val="0"/>
          <w:color w:val="000000" w:themeColor="text1"/>
          <w:szCs w:val="26"/>
        </w:rPr>
        <w:t xml:space="preserve"> </w:t>
      </w:r>
      <w:r w:rsidRPr="002F751A">
        <w:rPr>
          <w:b w:val="0"/>
          <w:color w:val="000000" w:themeColor="text1"/>
          <w:szCs w:val="26"/>
          <w:rtl/>
        </w:rPr>
        <w:t>شکایت</w:t>
      </w:r>
      <w:r w:rsidRPr="002F751A">
        <w:rPr>
          <w:b w:val="0"/>
          <w:color w:val="000000" w:themeColor="text1"/>
          <w:szCs w:val="26"/>
        </w:rPr>
        <w:t xml:space="preserve"> </w:t>
      </w:r>
      <w:r w:rsidRPr="002F751A">
        <w:rPr>
          <w:b w:val="0"/>
          <w:color w:val="000000" w:themeColor="text1"/>
          <w:szCs w:val="26"/>
          <w:rtl/>
        </w:rPr>
        <w:t>می</w:t>
      </w:r>
      <w:r w:rsidRPr="002F751A">
        <w:rPr>
          <w:b w:val="0"/>
          <w:color w:val="000000" w:themeColor="text1"/>
          <w:szCs w:val="26"/>
        </w:rPr>
        <w:t>‌</w:t>
      </w:r>
      <w:r w:rsidRPr="002F751A">
        <w:rPr>
          <w:b w:val="0"/>
          <w:color w:val="000000" w:themeColor="text1"/>
          <w:szCs w:val="26"/>
          <w:rtl/>
        </w:rPr>
        <w:t>تواند</w:t>
      </w:r>
      <w:r w:rsidRPr="002F751A">
        <w:rPr>
          <w:b w:val="0"/>
          <w:color w:val="000000" w:themeColor="text1"/>
          <w:szCs w:val="26"/>
        </w:rPr>
        <w:t xml:space="preserve"> </w:t>
      </w:r>
      <w:r w:rsidRPr="002F751A">
        <w:rPr>
          <w:b w:val="0"/>
          <w:color w:val="000000" w:themeColor="text1"/>
          <w:szCs w:val="26"/>
          <w:rtl/>
        </w:rPr>
        <w:t>ناشی</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فعالیت</w:t>
      </w:r>
      <w:r w:rsidRPr="002F751A">
        <w:rPr>
          <w:b w:val="0"/>
          <w:color w:val="000000" w:themeColor="text1"/>
          <w:szCs w:val="26"/>
        </w:rPr>
        <w:t xml:space="preserve"> </w:t>
      </w:r>
      <w:r w:rsidRPr="002F751A">
        <w:rPr>
          <w:b w:val="0"/>
          <w:color w:val="000000" w:themeColor="text1"/>
          <w:szCs w:val="26"/>
          <w:rtl/>
        </w:rPr>
        <w:t>شغلی،</w:t>
      </w:r>
      <w:r w:rsidRPr="002F751A">
        <w:rPr>
          <w:b w:val="0"/>
          <w:color w:val="000000" w:themeColor="text1"/>
          <w:szCs w:val="26"/>
        </w:rPr>
        <w:t xml:space="preserve"> </w:t>
      </w:r>
      <w:r w:rsidRPr="002F751A">
        <w:rPr>
          <w:b w:val="0"/>
          <w:color w:val="000000" w:themeColor="text1"/>
          <w:szCs w:val="26"/>
          <w:rtl/>
        </w:rPr>
        <w:lastRenderedPageBreak/>
        <w:t>وضعیت</w:t>
      </w:r>
      <w:r w:rsidRPr="002F751A">
        <w:rPr>
          <w:b w:val="0"/>
          <w:color w:val="000000" w:themeColor="text1"/>
          <w:szCs w:val="26"/>
        </w:rPr>
        <w:t xml:space="preserve"> </w:t>
      </w:r>
      <w:r w:rsidRPr="002F751A">
        <w:rPr>
          <w:b w:val="0"/>
          <w:color w:val="000000" w:themeColor="text1"/>
          <w:szCs w:val="26"/>
          <w:rtl/>
        </w:rPr>
        <w:t>خانوادگی</w:t>
      </w:r>
      <w:r w:rsidRPr="002F751A">
        <w:rPr>
          <w:b w:val="0"/>
          <w:color w:val="000000" w:themeColor="text1"/>
          <w:szCs w:val="26"/>
        </w:rPr>
        <w:t xml:space="preserve"> </w:t>
      </w:r>
      <w:r w:rsidRPr="002F751A">
        <w:rPr>
          <w:b w:val="0"/>
          <w:color w:val="000000" w:themeColor="text1"/>
          <w:szCs w:val="26"/>
          <w:rtl/>
        </w:rPr>
        <w:t>پرتنش،</w:t>
      </w:r>
      <w:r w:rsidRPr="002F751A">
        <w:rPr>
          <w:b w:val="0"/>
          <w:color w:val="000000" w:themeColor="text1"/>
          <w:szCs w:val="26"/>
        </w:rPr>
        <w:t xml:space="preserve"> </w:t>
      </w:r>
      <w:r w:rsidRPr="002F751A">
        <w:rPr>
          <w:b w:val="0"/>
          <w:color w:val="000000" w:themeColor="text1"/>
          <w:szCs w:val="26"/>
          <w:rtl/>
        </w:rPr>
        <w:t>بزه</w:t>
      </w:r>
      <w:r w:rsidRPr="002F751A">
        <w:rPr>
          <w:b w:val="0"/>
          <w:color w:val="000000" w:themeColor="text1"/>
          <w:szCs w:val="26"/>
        </w:rPr>
        <w:t>‌</w:t>
      </w:r>
      <w:r w:rsidRPr="002F751A">
        <w:rPr>
          <w:b w:val="0"/>
          <w:color w:val="000000" w:themeColor="text1"/>
          <w:szCs w:val="26"/>
          <w:rtl/>
        </w:rPr>
        <w:t>دیدگی</w:t>
      </w:r>
      <w:r w:rsidRPr="002F751A">
        <w:rPr>
          <w:b w:val="0"/>
          <w:color w:val="000000" w:themeColor="text1"/>
          <w:szCs w:val="26"/>
        </w:rPr>
        <w:t>‌</w:t>
      </w:r>
      <w:r w:rsidRPr="002F751A">
        <w:rPr>
          <w:b w:val="0"/>
          <w:color w:val="000000" w:themeColor="text1"/>
          <w:szCs w:val="26"/>
          <w:rtl/>
        </w:rPr>
        <w:t>های</w:t>
      </w:r>
      <w:r w:rsidRPr="002F751A">
        <w:rPr>
          <w:b w:val="0"/>
          <w:color w:val="000000" w:themeColor="text1"/>
          <w:szCs w:val="26"/>
        </w:rPr>
        <w:t xml:space="preserve"> </w:t>
      </w:r>
      <w:r w:rsidRPr="002F751A">
        <w:rPr>
          <w:b w:val="0"/>
          <w:color w:val="000000" w:themeColor="text1"/>
          <w:szCs w:val="26"/>
          <w:rtl/>
        </w:rPr>
        <w:t>متعدد</w:t>
      </w:r>
      <w:r w:rsidRPr="002F751A">
        <w:rPr>
          <w:b w:val="0"/>
          <w:color w:val="000000" w:themeColor="text1"/>
          <w:szCs w:val="26"/>
        </w:rPr>
        <w:t xml:space="preserve"> </w:t>
      </w:r>
      <w:r w:rsidRPr="002F751A">
        <w:rPr>
          <w:b w:val="0"/>
          <w:color w:val="000000" w:themeColor="text1"/>
          <w:szCs w:val="26"/>
          <w:rtl/>
        </w:rPr>
        <w:t>یا</w:t>
      </w:r>
      <w:r w:rsidRPr="002F751A">
        <w:rPr>
          <w:b w:val="0"/>
          <w:color w:val="000000" w:themeColor="text1"/>
          <w:szCs w:val="26"/>
        </w:rPr>
        <w:t xml:space="preserve"> </w:t>
      </w:r>
      <w:r w:rsidRPr="002F751A">
        <w:rPr>
          <w:b w:val="0"/>
          <w:color w:val="000000" w:themeColor="text1"/>
          <w:szCs w:val="26"/>
          <w:rtl/>
        </w:rPr>
        <w:t>حتی</w:t>
      </w:r>
      <w:r w:rsidRPr="002F751A">
        <w:rPr>
          <w:b w:val="0"/>
          <w:color w:val="000000" w:themeColor="text1"/>
          <w:szCs w:val="26"/>
        </w:rPr>
        <w:t xml:space="preserve"> </w:t>
      </w:r>
      <w:r w:rsidRPr="002F751A">
        <w:rPr>
          <w:b w:val="0"/>
          <w:color w:val="000000" w:themeColor="text1"/>
          <w:szCs w:val="26"/>
          <w:rtl/>
        </w:rPr>
        <w:t>اشتباهات</w:t>
      </w:r>
      <w:r w:rsidRPr="002F751A">
        <w:rPr>
          <w:b w:val="0"/>
          <w:color w:val="000000" w:themeColor="text1"/>
          <w:szCs w:val="26"/>
        </w:rPr>
        <w:t xml:space="preserve"> </w:t>
      </w:r>
      <w:r w:rsidRPr="002F751A">
        <w:rPr>
          <w:b w:val="0"/>
          <w:color w:val="000000" w:themeColor="text1"/>
          <w:szCs w:val="26"/>
          <w:rtl/>
        </w:rPr>
        <w:t>واقعی</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تشخیص</w:t>
      </w:r>
      <w:r w:rsidRPr="002F751A">
        <w:rPr>
          <w:b w:val="0"/>
          <w:color w:val="000000" w:themeColor="text1"/>
          <w:szCs w:val="26"/>
        </w:rPr>
        <w:t xml:space="preserve"> </w:t>
      </w:r>
      <w:r w:rsidRPr="002F751A">
        <w:rPr>
          <w:b w:val="0"/>
          <w:color w:val="000000" w:themeColor="text1"/>
          <w:szCs w:val="26"/>
          <w:rtl/>
        </w:rPr>
        <w:t>عنوان</w:t>
      </w:r>
      <w:r w:rsidRPr="002F751A">
        <w:rPr>
          <w:b w:val="0"/>
          <w:color w:val="000000" w:themeColor="text1"/>
          <w:szCs w:val="26"/>
        </w:rPr>
        <w:t xml:space="preserve"> </w:t>
      </w:r>
      <w:r w:rsidRPr="002F751A">
        <w:rPr>
          <w:b w:val="0"/>
          <w:color w:val="000000" w:themeColor="text1"/>
          <w:szCs w:val="26"/>
          <w:rtl/>
        </w:rPr>
        <w:t>مجرمانه</w:t>
      </w:r>
      <w:r w:rsidRPr="002F751A">
        <w:rPr>
          <w:b w:val="0"/>
          <w:color w:val="000000" w:themeColor="text1"/>
          <w:szCs w:val="26"/>
        </w:rPr>
        <w:t xml:space="preserve"> </w:t>
      </w:r>
      <w:r w:rsidRPr="002F751A">
        <w:rPr>
          <w:b w:val="0"/>
          <w:color w:val="000000" w:themeColor="text1"/>
          <w:szCs w:val="26"/>
          <w:rtl/>
        </w:rPr>
        <w:t>باشد</w:t>
      </w:r>
      <w:r w:rsidRPr="002F751A">
        <w:rPr>
          <w:b w:val="0"/>
          <w:color w:val="000000" w:themeColor="text1"/>
          <w:szCs w:val="26"/>
        </w:rPr>
        <w:t xml:space="preserve">. </w:t>
      </w:r>
      <w:r w:rsidRPr="002F751A">
        <w:rPr>
          <w:b w:val="0"/>
          <w:color w:val="000000" w:themeColor="text1"/>
          <w:szCs w:val="26"/>
          <w:rtl/>
        </w:rPr>
        <w:t>برچسب</w:t>
      </w:r>
      <w:r w:rsidRPr="002F751A">
        <w:rPr>
          <w:b w:val="0"/>
          <w:color w:val="000000" w:themeColor="text1"/>
          <w:szCs w:val="26"/>
        </w:rPr>
        <w:t>‌</w:t>
      </w:r>
      <w:r w:rsidRPr="002F751A">
        <w:rPr>
          <w:b w:val="0"/>
          <w:color w:val="000000" w:themeColor="text1"/>
          <w:szCs w:val="26"/>
          <w:rtl/>
        </w:rPr>
        <w:t>زنی</w:t>
      </w:r>
      <w:r w:rsidRPr="002F751A">
        <w:rPr>
          <w:b w:val="0"/>
          <w:color w:val="000000" w:themeColor="text1"/>
          <w:szCs w:val="26"/>
        </w:rPr>
        <w:t xml:space="preserve"> </w:t>
      </w:r>
      <w:r w:rsidRPr="002F751A">
        <w:rPr>
          <w:b w:val="0"/>
          <w:color w:val="000000" w:themeColor="text1"/>
          <w:szCs w:val="26"/>
          <w:rtl/>
        </w:rPr>
        <w:t>زودهنگام،</w:t>
      </w:r>
      <w:r w:rsidRPr="002F751A">
        <w:rPr>
          <w:b w:val="0"/>
          <w:color w:val="000000" w:themeColor="text1"/>
          <w:szCs w:val="26"/>
        </w:rPr>
        <w:t xml:space="preserve"> </w:t>
      </w:r>
      <w:r w:rsidRPr="002F751A">
        <w:rPr>
          <w:b w:val="0"/>
          <w:color w:val="000000" w:themeColor="text1"/>
          <w:szCs w:val="26"/>
          <w:rtl/>
        </w:rPr>
        <w:t>خطر</w:t>
      </w:r>
      <w:r w:rsidRPr="002F751A">
        <w:rPr>
          <w:b w:val="0"/>
          <w:color w:val="000000" w:themeColor="text1"/>
          <w:szCs w:val="26"/>
        </w:rPr>
        <w:t xml:space="preserve"> </w:t>
      </w:r>
      <w:r w:rsidRPr="002F751A">
        <w:rPr>
          <w:b w:val="0"/>
          <w:color w:val="000000" w:themeColor="text1"/>
          <w:szCs w:val="26"/>
          <w:rtl/>
        </w:rPr>
        <w:t>وارونه</w:t>
      </w:r>
      <w:r w:rsidRPr="002F751A">
        <w:rPr>
          <w:b w:val="0"/>
          <w:color w:val="000000" w:themeColor="text1"/>
          <w:szCs w:val="26"/>
        </w:rPr>
        <w:t xml:space="preserve"> </w:t>
      </w:r>
      <w:r w:rsidRPr="002F751A">
        <w:rPr>
          <w:b w:val="0"/>
          <w:color w:val="000000" w:themeColor="text1"/>
          <w:szCs w:val="26"/>
          <w:rtl/>
        </w:rPr>
        <w:t>کردن</w:t>
      </w:r>
      <w:r w:rsidRPr="002F751A">
        <w:rPr>
          <w:b w:val="0"/>
          <w:color w:val="000000" w:themeColor="text1"/>
          <w:szCs w:val="26"/>
        </w:rPr>
        <w:t xml:space="preserve"> </w:t>
      </w:r>
      <w:r w:rsidRPr="002F751A">
        <w:rPr>
          <w:b w:val="0"/>
          <w:color w:val="000000" w:themeColor="text1"/>
          <w:szCs w:val="26"/>
          <w:rtl/>
        </w:rPr>
        <w:t>اصل</w:t>
      </w:r>
      <w:r w:rsidRPr="002F751A">
        <w:rPr>
          <w:b w:val="0"/>
          <w:color w:val="000000" w:themeColor="text1"/>
          <w:szCs w:val="26"/>
        </w:rPr>
        <w:t xml:space="preserve"> </w:t>
      </w:r>
      <w:r w:rsidRPr="002F751A">
        <w:rPr>
          <w:b w:val="0"/>
          <w:color w:val="000000" w:themeColor="text1"/>
          <w:szCs w:val="26"/>
          <w:rtl/>
        </w:rPr>
        <w:t>برائت</w:t>
      </w:r>
      <w:r w:rsidRPr="002F751A">
        <w:rPr>
          <w:b w:val="0"/>
          <w:color w:val="000000" w:themeColor="text1"/>
          <w:szCs w:val="26"/>
        </w:rPr>
        <w:t xml:space="preserve"> </w:t>
      </w:r>
      <w:r w:rsidRPr="002F751A">
        <w:rPr>
          <w:b w:val="0"/>
          <w:color w:val="000000" w:themeColor="text1"/>
          <w:szCs w:val="26"/>
          <w:rtl/>
        </w:rPr>
        <w:t>و</w:t>
      </w:r>
      <w:r w:rsidRPr="002F751A">
        <w:rPr>
          <w:b w:val="0"/>
          <w:color w:val="000000" w:themeColor="text1"/>
          <w:szCs w:val="26"/>
        </w:rPr>
        <w:t xml:space="preserve"> </w:t>
      </w:r>
      <w:r w:rsidRPr="002F751A">
        <w:rPr>
          <w:b w:val="0"/>
          <w:color w:val="000000" w:themeColor="text1"/>
          <w:szCs w:val="26"/>
          <w:rtl/>
        </w:rPr>
        <w:t>ایجاد</w:t>
      </w:r>
      <w:r w:rsidRPr="002F751A">
        <w:rPr>
          <w:b w:val="0"/>
          <w:color w:val="000000" w:themeColor="text1"/>
          <w:szCs w:val="26"/>
        </w:rPr>
        <w:t xml:space="preserve"> </w:t>
      </w:r>
      <w:r w:rsidRPr="002F751A">
        <w:rPr>
          <w:b w:val="0"/>
          <w:color w:val="000000" w:themeColor="text1"/>
          <w:szCs w:val="26"/>
          <w:rtl/>
        </w:rPr>
        <w:t>بدبینی</w:t>
      </w:r>
      <w:r w:rsidRPr="002F751A">
        <w:rPr>
          <w:b w:val="0"/>
          <w:color w:val="000000" w:themeColor="text1"/>
          <w:szCs w:val="26"/>
        </w:rPr>
        <w:t xml:space="preserve"> </w:t>
      </w:r>
      <w:r w:rsidRPr="002F751A">
        <w:rPr>
          <w:b w:val="0"/>
          <w:color w:val="000000" w:themeColor="text1"/>
          <w:szCs w:val="26"/>
          <w:rtl/>
        </w:rPr>
        <w:t>سازمانی</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شخص</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همراه</w:t>
      </w:r>
      <w:r w:rsidRPr="002F751A">
        <w:rPr>
          <w:b w:val="0"/>
          <w:color w:val="000000" w:themeColor="text1"/>
          <w:szCs w:val="26"/>
        </w:rPr>
        <w:t xml:space="preserve"> </w:t>
      </w:r>
      <w:r w:rsidRPr="002F751A">
        <w:rPr>
          <w:b w:val="0"/>
          <w:color w:val="000000" w:themeColor="text1"/>
          <w:szCs w:val="26"/>
          <w:rtl/>
        </w:rPr>
        <w:t>دارد</w:t>
      </w:r>
      <w:r w:rsidRPr="002F751A">
        <w:rPr>
          <w:b w:val="0"/>
          <w:color w:val="000000" w:themeColor="text1"/>
          <w:szCs w:val="26"/>
        </w:rPr>
        <w:t>.</w:t>
      </w:r>
    </w:p>
    <w:p w14:paraId="082A3C1B" w14:textId="77777777" w:rsidR="009F417E" w:rsidRPr="002F751A" w:rsidRDefault="00FE2DB4" w:rsidP="002F751A">
      <w:pPr>
        <w:pStyle w:val="SubFA"/>
        <w:keepNext/>
        <w:bidi/>
        <w:rPr>
          <w:b w:val="0"/>
          <w:color w:val="000000" w:themeColor="text1"/>
          <w:szCs w:val="26"/>
        </w:rPr>
      </w:pPr>
      <w:r w:rsidRPr="002F751A">
        <w:rPr>
          <w:b w:val="0"/>
          <w:color w:val="000000" w:themeColor="text1"/>
          <w:szCs w:val="26"/>
          <w:rtl/>
        </w:rPr>
        <w:t>مطالعات</w:t>
      </w:r>
      <w:r w:rsidRPr="002F751A">
        <w:rPr>
          <w:b w:val="0"/>
          <w:color w:val="000000" w:themeColor="text1"/>
          <w:szCs w:val="26"/>
        </w:rPr>
        <w:t xml:space="preserve"> </w:t>
      </w:r>
      <w:r w:rsidRPr="002F751A">
        <w:rPr>
          <w:b w:val="0"/>
          <w:color w:val="000000" w:themeColor="text1"/>
          <w:szCs w:val="26"/>
          <w:rtl/>
        </w:rPr>
        <w:t>رفتاری</w:t>
      </w:r>
      <w:r w:rsidRPr="002F751A">
        <w:rPr>
          <w:b w:val="0"/>
          <w:color w:val="000000" w:themeColor="text1"/>
          <w:szCs w:val="26"/>
        </w:rPr>
        <w:t xml:space="preserve"> </w:t>
      </w:r>
      <w:r w:rsidRPr="002F751A">
        <w:rPr>
          <w:b w:val="0"/>
          <w:color w:val="000000" w:themeColor="text1"/>
          <w:szCs w:val="26"/>
          <w:rtl/>
        </w:rPr>
        <w:t>درباره</w:t>
      </w:r>
      <w:r w:rsidRPr="002F751A">
        <w:rPr>
          <w:b w:val="0"/>
          <w:color w:val="000000" w:themeColor="text1"/>
          <w:szCs w:val="26"/>
        </w:rPr>
        <w:t xml:space="preserve"> «</w:t>
      </w:r>
      <w:r w:rsidRPr="002F751A">
        <w:rPr>
          <w:b w:val="0"/>
          <w:color w:val="000000" w:themeColor="text1"/>
          <w:szCs w:val="26"/>
          <w:rtl/>
        </w:rPr>
        <w:t>شاکیان</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w:t>
      </w:r>
      <w:r w:rsidRPr="002F751A">
        <w:rPr>
          <w:b w:val="0"/>
          <w:color w:val="000000" w:themeColor="text1"/>
          <w:szCs w:val="26"/>
          <w:rtl/>
        </w:rPr>
        <w:t>طور</w:t>
      </w:r>
      <w:r w:rsidRPr="002F751A">
        <w:rPr>
          <w:b w:val="0"/>
          <w:color w:val="000000" w:themeColor="text1"/>
          <w:szCs w:val="26"/>
        </w:rPr>
        <w:t xml:space="preserve"> </w:t>
      </w:r>
      <w:r w:rsidRPr="002F751A">
        <w:rPr>
          <w:b w:val="0"/>
          <w:color w:val="000000" w:themeColor="text1"/>
          <w:szCs w:val="26"/>
          <w:rtl/>
        </w:rPr>
        <w:t>غیرعادی</w:t>
      </w:r>
      <w:r w:rsidRPr="002F751A">
        <w:rPr>
          <w:b w:val="0"/>
          <w:color w:val="000000" w:themeColor="text1"/>
          <w:szCs w:val="26"/>
        </w:rPr>
        <w:t xml:space="preserve"> </w:t>
      </w:r>
      <w:r w:rsidRPr="002F751A">
        <w:rPr>
          <w:b w:val="0"/>
          <w:color w:val="000000" w:themeColor="text1"/>
          <w:szCs w:val="26"/>
          <w:rtl/>
        </w:rPr>
        <w:t>پیگیر</w:t>
      </w:r>
      <w:r w:rsidRPr="002F751A">
        <w:rPr>
          <w:b w:val="0"/>
          <w:color w:val="000000" w:themeColor="text1"/>
          <w:szCs w:val="26"/>
        </w:rPr>
        <w:t xml:space="preserve">» </w:t>
      </w:r>
      <w:r w:rsidRPr="002F751A">
        <w:rPr>
          <w:b w:val="0"/>
          <w:color w:val="000000" w:themeColor="text1"/>
          <w:szCs w:val="26"/>
          <w:rtl/>
        </w:rPr>
        <w:t>نیز</w:t>
      </w:r>
      <w:r w:rsidRPr="002F751A">
        <w:rPr>
          <w:b w:val="0"/>
          <w:color w:val="000000" w:themeColor="text1"/>
          <w:szCs w:val="26"/>
        </w:rPr>
        <w:t xml:space="preserve"> </w:t>
      </w:r>
      <w:r w:rsidRPr="002F751A">
        <w:rPr>
          <w:b w:val="0"/>
          <w:color w:val="000000" w:themeColor="text1"/>
          <w:szCs w:val="26"/>
          <w:rtl/>
        </w:rPr>
        <w:t>نشان</w:t>
      </w:r>
      <w:r w:rsidRPr="002F751A">
        <w:rPr>
          <w:b w:val="0"/>
          <w:color w:val="000000" w:themeColor="text1"/>
          <w:szCs w:val="26"/>
        </w:rPr>
        <w:t xml:space="preserve"> </w:t>
      </w:r>
      <w:r w:rsidRPr="002F751A">
        <w:rPr>
          <w:b w:val="0"/>
          <w:color w:val="000000" w:themeColor="text1"/>
          <w:szCs w:val="26"/>
          <w:rtl/>
        </w:rPr>
        <w:t>می</w:t>
      </w:r>
      <w:r w:rsidRPr="002F751A">
        <w:rPr>
          <w:b w:val="0"/>
          <w:color w:val="000000" w:themeColor="text1"/>
          <w:szCs w:val="26"/>
        </w:rPr>
        <w:t>‌</w:t>
      </w:r>
      <w:r w:rsidRPr="002F751A">
        <w:rPr>
          <w:b w:val="0"/>
          <w:color w:val="000000" w:themeColor="text1"/>
          <w:szCs w:val="26"/>
          <w:rtl/>
        </w:rPr>
        <w:t>دهد</w:t>
      </w:r>
      <w:r w:rsidRPr="002F751A">
        <w:rPr>
          <w:b w:val="0"/>
          <w:color w:val="000000" w:themeColor="text1"/>
          <w:szCs w:val="26"/>
        </w:rPr>
        <w:t xml:space="preserve"> </w:t>
      </w:r>
      <w:r w:rsidRPr="002F751A">
        <w:rPr>
          <w:b w:val="0"/>
          <w:color w:val="000000" w:themeColor="text1"/>
          <w:szCs w:val="26"/>
          <w:rtl/>
        </w:rPr>
        <w:t>که</w:t>
      </w:r>
      <w:r w:rsidRPr="002F751A">
        <w:rPr>
          <w:b w:val="0"/>
          <w:color w:val="000000" w:themeColor="text1"/>
          <w:szCs w:val="26"/>
        </w:rPr>
        <w:t xml:space="preserve"> </w:t>
      </w:r>
      <w:r w:rsidRPr="002F751A">
        <w:rPr>
          <w:b w:val="0"/>
          <w:color w:val="000000" w:themeColor="text1"/>
          <w:szCs w:val="26"/>
          <w:rtl/>
        </w:rPr>
        <w:t>پدیده</w:t>
      </w:r>
      <w:r w:rsidRPr="002F751A">
        <w:rPr>
          <w:b w:val="0"/>
          <w:color w:val="000000" w:themeColor="text1"/>
          <w:szCs w:val="26"/>
        </w:rPr>
        <w:t xml:space="preserve"> </w:t>
      </w:r>
      <w:r w:rsidRPr="002F751A">
        <w:rPr>
          <w:b w:val="0"/>
          <w:color w:val="000000" w:themeColor="text1"/>
          <w:szCs w:val="26"/>
          <w:rtl/>
        </w:rPr>
        <w:t>واحد</w:t>
      </w:r>
      <w:r w:rsidRPr="002F751A">
        <w:rPr>
          <w:b w:val="0"/>
          <w:color w:val="000000" w:themeColor="text1"/>
          <w:szCs w:val="26"/>
        </w:rPr>
        <w:t xml:space="preserve"> </w:t>
      </w:r>
      <w:r w:rsidRPr="002F751A">
        <w:rPr>
          <w:b w:val="0"/>
          <w:color w:val="000000" w:themeColor="text1"/>
          <w:szCs w:val="26"/>
          <w:rtl/>
        </w:rPr>
        <w:t>و</w:t>
      </w:r>
      <w:r w:rsidRPr="002F751A">
        <w:rPr>
          <w:b w:val="0"/>
          <w:color w:val="000000" w:themeColor="text1"/>
          <w:szCs w:val="26"/>
        </w:rPr>
        <w:t xml:space="preserve"> </w:t>
      </w:r>
      <w:r w:rsidRPr="002F751A">
        <w:rPr>
          <w:b w:val="0"/>
          <w:color w:val="000000" w:themeColor="text1"/>
          <w:szCs w:val="26"/>
          <w:rtl/>
        </w:rPr>
        <w:t>ساده</w:t>
      </w:r>
      <w:r w:rsidRPr="002F751A">
        <w:rPr>
          <w:b w:val="0"/>
          <w:color w:val="000000" w:themeColor="text1"/>
          <w:szCs w:val="26"/>
        </w:rPr>
        <w:t>‌</w:t>
      </w:r>
      <w:r w:rsidRPr="002F751A">
        <w:rPr>
          <w:b w:val="0"/>
          <w:color w:val="000000" w:themeColor="text1"/>
          <w:szCs w:val="26"/>
          <w:rtl/>
        </w:rPr>
        <w:t>ای</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کار</w:t>
      </w:r>
      <w:r w:rsidRPr="002F751A">
        <w:rPr>
          <w:b w:val="0"/>
          <w:color w:val="000000" w:themeColor="text1"/>
          <w:szCs w:val="26"/>
        </w:rPr>
        <w:t xml:space="preserve"> </w:t>
      </w:r>
      <w:r w:rsidRPr="002F751A">
        <w:rPr>
          <w:b w:val="0"/>
          <w:color w:val="000000" w:themeColor="text1"/>
          <w:szCs w:val="26"/>
          <w:rtl/>
        </w:rPr>
        <w:t>نیست</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Mullen</w:t>
      </w:r>
      <w:r w:rsidRPr="002F751A">
        <w:rPr>
          <w:b w:val="0"/>
          <w:color w:val="000000" w:themeColor="text1"/>
          <w:szCs w:val="26"/>
        </w:rPr>
        <w:t xml:space="preserve"> </w:t>
      </w:r>
      <w:r w:rsidRPr="002F751A">
        <w:rPr>
          <w:b w:val="0"/>
          <w:color w:val="000000" w:themeColor="text1"/>
          <w:szCs w:val="26"/>
          <w:rtl/>
        </w:rPr>
        <w:t>و</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Lester</w:t>
      </w:r>
      <w:r w:rsidRPr="002F751A">
        <w:rPr>
          <w:b w:val="0"/>
          <w:color w:val="000000" w:themeColor="text1"/>
          <w:szCs w:val="26"/>
        </w:rPr>
        <w:t xml:space="preserve"> </w:t>
      </w:r>
      <w:r w:rsidRPr="002F751A">
        <w:rPr>
          <w:b w:val="0"/>
          <w:color w:val="000000" w:themeColor="text1"/>
          <w:szCs w:val="26"/>
          <w:rtl/>
        </w:rPr>
        <w:t>گزارش</w:t>
      </w:r>
      <w:r w:rsidRPr="002F751A">
        <w:rPr>
          <w:b w:val="0"/>
          <w:color w:val="000000" w:themeColor="text1"/>
          <w:szCs w:val="26"/>
        </w:rPr>
        <w:t xml:space="preserve"> </w:t>
      </w:r>
      <w:r w:rsidRPr="002F751A">
        <w:rPr>
          <w:b w:val="0"/>
          <w:color w:val="000000" w:themeColor="text1"/>
          <w:szCs w:val="26"/>
          <w:rtl/>
        </w:rPr>
        <w:t>کرده</w:t>
      </w:r>
      <w:r w:rsidRPr="002F751A">
        <w:rPr>
          <w:b w:val="0"/>
          <w:color w:val="000000" w:themeColor="text1"/>
          <w:szCs w:val="26"/>
        </w:rPr>
        <w:t>‌</w:t>
      </w:r>
      <w:r w:rsidRPr="002F751A">
        <w:rPr>
          <w:b w:val="0"/>
          <w:color w:val="000000" w:themeColor="text1"/>
          <w:szCs w:val="26"/>
          <w:rtl/>
        </w:rPr>
        <w:t>اند</w:t>
      </w:r>
      <w:r w:rsidRPr="002F751A">
        <w:rPr>
          <w:b w:val="0"/>
          <w:color w:val="000000" w:themeColor="text1"/>
          <w:szCs w:val="26"/>
        </w:rPr>
        <w:t xml:space="preserve"> </w:t>
      </w:r>
      <w:r w:rsidRPr="002F751A">
        <w:rPr>
          <w:b w:val="0"/>
          <w:color w:val="000000" w:themeColor="text1"/>
          <w:szCs w:val="26"/>
          <w:rtl/>
        </w:rPr>
        <w:t>گروه</w:t>
      </w:r>
      <w:r w:rsidRPr="002F751A">
        <w:rPr>
          <w:b w:val="0"/>
          <w:color w:val="000000" w:themeColor="text1"/>
          <w:szCs w:val="26"/>
        </w:rPr>
        <w:t xml:space="preserve"> </w:t>
      </w:r>
      <w:r w:rsidRPr="002F751A">
        <w:rPr>
          <w:b w:val="0"/>
          <w:color w:val="000000" w:themeColor="text1"/>
          <w:szCs w:val="26"/>
          <w:rtl/>
        </w:rPr>
        <w:t>بسیار</w:t>
      </w:r>
      <w:r w:rsidRPr="002F751A">
        <w:rPr>
          <w:b w:val="0"/>
          <w:color w:val="000000" w:themeColor="text1"/>
          <w:szCs w:val="26"/>
        </w:rPr>
        <w:t xml:space="preserve"> </w:t>
      </w:r>
      <w:r w:rsidRPr="002F751A">
        <w:rPr>
          <w:b w:val="0"/>
          <w:color w:val="000000" w:themeColor="text1"/>
          <w:szCs w:val="26"/>
          <w:rtl/>
        </w:rPr>
        <w:t>کوچکی</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شاکیان</w:t>
      </w:r>
      <w:r w:rsidRPr="002F751A">
        <w:rPr>
          <w:b w:val="0"/>
          <w:color w:val="000000" w:themeColor="text1"/>
          <w:szCs w:val="26"/>
        </w:rPr>
        <w:t xml:space="preserve"> </w:t>
      </w:r>
      <w:r w:rsidRPr="002F751A">
        <w:rPr>
          <w:b w:val="0"/>
          <w:color w:val="000000" w:themeColor="text1"/>
          <w:szCs w:val="26"/>
          <w:rtl/>
        </w:rPr>
        <w:t>می</w:t>
      </w:r>
      <w:r w:rsidRPr="002F751A">
        <w:rPr>
          <w:b w:val="0"/>
          <w:color w:val="000000" w:themeColor="text1"/>
          <w:szCs w:val="26"/>
        </w:rPr>
        <w:t>‌</w:t>
      </w:r>
      <w:r w:rsidRPr="002F751A">
        <w:rPr>
          <w:b w:val="0"/>
          <w:color w:val="000000" w:themeColor="text1"/>
          <w:szCs w:val="26"/>
          <w:rtl/>
        </w:rPr>
        <w:t>تواند</w:t>
      </w:r>
      <w:r w:rsidRPr="002F751A">
        <w:rPr>
          <w:b w:val="0"/>
          <w:color w:val="000000" w:themeColor="text1"/>
          <w:szCs w:val="26"/>
        </w:rPr>
        <w:t xml:space="preserve"> </w:t>
      </w:r>
      <w:r w:rsidRPr="002F751A">
        <w:rPr>
          <w:b w:val="0"/>
          <w:color w:val="000000" w:themeColor="text1"/>
          <w:szCs w:val="26"/>
          <w:rtl/>
        </w:rPr>
        <w:t>سهم</w:t>
      </w:r>
      <w:r w:rsidRPr="002F751A">
        <w:rPr>
          <w:b w:val="0"/>
          <w:color w:val="000000" w:themeColor="text1"/>
          <w:szCs w:val="26"/>
        </w:rPr>
        <w:t xml:space="preserve"> </w:t>
      </w:r>
      <w:r w:rsidRPr="002F751A">
        <w:rPr>
          <w:b w:val="0"/>
          <w:color w:val="000000" w:themeColor="text1"/>
          <w:szCs w:val="26"/>
          <w:rtl/>
        </w:rPr>
        <w:t>نامتناسبی</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منابع</w:t>
      </w:r>
      <w:r w:rsidRPr="002F751A">
        <w:rPr>
          <w:b w:val="0"/>
          <w:color w:val="000000" w:themeColor="text1"/>
          <w:szCs w:val="26"/>
        </w:rPr>
        <w:t xml:space="preserve"> </w:t>
      </w:r>
      <w:r w:rsidRPr="002F751A">
        <w:rPr>
          <w:b w:val="0"/>
          <w:color w:val="000000" w:themeColor="text1"/>
          <w:szCs w:val="26"/>
          <w:rtl/>
        </w:rPr>
        <w:t>سازمانی</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مصرف</w:t>
      </w:r>
      <w:r w:rsidRPr="002F751A">
        <w:rPr>
          <w:b w:val="0"/>
          <w:color w:val="000000" w:themeColor="text1"/>
          <w:szCs w:val="26"/>
        </w:rPr>
        <w:t xml:space="preserve"> </w:t>
      </w:r>
      <w:r w:rsidRPr="002F751A">
        <w:rPr>
          <w:b w:val="0"/>
          <w:color w:val="000000" w:themeColor="text1"/>
          <w:szCs w:val="26"/>
          <w:rtl/>
        </w:rPr>
        <w:t>کند</w:t>
      </w:r>
      <w:r w:rsidRPr="002F751A">
        <w:rPr>
          <w:b w:val="0"/>
          <w:color w:val="000000" w:themeColor="text1"/>
          <w:szCs w:val="26"/>
        </w:rPr>
        <w:t xml:space="preserve"> </w:t>
      </w:r>
      <w:r w:rsidRPr="002F751A">
        <w:rPr>
          <w:b w:val="0"/>
          <w:color w:val="000000" w:themeColor="text1"/>
          <w:szCs w:val="26"/>
          <w:rtl/>
        </w:rPr>
        <w:t>و</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مطالعه</w:t>
      </w:r>
      <w:r w:rsidRPr="002F751A">
        <w:rPr>
          <w:b w:val="0"/>
          <w:color w:val="000000" w:themeColor="text1"/>
          <w:szCs w:val="26"/>
        </w:rPr>
        <w:t xml:space="preserve"> </w:t>
      </w:r>
      <w:r w:rsidRPr="002F751A">
        <w:rPr>
          <w:b w:val="0"/>
          <w:color w:val="000000" w:themeColor="text1"/>
          <w:szCs w:val="26"/>
          <w:rtl/>
        </w:rPr>
        <w:t>مورد</w:t>
      </w:r>
      <w:r w:rsidRPr="002F751A">
        <w:rPr>
          <w:b w:val="0"/>
          <w:color w:val="000000" w:themeColor="text1"/>
          <w:szCs w:val="26"/>
        </w:rPr>
        <w:t xml:space="preserve"> </w:t>
      </w:r>
      <w:r w:rsidRPr="002F751A">
        <w:rPr>
          <w:b w:val="0"/>
          <w:color w:val="000000" w:themeColor="text1"/>
          <w:szCs w:val="26"/>
          <w:rtl/>
        </w:rPr>
        <w:t>اشاره</w:t>
      </w:r>
      <w:r w:rsidRPr="002F751A">
        <w:rPr>
          <w:b w:val="0"/>
          <w:color w:val="000000" w:themeColor="text1"/>
          <w:szCs w:val="26"/>
        </w:rPr>
        <w:t xml:space="preserve"> </w:t>
      </w:r>
      <w:r w:rsidRPr="002F751A">
        <w:rPr>
          <w:b w:val="0"/>
          <w:color w:val="000000" w:themeColor="text1"/>
          <w:szCs w:val="26"/>
          <w:rtl/>
        </w:rPr>
        <w:t>آنان،</w:t>
      </w:r>
      <w:r w:rsidRPr="002F751A">
        <w:rPr>
          <w:b w:val="0"/>
          <w:color w:val="000000" w:themeColor="text1"/>
          <w:szCs w:val="26"/>
        </w:rPr>
        <w:t xml:space="preserve"> </w:t>
      </w:r>
      <w:r w:rsidRPr="002F751A">
        <w:rPr>
          <w:b w:val="0"/>
          <w:color w:val="000000" w:themeColor="text1"/>
          <w:szCs w:val="26"/>
          <w:rtl/>
        </w:rPr>
        <w:t>نهادهای</w:t>
      </w:r>
      <w:r w:rsidRPr="002F751A">
        <w:rPr>
          <w:b w:val="0"/>
          <w:color w:val="000000" w:themeColor="text1"/>
          <w:szCs w:val="26"/>
        </w:rPr>
        <w:t xml:space="preserve"> </w:t>
      </w:r>
      <w:r w:rsidRPr="002F751A">
        <w:rPr>
          <w:b w:val="0"/>
          <w:color w:val="000000" w:themeColor="text1"/>
          <w:szCs w:val="26"/>
          <w:rtl/>
        </w:rPr>
        <w:t>استرالیایی</w:t>
      </w:r>
      <w:r w:rsidRPr="002F751A">
        <w:rPr>
          <w:b w:val="0"/>
          <w:color w:val="000000" w:themeColor="text1"/>
          <w:szCs w:val="26"/>
        </w:rPr>
        <w:t xml:space="preserve"> </w:t>
      </w:r>
      <w:r w:rsidRPr="002F751A">
        <w:rPr>
          <w:b w:val="0"/>
          <w:color w:val="000000" w:themeColor="text1"/>
          <w:szCs w:val="26"/>
          <w:rtl/>
        </w:rPr>
        <w:t>برآورد</w:t>
      </w:r>
      <w:r w:rsidRPr="002F751A">
        <w:rPr>
          <w:b w:val="0"/>
          <w:color w:val="000000" w:themeColor="text1"/>
          <w:szCs w:val="26"/>
        </w:rPr>
        <w:t xml:space="preserve"> </w:t>
      </w:r>
      <w:r w:rsidRPr="002F751A">
        <w:rPr>
          <w:b w:val="0"/>
          <w:color w:val="000000" w:themeColor="text1"/>
          <w:szCs w:val="26"/>
          <w:rtl/>
        </w:rPr>
        <w:t>کرده</w:t>
      </w:r>
      <w:r w:rsidRPr="002F751A">
        <w:rPr>
          <w:b w:val="0"/>
          <w:color w:val="000000" w:themeColor="text1"/>
          <w:szCs w:val="26"/>
        </w:rPr>
        <w:t>‌</w:t>
      </w:r>
      <w:r w:rsidRPr="002F751A">
        <w:rPr>
          <w:b w:val="0"/>
          <w:color w:val="000000" w:themeColor="text1"/>
          <w:szCs w:val="26"/>
          <w:rtl/>
        </w:rPr>
        <w:t>اند</w:t>
      </w:r>
      <w:r w:rsidRPr="002F751A">
        <w:rPr>
          <w:b w:val="0"/>
          <w:color w:val="000000" w:themeColor="text1"/>
          <w:szCs w:val="26"/>
        </w:rPr>
        <w:t xml:space="preserve"> </w:t>
      </w:r>
      <w:r w:rsidRPr="002F751A">
        <w:rPr>
          <w:b w:val="0"/>
          <w:color w:val="000000" w:themeColor="text1"/>
          <w:szCs w:val="26"/>
          <w:rtl/>
        </w:rPr>
        <w:t>این</w:t>
      </w:r>
      <w:r w:rsidRPr="002F751A">
        <w:rPr>
          <w:b w:val="0"/>
          <w:color w:val="000000" w:themeColor="text1"/>
          <w:szCs w:val="26"/>
        </w:rPr>
        <w:t xml:space="preserve"> </w:t>
      </w:r>
      <w:r w:rsidRPr="002F751A">
        <w:rPr>
          <w:b w:val="0"/>
          <w:color w:val="000000" w:themeColor="text1"/>
          <w:szCs w:val="26"/>
          <w:rtl/>
        </w:rPr>
        <w:t>گروه</w:t>
      </w:r>
      <w:r w:rsidRPr="002F751A">
        <w:rPr>
          <w:b w:val="0"/>
          <w:color w:val="000000" w:themeColor="text1"/>
          <w:szCs w:val="26"/>
        </w:rPr>
        <w:t xml:space="preserve"> </w:t>
      </w:r>
      <w:r w:rsidRPr="002F751A">
        <w:rPr>
          <w:b w:val="0"/>
          <w:color w:val="000000" w:themeColor="text1"/>
          <w:szCs w:val="26"/>
          <w:rtl/>
        </w:rPr>
        <w:t>با</w:t>
      </w:r>
      <w:r w:rsidRPr="002F751A">
        <w:rPr>
          <w:b w:val="0"/>
          <w:color w:val="000000" w:themeColor="text1"/>
          <w:szCs w:val="26"/>
        </w:rPr>
        <w:t xml:space="preserve"> </w:t>
      </w:r>
      <w:r w:rsidRPr="002F751A">
        <w:rPr>
          <w:b w:val="0"/>
          <w:color w:val="000000" w:themeColor="text1"/>
          <w:szCs w:val="26"/>
          <w:rtl/>
        </w:rPr>
        <w:t>وجود</w:t>
      </w:r>
      <w:r w:rsidRPr="002F751A">
        <w:rPr>
          <w:b w:val="0"/>
          <w:color w:val="000000" w:themeColor="text1"/>
          <w:szCs w:val="26"/>
        </w:rPr>
        <w:t xml:space="preserve"> </w:t>
      </w:r>
      <w:r w:rsidRPr="002F751A">
        <w:rPr>
          <w:b w:val="0"/>
          <w:color w:val="000000" w:themeColor="text1"/>
          <w:szCs w:val="26"/>
          <w:rtl/>
        </w:rPr>
        <w:t>سهم</w:t>
      </w:r>
      <w:r w:rsidRPr="002F751A">
        <w:rPr>
          <w:b w:val="0"/>
          <w:color w:val="000000" w:themeColor="text1"/>
          <w:szCs w:val="26"/>
        </w:rPr>
        <w:t xml:space="preserve"> </w:t>
      </w:r>
      <w:r w:rsidRPr="002F751A">
        <w:rPr>
          <w:b w:val="0"/>
          <w:color w:val="000000" w:themeColor="text1"/>
          <w:szCs w:val="26"/>
          <w:rtl/>
        </w:rPr>
        <w:t>کمتر</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یک</w:t>
      </w:r>
      <w:r w:rsidRPr="002F751A">
        <w:rPr>
          <w:b w:val="0"/>
          <w:color w:val="000000" w:themeColor="text1"/>
          <w:szCs w:val="26"/>
        </w:rPr>
        <w:t xml:space="preserve"> </w:t>
      </w:r>
      <w:r w:rsidRPr="002F751A">
        <w:rPr>
          <w:b w:val="0"/>
          <w:color w:val="000000" w:themeColor="text1"/>
          <w:szCs w:val="26"/>
          <w:rtl/>
        </w:rPr>
        <w:t>درصد</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مراجعه</w:t>
      </w:r>
      <w:r w:rsidRPr="002F751A">
        <w:rPr>
          <w:b w:val="0"/>
          <w:color w:val="000000" w:themeColor="text1"/>
          <w:szCs w:val="26"/>
        </w:rPr>
        <w:t>‌</w:t>
      </w:r>
      <w:r w:rsidRPr="002F751A">
        <w:rPr>
          <w:b w:val="0"/>
          <w:color w:val="000000" w:themeColor="text1"/>
          <w:szCs w:val="26"/>
          <w:rtl/>
        </w:rPr>
        <w:t>کنندگان،</w:t>
      </w:r>
      <w:r w:rsidRPr="002F751A">
        <w:rPr>
          <w:b w:val="0"/>
          <w:color w:val="000000" w:themeColor="text1"/>
          <w:szCs w:val="26"/>
        </w:rPr>
        <w:t xml:space="preserve"> </w:t>
      </w:r>
      <w:r w:rsidRPr="002F751A">
        <w:rPr>
          <w:b w:val="0"/>
          <w:color w:val="000000" w:themeColor="text1"/>
          <w:szCs w:val="26"/>
          <w:rtl/>
        </w:rPr>
        <w:t>۱۵</w:t>
      </w:r>
      <w:r w:rsidRPr="002F751A">
        <w:rPr>
          <w:b w:val="0"/>
          <w:color w:val="000000" w:themeColor="text1"/>
          <w:szCs w:val="26"/>
        </w:rPr>
        <w:t xml:space="preserve"> </w:t>
      </w:r>
      <w:r w:rsidRPr="002F751A">
        <w:rPr>
          <w:b w:val="0"/>
          <w:color w:val="000000" w:themeColor="text1"/>
          <w:szCs w:val="26"/>
          <w:rtl/>
        </w:rPr>
        <w:t>تا</w:t>
      </w:r>
      <w:r w:rsidRPr="002F751A">
        <w:rPr>
          <w:b w:val="0"/>
          <w:color w:val="000000" w:themeColor="text1"/>
          <w:szCs w:val="26"/>
        </w:rPr>
        <w:t xml:space="preserve"> </w:t>
      </w:r>
      <w:r w:rsidRPr="002F751A">
        <w:rPr>
          <w:b w:val="0"/>
          <w:color w:val="000000" w:themeColor="text1"/>
          <w:szCs w:val="26"/>
          <w:rtl/>
        </w:rPr>
        <w:t>۳۰</w:t>
      </w:r>
      <w:r w:rsidRPr="002F751A">
        <w:rPr>
          <w:b w:val="0"/>
          <w:color w:val="000000" w:themeColor="text1"/>
          <w:szCs w:val="26"/>
        </w:rPr>
        <w:t xml:space="preserve"> </w:t>
      </w:r>
      <w:r w:rsidRPr="002F751A">
        <w:rPr>
          <w:b w:val="0"/>
          <w:color w:val="000000" w:themeColor="text1"/>
          <w:szCs w:val="26"/>
          <w:rtl/>
        </w:rPr>
        <w:t>درصد</w:t>
      </w:r>
      <w:r w:rsidRPr="002F751A">
        <w:rPr>
          <w:b w:val="0"/>
          <w:color w:val="000000" w:themeColor="text1"/>
          <w:szCs w:val="26"/>
        </w:rPr>
        <w:t xml:space="preserve"> </w:t>
      </w:r>
      <w:r w:rsidRPr="002F751A">
        <w:rPr>
          <w:b w:val="0"/>
          <w:color w:val="000000" w:themeColor="text1"/>
          <w:szCs w:val="26"/>
          <w:rtl/>
        </w:rPr>
        <w:t>منابع</w:t>
      </w:r>
      <w:r w:rsidRPr="002F751A">
        <w:rPr>
          <w:b w:val="0"/>
          <w:color w:val="000000" w:themeColor="text1"/>
          <w:szCs w:val="26"/>
        </w:rPr>
        <w:t xml:space="preserve"> </w:t>
      </w:r>
      <w:r w:rsidRPr="002F751A">
        <w:rPr>
          <w:b w:val="0"/>
          <w:color w:val="000000" w:themeColor="text1"/>
          <w:szCs w:val="26"/>
          <w:rtl/>
        </w:rPr>
        <w:t>رسیدگی</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شکایات</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درگیر</w:t>
      </w:r>
      <w:r w:rsidRPr="002F751A">
        <w:rPr>
          <w:b w:val="0"/>
          <w:color w:val="000000" w:themeColor="text1"/>
          <w:szCs w:val="26"/>
        </w:rPr>
        <w:t xml:space="preserve"> </w:t>
      </w:r>
      <w:r w:rsidRPr="002F751A">
        <w:rPr>
          <w:b w:val="0"/>
          <w:color w:val="000000" w:themeColor="text1"/>
          <w:szCs w:val="26"/>
          <w:rtl/>
        </w:rPr>
        <w:t>کرده</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(Mullen &amp; Lester, 2006: 335).</w:t>
      </w:r>
      <w:r w:rsidRPr="002F751A">
        <w:rPr>
          <w:b w:val="0"/>
          <w:color w:val="000000" w:themeColor="text1"/>
          <w:szCs w:val="26"/>
        </w:rPr>
        <w:t xml:space="preserve"> </w:t>
      </w:r>
      <w:r w:rsidRPr="002F751A">
        <w:rPr>
          <w:b w:val="0"/>
          <w:color w:val="000000" w:themeColor="text1"/>
          <w:szCs w:val="26"/>
          <w:rtl/>
        </w:rPr>
        <w:t>با</w:t>
      </w:r>
      <w:r w:rsidRPr="002F751A">
        <w:rPr>
          <w:b w:val="0"/>
          <w:color w:val="000000" w:themeColor="text1"/>
          <w:szCs w:val="26"/>
        </w:rPr>
        <w:t xml:space="preserve"> </w:t>
      </w:r>
      <w:r w:rsidRPr="002F751A">
        <w:rPr>
          <w:b w:val="0"/>
          <w:color w:val="000000" w:themeColor="text1"/>
          <w:szCs w:val="26"/>
          <w:rtl/>
        </w:rPr>
        <w:t>این</w:t>
      </w:r>
      <w:r w:rsidRPr="002F751A">
        <w:rPr>
          <w:b w:val="0"/>
          <w:color w:val="000000" w:themeColor="text1"/>
          <w:szCs w:val="26"/>
        </w:rPr>
        <w:t xml:space="preserve"> </w:t>
      </w:r>
      <w:r w:rsidRPr="002F751A">
        <w:rPr>
          <w:b w:val="0"/>
          <w:color w:val="000000" w:themeColor="text1"/>
          <w:szCs w:val="26"/>
          <w:rtl/>
        </w:rPr>
        <w:t>حال،</w:t>
      </w:r>
      <w:r w:rsidRPr="002F751A">
        <w:rPr>
          <w:b w:val="0"/>
          <w:color w:val="000000" w:themeColor="text1"/>
          <w:szCs w:val="26"/>
        </w:rPr>
        <w:t xml:space="preserve"> </w:t>
      </w:r>
      <w:r w:rsidRPr="002F751A">
        <w:rPr>
          <w:b w:val="0"/>
          <w:color w:val="000000" w:themeColor="text1"/>
          <w:szCs w:val="26"/>
          <w:rtl/>
        </w:rPr>
        <w:t>خود</w:t>
      </w:r>
      <w:r w:rsidRPr="002F751A">
        <w:rPr>
          <w:b w:val="0"/>
          <w:color w:val="000000" w:themeColor="text1"/>
          <w:szCs w:val="26"/>
        </w:rPr>
        <w:t xml:space="preserve"> </w:t>
      </w:r>
      <w:r w:rsidRPr="002F751A">
        <w:rPr>
          <w:b w:val="0"/>
          <w:color w:val="000000" w:themeColor="text1"/>
          <w:szCs w:val="26"/>
          <w:rtl/>
        </w:rPr>
        <w:t>این</w:t>
      </w:r>
      <w:r w:rsidRPr="002F751A">
        <w:rPr>
          <w:b w:val="0"/>
          <w:color w:val="000000" w:themeColor="text1"/>
          <w:szCs w:val="26"/>
        </w:rPr>
        <w:t xml:space="preserve"> </w:t>
      </w:r>
      <w:r w:rsidRPr="002F751A">
        <w:rPr>
          <w:b w:val="0"/>
          <w:color w:val="000000" w:themeColor="text1"/>
          <w:szCs w:val="26"/>
          <w:rtl/>
        </w:rPr>
        <w:t>نویسندگان</w:t>
      </w:r>
      <w:r w:rsidRPr="002F751A">
        <w:rPr>
          <w:b w:val="0"/>
          <w:color w:val="000000" w:themeColor="text1"/>
          <w:szCs w:val="26"/>
        </w:rPr>
        <w:t xml:space="preserve"> </w:t>
      </w:r>
      <w:r w:rsidRPr="002F751A">
        <w:rPr>
          <w:b w:val="0"/>
          <w:color w:val="000000" w:themeColor="text1"/>
          <w:szCs w:val="26"/>
          <w:rtl/>
        </w:rPr>
        <w:t>هشدار</w:t>
      </w:r>
      <w:r w:rsidRPr="002F751A">
        <w:rPr>
          <w:b w:val="0"/>
          <w:color w:val="000000" w:themeColor="text1"/>
          <w:szCs w:val="26"/>
        </w:rPr>
        <w:t xml:space="preserve"> </w:t>
      </w:r>
      <w:r w:rsidRPr="002F751A">
        <w:rPr>
          <w:b w:val="0"/>
          <w:color w:val="000000" w:themeColor="text1"/>
          <w:szCs w:val="26"/>
          <w:rtl/>
        </w:rPr>
        <w:t>می</w:t>
      </w:r>
      <w:r w:rsidRPr="002F751A">
        <w:rPr>
          <w:b w:val="0"/>
          <w:color w:val="000000" w:themeColor="text1"/>
          <w:szCs w:val="26"/>
        </w:rPr>
        <w:t>‌</w:t>
      </w:r>
      <w:r w:rsidRPr="002F751A">
        <w:rPr>
          <w:b w:val="0"/>
          <w:color w:val="000000" w:themeColor="text1"/>
          <w:szCs w:val="26"/>
          <w:rtl/>
        </w:rPr>
        <w:t>دهند</w:t>
      </w:r>
      <w:r w:rsidRPr="002F751A">
        <w:rPr>
          <w:b w:val="0"/>
          <w:color w:val="000000" w:themeColor="text1"/>
          <w:szCs w:val="26"/>
        </w:rPr>
        <w:t xml:space="preserve"> </w:t>
      </w:r>
      <w:r w:rsidRPr="002F751A">
        <w:rPr>
          <w:b w:val="0"/>
          <w:color w:val="000000" w:themeColor="text1"/>
          <w:szCs w:val="26"/>
          <w:rtl/>
        </w:rPr>
        <w:t>که</w:t>
      </w:r>
      <w:r w:rsidRPr="002F751A">
        <w:rPr>
          <w:b w:val="0"/>
          <w:color w:val="000000" w:themeColor="text1"/>
          <w:szCs w:val="26"/>
        </w:rPr>
        <w:t xml:space="preserve"> </w:t>
      </w:r>
      <w:r w:rsidRPr="002F751A">
        <w:rPr>
          <w:b w:val="0"/>
          <w:color w:val="000000" w:themeColor="text1"/>
          <w:szCs w:val="26"/>
          <w:rtl/>
        </w:rPr>
        <w:t>برچسب</w:t>
      </w:r>
      <w:r w:rsidRPr="002F751A">
        <w:rPr>
          <w:b w:val="0"/>
          <w:color w:val="000000" w:themeColor="text1"/>
          <w:szCs w:val="26"/>
        </w:rPr>
        <w:t>‌</w:t>
      </w:r>
      <w:r w:rsidRPr="002F751A">
        <w:rPr>
          <w:b w:val="0"/>
          <w:color w:val="000000" w:themeColor="text1"/>
          <w:szCs w:val="26"/>
          <w:rtl/>
        </w:rPr>
        <w:t>های</w:t>
      </w:r>
      <w:r w:rsidRPr="002F751A">
        <w:rPr>
          <w:b w:val="0"/>
          <w:color w:val="000000" w:themeColor="text1"/>
          <w:szCs w:val="26"/>
        </w:rPr>
        <w:t xml:space="preserve"> </w:t>
      </w:r>
      <w:r w:rsidRPr="002F751A">
        <w:rPr>
          <w:b w:val="0"/>
          <w:color w:val="000000" w:themeColor="text1"/>
          <w:szCs w:val="26"/>
          <w:rtl/>
        </w:rPr>
        <w:t>روان</w:t>
      </w:r>
      <w:r w:rsidRPr="002F751A">
        <w:rPr>
          <w:b w:val="0"/>
          <w:color w:val="000000" w:themeColor="text1"/>
          <w:szCs w:val="26"/>
        </w:rPr>
        <w:t>‌</w:t>
      </w:r>
      <w:r w:rsidRPr="002F751A">
        <w:rPr>
          <w:b w:val="0"/>
          <w:color w:val="000000" w:themeColor="text1"/>
          <w:szCs w:val="26"/>
          <w:rtl/>
        </w:rPr>
        <w:t>پزشکانه</w:t>
      </w:r>
      <w:r w:rsidRPr="002F751A">
        <w:rPr>
          <w:b w:val="0"/>
          <w:color w:val="000000" w:themeColor="text1"/>
          <w:szCs w:val="26"/>
        </w:rPr>
        <w:t xml:space="preserve"> </w:t>
      </w:r>
      <w:r w:rsidRPr="002F751A">
        <w:rPr>
          <w:b w:val="0"/>
          <w:color w:val="000000" w:themeColor="text1"/>
          <w:szCs w:val="26"/>
          <w:rtl/>
        </w:rPr>
        <w:t>و</w:t>
      </w:r>
      <w:r w:rsidRPr="002F751A">
        <w:rPr>
          <w:b w:val="0"/>
          <w:color w:val="000000" w:themeColor="text1"/>
          <w:szCs w:val="26"/>
        </w:rPr>
        <w:t xml:space="preserve"> </w:t>
      </w:r>
      <w:r w:rsidRPr="002F751A">
        <w:rPr>
          <w:b w:val="0"/>
          <w:color w:val="000000" w:themeColor="text1"/>
          <w:szCs w:val="26"/>
          <w:rtl/>
        </w:rPr>
        <w:t>ارزشی</w:t>
      </w:r>
      <w:r w:rsidRPr="002F751A">
        <w:rPr>
          <w:b w:val="0"/>
          <w:color w:val="000000" w:themeColor="text1"/>
          <w:szCs w:val="26"/>
        </w:rPr>
        <w:t xml:space="preserve"> </w:t>
      </w:r>
      <w:r w:rsidRPr="002F751A">
        <w:rPr>
          <w:b w:val="0"/>
          <w:color w:val="000000" w:themeColor="text1"/>
          <w:szCs w:val="26"/>
          <w:rtl/>
        </w:rPr>
        <w:t>می</w:t>
      </w:r>
      <w:r w:rsidRPr="002F751A">
        <w:rPr>
          <w:b w:val="0"/>
          <w:color w:val="000000" w:themeColor="text1"/>
          <w:szCs w:val="26"/>
        </w:rPr>
        <w:t>‌</w:t>
      </w:r>
      <w:r w:rsidRPr="002F751A">
        <w:rPr>
          <w:b w:val="0"/>
          <w:color w:val="000000" w:themeColor="text1"/>
          <w:szCs w:val="26"/>
          <w:rtl/>
        </w:rPr>
        <w:t>تواند</w:t>
      </w:r>
      <w:r w:rsidRPr="002F751A">
        <w:rPr>
          <w:b w:val="0"/>
          <w:color w:val="000000" w:themeColor="text1"/>
          <w:szCs w:val="26"/>
        </w:rPr>
        <w:t xml:space="preserve"> </w:t>
      </w:r>
      <w:r w:rsidRPr="002F751A">
        <w:rPr>
          <w:b w:val="0"/>
          <w:color w:val="000000" w:themeColor="text1"/>
          <w:szCs w:val="26"/>
          <w:rtl/>
        </w:rPr>
        <w:t>پیچیدگی</w:t>
      </w:r>
      <w:r w:rsidRPr="002F751A">
        <w:rPr>
          <w:b w:val="0"/>
          <w:color w:val="000000" w:themeColor="text1"/>
          <w:szCs w:val="26"/>
        </w:rPr>
        <w:t xml:space="preserve"> </w:t>
      </w:r>
      <w:r w:rsidRPr="002F751A">
        <w:rPr>
          <w:b w:val="0"/>
          <w:color w:val="000000" w:themeColor="text1"/>
          <w:szCs w:val="26"/>
          <w:rtl/>
        </w:rPr>
        <w:t>رفتار</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پنهان</w:t>
      </w:r>
      <w:r w:rsidRPr="002F751A">
        <w:rPr>
          <w:b w:val="0"/>
          <w:color w:val="000000" w:themeColor="text1"/>
          <w:szCs w:val="26"/>
        </w:rPr>
        <w:t xml:space="preserve"> </w:t>
      </w:r>
      <w:r w:rsidRPr="002F751A">
        <w:rPr>
          <w:b w:val="0"/>
          <w:color w:val="000000" w:themeColor="text1"/>
          <w:szCs w:val="26"/>
          <w:rtl/>
        </w:rPr>
        <w:t>و</w:t>
      </w:r>
      <w:r w:rsidRPr="002F751A">
        <w:rPr>
          <w:b w:val="0"/>
          <w:color w:val="000000" w:themeColor="text1"/>
          <w:szCs w:val="26"/>
        </w:rPr>
        <w:t xml:space="preserve"> </w:t>
      </w:r>
      <w:r w:rsidRPr="002F751A">
        <w:rPr>
          <w:b w:val="0"/>
          <w:color w:val="000000" w:themeColor="text1"/>
          <w:szCs w:val="26"/>
          <w:rtl/>
        </w:rPr>
        <w:t>مشروعیت</w:t>
      </w:r>
      <w:r w:rsidRPr="002F751A">
        <w:rPr>
          <w:b w:val="0"/>
          <w:color w:val="000000" w:themeColor="text1"/>
          <w:szCs w:val="26"/>
        </w:rPr>
        <w:t xml:space="preserve"> </w:t>
      </w:r>
      <w:r w:rsidRPr="002F751A">
        <w:rPr>
          <w:b w:val="0"/>
          <w:color w:val="000000" w:themeColor="text1"/>
          <w:szCs w:val="26"/>
          <w:rtl/>
        </w:rPr>
        <w:t>شکایت</w:t>
      </w:r>
      <w:r w:rsidRPr="002F751A">
        <w:rPr>
          <w:b w:val="0"/>
          <w:color w:val="000000" w:themeColor="text1"/>
          <w:szCs w:val="26"/>
        </w:rPr>
        <w:t xml:space="preserve"> </w:t>
      </w:r>
      <w:r w:rsidRPr="002F751A">
        <w:rPr>
          <w:b w:val="0"/>
          <w:color w:val="000000" w:themeColor="text1"/>
          <w:szCs w:val="26"/>
          <w:rtl/>
        </w:rPr>
        <w:t>واقعی</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تضعیف</w:t>
      </w:r>
      <w:r w:rsidRPr="002F751A">
        <w:rPr>
          <w:b w:val="0"/>
          <w:color w:val="000000" w:themeColor="text1"/>
          <w:szCs w:val="26"/>
        </w:rPr>
        <w:t xml:space="preserve"> </w:t>
      </w:r>
      <w:r w:rsidRPr="002F751A">
        <w:rPr>
          <w:b w:val="0"/>
          <w:color w:val="000000" w:themeColor="text1"/>
          <w:szCs w:val="26"/>
          <w:rtl/>
        </w:rPr>
        <w:t>کند</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(Mullen &amp; Lester, 2006: 335).</w:t>
      </w:r>
    </w:p>
    <w:p w14:paraId="575096F9" w14:textId="7880F8F6" w:rsidR="009F417E" w:rsidRPr="002F751A" w:rsidRDefault="00FE2DB4" w:rsidP="002F751A">
      <w:pPr>
        <w:pStyle w:val="SubFA"/>
        <w:keepNext/>
        <w:bidi/>
        <w:rPr>
          <w:b w:val="0"/>
          <w:color w:val="000000" w:themeColor="text1"/>
          <w:szCs w:val="26"/>
          <w:rtl/>
        </w:rPr>
      </w:pP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این</w:t>
      </w:r>
      <w:r w:rsidRPr="002F751A">
        <w:rPr>
          <w:b w:val="0"/>
          <w:color w:val="000000" w:themeColor="text1"/>
          <w:szCs w:val="26"/>
        </w:rPr>
        <w:t xml:space="preserve"> </w:t>
      </w:r>
      <w:r w:rsidRPr="002F751A">
        <w:rPr>
          <w:b w:val="0"/>
          <w:color w:val="000000" w:themeColor="text1"/>
          <w:szCs w:val="26"/>
          <w:rtl/>
        </w:rPr>
        <w:t>رو،</w:t>
      </w:r>
      <w:r w:rsidRPr="002F751A">
        <w:rPr>
          <w:b w:val="0"/>
          <w:color w:val="000000" w:themeColor="text1"/>
          <w:szCs w:val="26"/>
        </w:rPr>
        <w:t xml:space="preserve"> </w:t>
      </w:r>
      <w:r w:rsidRPr="002F751A">
        <w:rPr>
          <w:b w:val="0"/>
          <w:color w:val="000000" w:themeColor="text1"/>
          <w:szCs w:val="26"/>
          <w:rtl/>
        </w:rPr>
        <w:t>تعریف</w:t>
      </w:r>
      <w:r w:rsidRPr="002F751A">
        <w:rPr>
          <w:b w:val="0"/>
          <w:color w:val="000000" w:themeColor="text1"/>
          <w:szCs w:val="26"/>
        </w:rPr>
        <w:t xml:space="preserve"> </w:t>
      </w:r>
      <w:r w:rsidRPr="002F751A">
        <w:rPr>
          <w:b w:val="0"/>
          <w:color w:val="000000" w:themeColor="text1"/>
          <w:szCs w:val="26"/>
          <w:rtl/>
        </w:rPr>
        <w:t>پیشنهادی</w:t>
      </w:r>
      <w:r w:rsidRPr="002F751A">
        <w:rPr>
          <w:b w:val="0"/>
          <w:color w:val="000000" w:themeColor="text1"/>
          <w:szCs w:val="26"/>
        </w:rPr>
        <w:t xml:space="preserve"> </w:t>
      </w:r>
      <w:r w:rsidRPr="002F751A">
        <w:rPr>
          <w:b w:val="0"/>
          <w:color w:val="000000" w:themeColor="text1"/>
          <w:szCs w:val="26"/>
          <w:rtl/>
        </w:rPr>
        <w:t>مقاله</w:t>
      </w:r>
      <w:r w:rsidRPr="002F751A">
        <w:rPr>
          <w:b w:val="0"/>
          <w:color w:val="000000" w:themeColor="text1"/>
          <w:szCs w:val="26"/>
        </w:rPr>
        <w:t xml:space="preserve"> </w:t>
      </w:r>
      <w:r w:rsidRPr="002F751A">
        <w:rPr>
          <w:b w:val="0"/>
          <w:color w:val="000000" w:themeColor="text1"/>
          <w:szCs w:val="26"/>
          <w:rtl/>
        </w:rPr>
        <w:t>رفتارمحور</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w:t>
      </w:r>
      <w:r w:rsidRPr="002F751A">
        <w:rPr>
          <w:b w:val="0"/>
          <w:color w:val="000000" w:themeColor="text1"/>
          <w:szCs w:val="26"/>
          <w:rtl/>
        </w:rPr>
        <w:t>سوءاستفاده</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حق</w:t>
      </w:r>
      <w:r w:rsidRPr="002F751A">
        <w:rPr>
          <w:b w:val="0"/>
          <w:color w:val="000000" w:themeColor="text1"/>
          <w:szCs w:val="26"/>
        </w:rPr>
        <w:t xml:space="preserve"> </w:t>
      </w:r>
      <w:r w:rsidRPr="002F751A">
        <w:rPr>
          <w:b w:val="0"/>
          <w:color w:val="000000" w:themeColor="text1"/>
          <w:szCs w:val="26"/>
          <w:rtl/>
        </w:rPr>
        <w:t>شکایت</w:t>
      </w:r>
      <w:r w:rsidRPr="002F751A">
        <w:rPr>
          <w:b w:val="0"/>
          <w:color w:val="000000" w:themeColor="text1"/>
          <w:szCs w:val="26"/>
        </w:rPr>
        <w:t xml:space="preserve">» </w:t>
      </w:r>
      <w:r w:rsidRPr="002F751A">
        <w:rPr>
          <w:b w:val="0"/>
          <w:color w:val="000000" w:themeColor="text1"/>
          <w:szCs w:val="26"/>
          <w:rtl/>
        </w:rPr>
        <w:t>عبارت</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w:t>
      </w:r>
      <w:r w:rsidRPr="002F751A">
        <w:rPr>
          <w:b w:val="0"/>
          <w:color w:val="000000" w:themeColor="text1"/>
          <w:szCs w:val="26"/>
          <w:rtl/>
        </w:rPr>
        <w:t>کارگیری</w:t>
      </w:r>
      <w:r w:rsidRPr="002F751A">
        <w:rPr>
          <w:b w:val="0"/>
          <w:color w:val="000000" w:themeColor="text1"/>
          <w:szCs w:val="26"/>
        </w:rPr>
        <w:t xml:space="preserve"> </w:t>
      </w:r>
      <w:r w:rsidRPr="002F751A">
        <w:rPr>
          <w:b w:val="0"/>
          <w:color w:val="000000" w:themeColor="text1"/>
          <w:szCs w:val="26"/>
          <w:rtl/>
        </w:rPr>
        <w:t>آگاهانه</w:t>
      </w:r>
      <w:r w:rsidRPr="002F751A">
        <w:rPr>
          <w:b w:val="0"/>
          <w:color w:val="000000" w:themeColor="text1"/>
          <w:szCs w:val="26"/>
        </w:rPr>
        <w:t xml:space="preserve"> </w:t>
      </w:r>
      <w:r w:rsidRPr="002F751A">
        <w:rPr>
          <w:b w:val="0"/>
          <w:color w:val="000000" w:themeColor="text1"/>
          <w:szCs w:val="26"/>
          <w:rtl/>
        </w:rPr>
        <w:t>فرایند</w:t>
      </w:r>
      <w:r w:rsidRPr="002F751A">
        <w:rPr>
          <w:b w:val="0"/>
          <w:color w:val="000000" w:themeColor="text1"/>
          <w:szCs w:val="26"/>
        </w:rPr>
        <w:t xml:space="preserve"> </w:t>
      </w:r>
      <w:r w:rsidRPr="002F751A">
        <w:rPr>
          <w:b w:val="0"/>
          <w:color w:val="000000" w:themeColor="text1"/>
          <w:szCs w:val="26"/>
          <w:rtl/>
        </w:rPr>
        <w:t>کیفری</w:t>
      </w:r>
      <w:r w:rsidRPr="002F751A">
        <w:rPr>
          <w:b w:val="0"/>
          <w:color w:val="000000" w:themeColor="text1"/>
          <w:szCs w:val="26"/>
        </w:rPr>
        <w:t xml:space="preserve"> </w:t>
      </w:r>
      <w:r w:rsidRPr="002F751A">
        <w:rPr>
          <w:b w:val="0"/>
          <w:color w:val="000000" w:themeColor="text1"/>
          <w:szCs w:val="26"/>
          <w:rtl/>
        </w:rPr>
        <w:t>با</w:t>
      </w:r>
      <w:r w:rsidRPr="002F751A">
        <w:rPr>
          <w:b w:val="0"/>
          <w:color w:val="000000" w:themeColor="text1"/>
          <w:szCs w:val="26"/>
        </w:rPr>
        <w:t xml:space="preserve"> </w:t>
      </w:r>
      <w:r w:rsidRPr="002F751A">
        <w:rPr>
          <w:b w:val="0"/>
          <w:color w:val="000000" w:themeColor="text1"/>
          <w:szCs w:val="26"/>
          <w:rtl/>
        </w:rPr>
        <w:t>هدفی</w:t>
      </w:r>
      <w:r w:rsidRPr="002F751A">
        <w:rPr>
          <w:b w:val="0"/>
          <w:color w:val="000000" w:themeColor="text1"/>
          <w:szCs w:val="26"/>
        </w:rPr>
        <w:t xml:space="preserve"> </w:t>
      </w:r>
      <w:r w:rsidRPr="002F751A">
        <w:rPr>
          <w:b w:val="0"/>
          <w:color w:val="000000" w:themeColor="text1"/>
          <w:szCs w:val="26"/>
          <w:rtl/>
        </w:rPr>
        <w:t>نامشروع</w:t>
      </w:r>
      <w:r w:rsidRPr="002F751A">
        <w:rPr>
          <w:b w:val="0"/>
          <w:color w:val="000000" w:themeColor="text1"/>
          <w:szCs w:val="26"/>
        </w:rPr>
        <w:t xml:space="preserve"> </w:t>
      </w:r>
      <w:r w:rsidRPr="002F751A">
        <w:rPr>
          <w:b w:val="0"/>
          <w:color w:val="000000" w:themeColor="text1"/>
          <w:szCs w:val="26"/>
          <w:rtl/>
        </w:rPr>
        <w:t>و</w:t>
      </w:r>
      <w:r w:rsidRPr="002F751A">
        <w:rPr>
          <w:b w:val="0"/>
          <w:color w:val="000000" w:themeColor="text1"/>
          <w:szCs w:val="26"/>
        </w:rPr>
        <w:t xml:space="preserve"> </w:t>
      </w:r>
      <w:r w:rsidRPr="002F751A">
        <w:rPr>
          <w:b w:val="0"/>
          <w:color w:val="000000" w:themeColor="text1"/>
          <w:szCs w:val="26"/>
          <w:rtl/>
        </w:rPr>
        <w:t>مغایر</w:t>
      </w:r>
      <w:r w:rsidRPr="002F751A">
        <w:rPr>
          <w:b w:val="0"/>
          <w:color w:val="000000" w:themeColor="text1"/>
          <w:szCs w:val="26"/>
        </w:rPr>
        <w:t xml:space="preserve"> </w:t>
      </w:r>
      <w:r w:rsidRPr="002F751A">
        <w:rPr>
          <w:b w:val="0"/>
          <w:color w:val="000000" w:themeColor="text1"/>
          <w:szCs w:val="26"/>
          <w:rtl/>
        </w:rPr>
        <w:t>با</w:t>
      </w:r>
      <w:r w:rsidRPr="002F751A">
        <w:rPr>
          <w:b w:val="0"/>
          <w:color w:val="000000" w:themeColor="text1"/>
          <w:szCs w:val="26"/>
        </w:rPr>
        <w:t xml:space="preserve"> </w:t>
      </w:r>
      <w:r w:rsidRPr="002F751A">
        <w:rPr>
          <w:b w:val="0"/>
          <w:color w:val="000000" w:themeColor="text1"/>
          <w:szCs w:val="26"/>
          <w:rtl/>
        </w:rPr>
        <w:t>کارکرد</w:t>
      </w:r>
      <w:r w:rsidRPr="002F751A">
        <w:rPr>
          <w:b w:val="0"/>
          <w:color w:val="000000" w:themeColor="text1"/>
          <w:szCs w:val="26"/>
        </w:rPr>
        <w:t xml:space="preserve"> </w:t>
      </w:r>
      <w:r w:rsidRPr="002F751A">
        <w:rPr>
          <w:b w:val="0"/>
          <w:color w:val="000000" w:themeColor="text1"/>
          <w:szCs w:val="26"/>
          <w:rtl/>
        </w:rPr>
        <w:t>تعقیب</w:t>
      </w:r>
      <w:r w:rsidRPr="002F751A">
        <w:rPr>
          <w:b w:val="0"/>
          <w:color w:val="000000" w:themeColor="text1"/>
          <w:szCs w:val="26"/>
        </w:rPr>
        <w:t xml:space="preserve"> </w:t>
      </w:r>
      <w:r w:rsidRPr="002F751A">
        <w:rPr>
          <w:b w:val="0"/>
          <w:color w:val="000000" w:themeColor="text1"/>
          <w:szCs w:val="26"/>
          <w:rtl/>
        </w:rPr>
        <w:t>جرم،</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نحوی</w:t>
      </w:r>
      <w:r w:rsidRPr="002F751A">
        <w:rPr>
          <w:b w:val="0"/>
          <w:color w:val="000000" w:themeColor="text1"/>
          <w:szCs w:val="26"/>
        </w:rPr>
        <w:t xml:space="preserve"> </w:t>
      </w:r>
      <w:r w:rsidRPr="002F751A">
        <w:rPr>
          <w:b w:val="0"/>
          <w:color w:val="000000" w:themeColor="text1"/>
          <w:szCs w:val="26"/>
          <w:rtl/>
        </w:rPr>
        <w:t>که</w:t>
      </w:r>
      <w:r w:rsidRPr="002F751A">
        <w:rPr>
          <w:b w:val="0"/>
          <w:color w:val="000000" w:themeColor="text1"/>
          <w:szCs w:val="26"/>
        </w:rPr>
        <w:t xml:space="preserve"> </w:t>
      </w:r>
      <w:r w:rsidRPr="002F751A">
        <w:rPr>
          <w:b w:val="0"/>
          <w:color w:val="000000" w:themeColor="text1"/>
          <w:szCs w:val="26"/>
          <w:rtl/>
        </w:rPr>
        <w:t>شخص</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کذب</w:t>
      </w:r>
      <w:r w:rsidRPr="002F751A">
        <w:rPr>
          <w:b w:val="0"/>
          <w:color w:val="000000" w:themeColor="text1"/>
          <w:szCs w:val="26"/>
        </w:rPr>
        <w:t xml:space="preserve"> </w:t>
      </w:r>
      <w:r w:rsidRPr="002F751A">
        <w:rPr>
          <w:b w:val="0"/>
          <w:color w:val="000000" w:themeColor="text1"/>
          <w:szCs w:val="26"/>
          <w:rtl/>
        </w:rPr>
        <w:t>یا</w:t>
      </w:r>
      <w:r w:rsidRPr="002F751A">
        <w:rPr>
          <w:b w:val="0"/>
          <w:color w:val="000000" w:themeColor="text1"/>
          <w:szCs w:val="26"/>
        </w:rPr>
        <w:t xml:space="preserve"> </w:t>
      </w:r>
      <w:r w:rsidRPr="002F751A">
        <w:rPr>
          <w:b w:val="0"/>
          <w:color w:val="000000" w:themeColor="text1"/>
          <w:szCs w:val="26"/>
          <w:rtl/>
        </w:rPr>
        <w:t>بی</w:t>
      </w:r>
      <w:r w:rsidRPr="002F751A">
        <w:rPr>
          <w:b w:val="0"/>
          <w:color w:val="000000" w:themeColor="text1"/>
          <w:szCs w:val="26"/>
        </w:rPr>
        <w:t>‌</w:t>
      </w:r>
      <w:r w:rsidRPr="002F751A">
        <w:rPr>
          <w:b w:val="0"/>
          <w:color w:val="000000" w:themeColor="text1"/>
          <w:szCs w:val="26"/>
          <w:rtl/>
        </w:rPr>
        <w:t>مبنایی</w:t>
      </w:r>
      <w:r w:rsidRPr="002F751A">
        <w:rPr>
          <w:b w:val="0"/>
          <w:color w:val="000000" w:themeColor="text1"/>
          <w:szCs w:val="26"/>
        </w:rPr>
        <w:t xml:space="preserve"> </w:t>
      </w:r>
      <w:r w:rsidRPr="002F751A">
        <w:rPr>
          <w:b w:val="0"/>
          <w:color w:val="000000" w:themeColor="text1"/>
          <w:szCs w:val="26"/>
          <w:rtl/>
        </w:rPr>
        <w:t>اساسی</w:t>
      </w:r>
      <w:r w:rsidRPr="002F751A">
        <w:rPr>
          <w:b w:val="0"/>
          <w:color w:val="000000" w:themeColor="text1"/>
          <w:szCs w:val="26"/>
        </w:rPr>
        <w:t xml:space="preserve"> </w:t>
      </w:r>
      <w:r w:rsidRPr="002F751A">
        <w:rPr>
          <w:b w:val="0"/>
          <w:color w:val="000000" w:themeColor="text1"/>
          <w:szCs w:val="26"/>
          <w:rtl/>
        </w:rPr>
        <w:t>ادعای</w:t>
      </w:r>
      <w:r w:rsidRPr="002F751A">
        <w:rPr>
          <w:b w:val="0"/>
          <w:color w:val="000000" w:themeColor="text1"/>
          <w:szCs w:val="26"/>
        </w:rPr>
        <w:t xml:space="preserve"> </w:t>
      </w:r>
      <w:r w:rsidRPr="002F751A">
        <w:rPr>
          <w:b w:val="0"/>
          <w:color w:val="000000" w:themeColor="text1"/>
          <w:szCs w:val="26"/>
          <w:rtl/>
        </w:rPr>
        <w:t>خود</w:t>
      </w:r>
      <w:r w:rsidRPr="002F751A">
        <w:rPr>
          <w:b w:val="0"/>
          <w:color w:val="000000" w:themeColor="text1"/>
          <w:szCs w:val="26"/>
        </w:rPr>
        <w:t xml:space="preserve"> </w:t>
      </w:r>
      <w:r w:rsidRPr="002F751A">
        <w:rPr>
          <w:b w:val="0"/>
          <w:color w:val="000000" w:themeColor="text1"/>
          <w:szCs w:val="26"/>
          <w:rtl/>
        </w:rPr>
        <w:t>آگاه</w:t>
      </w:r>
      <w:r w:rsidRPr="002F751A">
        <w:rPr>
          <w:b w:val="0"/>
          <w:color w:val="000000" w:themeColor="text1"/>
          <w:szCs w:val="26"/>
        </w:rPr>
        <w:t xml:space="preserve"> </w:t>
      </w:r>
      <w:r w:rsidRPr="002F751A">
        <w:rPr>
          <w:b w:val="0"/>
          <w:color w:val="000000" w:themeColor="text1"/>
          <w:szCs w:val="26"/>
          <w:rtl/>
        </w:rPr>
        <w:t>باشد</w:t>
      </w:r>
      <w:r w:rsidRPr="002F751A">
        <w:rPr>
          <w:b w:val="0"/>
          <w:color w:val="000000" w:themeColor="text1"/>
          <w:szCs w:val="26"/>
        </w:rPr>
        <w:t xml:space="preserve"> </w:t>
      </w:r>
      <w:r w:rsidRPr="002F751A">
        <w:rPr>
          <w:b w:val="0"/>
          <w:color w:val="000000" w:themeColor="text1"/>
          <w:szCs w:val="26"/>
          <w:rtl/>
        </w:rPr>
        <w:t>یا</w:t>
      </w:r>
      <w:r w:rsidRPr="002F751A">
        <w:rPr>
          <w:b w:val="0"/>
          <w:color w:val="000000" w:themeColor="text1"/>
          <w:szCs w:val="26"/>
        </w:rPr>
        <w:t xml:space="preserve"> </w:t>
      </w:r>
      <w:r w:rsidRPr="002F751A">
        <w:rPr>
          <w:b w:val="0"/>
          <w:color w:val="000000" w:themeColor="text1"/>
          <w:szCs w:val="26"/>
          <w:rtl/>
        </w:rPr>
        <w:t>با</w:t>
      </w:r>
      <w:r w:rsidRPr="002F751A">
        <w:rPr>
          <w:b w:val="0"/>
          <w:color w:val="000000" w:themeColor="text1"/>
          <w:szCs w:val="26"/>
        </w:rPr>
        <w:t xml:space="preserve"> </w:t>
      </w:r>
      <w:r w:rsidRPr="002F751A">
        <w:rPr>
          <w:b w:val="0"/>
          <w:color w:val="000000" w:themeColor="text1"/>
          <w:szCs w:val="26"/>
          <w:rtl/>
        </w:rPr>
        <w:t>ساخت،</w:t>
      </w:r>
      <w:r w:rsidRPr="002F751A">
        <w:rPr>
          <w:b w:val="0"/>
          <w:color w:val="000000" w:themeColor="text1"/>
          <w:szCs w:val="26"/>
        </w:rPr>
        <w:t xml:space="preserve"> </w:t>
      </w:r>
      <w:r w:rsidRPr="002F751A">
        <w:rPr>
          <w:b w:val="0"/>
          <w:color w:val="000000" w:themeColor="text1"/>
          <w:szCs w:val="26"/>
          <w:rtl/>
        </w:rPr>
        <w:t>تحریف</w:t>
      </w:r>
      <w:r w:rsidRPr="002F751A">
        <w:rPr>
          <w:b w:val="0"/>
          <w:color w:val="000000" w:themeColor="text1"/>
          <w:szCs w:val="26"/>
        </w:rPr>
        <w:t xml:space="preserve"> </w:t>
      </w:r>
      <w:r w:rsidRPr="002F751A">
        <w:rPr>
          <w:b w:val="0"/>
          <w:color w:val="000000" w:themeColor="text1"/>
          <w:szCs w:val="26"/>
          <w:rtl/>
        </w:rPr>
        <w:t>یا</w:t>
      </w:r>
      <w:r w:rsidRPr="002F751A">
        <w:rPr>
          <w:b w:val="0"/>
          <w:color w:val="000000" w:themeColor="text1"/>
          <w:szCs w:val="26"/>
        </w:rPr>
        <w:t xml:space="preserve"> </w:t>
      </w:r>
      <w:r w:rsidRPr="002F751A">
        <w:rPr>
          <w:b w:val="0"/>
          <w:color w:val="000000" w:themeColor="text1"/>
          <w:szCs w:val="26"/>
          <w:rtl/>
        </w:rPr>
        <w:t>پنهان</w:t>
      </w:r>
      <w:r w:rsidRPr="002F751A">
        <w:rPr>
          <w:b w:val="0"/>
          <w:color w:val="000000" w:themeColor="text1"/>
          <w:szCs w:val="26"/>
        </w:rPr>
        <w:t>‌</w:t>
      </w:r>
      <w:r w:rsidRPr="002F751A">
        <w:rPr>
          <w:b w:val="0"/>
          <w:color w:val="000000" w:themeColor="text1"/>
          <w:szCs w:val="26"/>
          <w:rtl/>
        </w:rPr>
        <w:t>سازی</w:t>
      </w:r>
      <w:r w:rsidRPr="002F751A">
        <w:rPr>
          <w:b w:val="0"/>
          <w:color w:val="000000" w:themeColor="text1"/>
          <w:szCs w:val="26"/>
        </w:rPr>
        <w:t xml:space="preserve"> </w:t>
      </w:r>
      <w:r w:rsidRPr="002F751A">
        <w:rPr>
          <w:b w:val="0"/>
          <w:color w:val="000000" w:themeColor="text1"/>
          <w:szCs w:val="26"/>
          <w:rtl/>
        </w:rPr>
        <w:t>عامدانه</w:t>
      </w:r>
      <w:r w:rsidRPr="002F751A">
        <w:rPr>
          <w:b w:val="0"/>
          <w:color w:val="000000" w:themeColor="text1"/>
          <w:szCs w:val="26"/>
        </w:rPr>
        <w:t xml:space="preserve"> </w:t>
      </w:r>
      <w:r w:rsidRPr="002F751A">
        <w:rPr>
          <w:b w:val="0"/>
          <w:color w:val="000000" w:themeColor="text1"/>
          <w:szCs w:val="26"/>
          <w:rtl/>
        </w:rPr>
        <w:t>واقعیت،</w:t>
      </w:r>
      <w:r w:rsidRPr="002F751A">
        <w:rPr>
          <w:b w:val="0"/>
          <w:color w:val="000000" w:themeColor="text1"/>
          <w:szCs w:val="26"/>
        </w:rPr>
        <w:t xml:space="preserve"> </w:t>
      </w:r>
      <w:r w:rsidRPr="002F751A">
        <w:rPr>
          <w:b w:val="0"/>
          <w:color w:val="000000" w:themeColor="text1"/>
          <w:szCs w:val="26"/>
          <w:rtl/>
        </w:rPr>
        <w:t>زمینه</w:t>
      </w:r>
      <w:r w:rsidRPr="002F751A">
        <w:rPr>
          <w:b w:val="0"/>
          <w:color w:val="000000" w:themeColor="text1"/>
          <w:szCs w:val="26"/>
        </w:rPr>
        <w:t xml:space="preserve"> </w:t>
      </w:r>
      <w:r w:rsidRPr="002F751A">
        <w:rPr>
          <w:b w:val="0"/>
          <w:color w:val="000000" w:themeColor="text1"/>
          <w:szCs w:val="26"/>
          <w:rtl/>
        </w:rPr>
        <w:t>مداخله</w:t>
      </w:r>
      <w:r w:rsidRPr="002F751A">
        <w:rPr>
          <w:b w:val="0"/>
          <w:color w:val="000000" w:themeColor="text1"/>
          <w:szCs w:val="26"/>
        </w:rPr>
        <w:t xml:space="preserve"> </w:t>
      </w:r>
      <w:r w:rsidRPr="002F751A">
        <w:rPr>
          <w:b w:val="0"/>
          <w:color w:val="000000" w:themeColor="text1"/>
          <w:szCs w:val="26"/>
          <w:rtl/>
        </w:rPr>
        <w:t>کیفری</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فراهم</w:t>
      </w:r>
      <w:r w:rsidRPr="002F751A">
        <w:rPr>
          <w:b w:val="0"/>
          <w:color w:val="000000" w:themeColor="text1"/>
          <w:szCs w:val="26"/>
        </w:rPr>
        <w:t xml:space="preserve"> </w:t>
      </w:r>
      <w:r w:rsidRPr="002F751A">
        <w:rPr>
          <w:b w:val="0"/>
          <w:color w:val="000000" w:themeColor="text1"/>
          <w:szCs w:val="26"/>
          <w:rtl/>
        </w:rPr>
        <w:t>کند</w:t>
      </w:r>
      <w:r w:rsidRPr="002F751A">
        <w:rPr>
          <w:b w:val="0"/>
          <w:color w:val="000000" w:themeColor="text1"/>
          <w:szCs w:val="26"/>
        </w:rPr>
        <w:t xml:space="preserve">. </w:t>
      </w:r>
      <w:r w:rsidRPr="002F751A">
        <w:rPr>
          <w:b w:val="0"/>
          <w:color w:val="000000" w:themeColor="text1"/>
          <w:szCs w:val="26"/>
          <w:rtl/>
        </w:rPr>
        <w:t>این</w:t>
      </w:r>
      <w:r w:rsidRPr="002F751A">
        <w:rPr>
          <w:b w:val="0"/>
          <w:color w:val="000000" w:themeColor="text1"/>
          <w:szCs w:val="26"/>
        </w:rPr>
        <w:t xml:space="preserve"> </w:t>
      </w:r>
      <w:r w:rsidRPr="002F751A">
        <w:rPr>
          <w:b w:val="0"/>
          <w:color w:val="000000" w:themeColor="text1"/>
          <w:szCs w:val="26"/>
          <w:rtl/>
        </w:rPr>
        <w:t>تعریف،</w:t>
      </w:r>
      <w:r w:rsidRPr="002F751A">
        <w:rPr>
          <w:b w:val="0"/>
          <w:color w:val="000000" w:themeColor="text1"/>
          <w:szCs w:val="26"/>
        </w:rPr>
        <w:t xml:space="preserve"> </w:t>
      </w:r>
      <w:r w:rsidRPr="002F751A">
        <w:rPr>
          <w:b w:val="0"/>
          <w:color w:val="000000" w:themeColor="text1"/>
          <w:szCs w:val="26"/>
          <w:rtl/>
        </w:rPr>
        <w:t>تعدد</w:t>
      </w:r>
      <w:r w:rsidRPr="002F751A">
        <w:rPr>
          <w:b w:val="0"/>
          <w:color w:val="000000" w:themeColor="text1"/>
          <w:szCs w:val="26"/>
        </w:rPr>
        <w:t xml:space="preserve"> </w:t>
      </w:r>
      <w:r w:rsidRPr="002F751A">
        <w:rPr>
          <w:b w:val="0"/>
          <w:color w:val="000000" w:themeColor="text1"/>
          <w:szCs w:val="26"/>
          <w:rtl/>
        </w:rPr>
        <w:t>شکایت</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صرفاً</w:t>
      </w:r>
      <w:r w:rsidRPr="002F751A">
        <w:rPr>
          <w:b w:val="0"/>
          <w:color w:val="000000" w:themeColor="text1"/>
          <w:szCs w:val="26"/>
        </w:rPr>
        <w:t xml:space="preserve"> </w:t>
      </w:r>
      <w:r w:rsidRPr="002F751A">
        <w:rPr>
          <w:b w:val="0"/>
          <w:color w:val="000000" w:themeColor="text1"/>
          <w:szCs w:val="26"/>
          <w:rtl/>
        </w:rPr>
        <w:t>یک</w:t>
      </w:r>
      <w:r w:rsidRPr="002F751A">
        <w:rPr>
          <w:b w:val="0"/>
          <w:color w:val="000000" w:themeColor="text1"/>
          <w:szCs w:val="26"/>
        </w:rPr>
        <w:t xml:space="preserve"> </w:t>
      </w:r>
      <w:r w:rsidRPr="002F751A">
        <w:rPr>
          <w:b w:val="0"/>
          <w:color w:val="000000" w:themeColor="text1"/>
          <w:szCs w:val="26"/>
          <w:rtl/>
        </w:rPr>
        <w:t>قرینه</w:t>
      </w:r>
      <w:r w:rsidRPr="002F751A">
        <w:rPr>
          <w:b w:val="0"/>
          <w:color w:val="000000" w:themeColor="text1"/>
          <w:szCs w:val="26"/>
        </w:rPr>
        <w:t xml:space="preserve"> </w:t>
      </w:r>
      <w:r w:rsidRPr="002F751A">
        <w:rPr>
          <w:b w:val="0"/>
          <w:color w:val="000000" w:themeColor="text1"/>
          <w:szCs w:val="26"/>
          <w:rtl/>
        </w:rPr>
        <w:t>ثانویه</w:t>
      </w:r>
      <w:r w:rsidRPr="002F751A">
        <w:rPr>
          <w:b w:val="0"/>
          <w:color w:val="000000" w:themeColor="text1"/>
          <w:szCs w:val="26"/>
        </w:rPr>
        <w:t xml:space="preserve"> </w:t>
      </w:r>
      <w:r w:rsidRPr="002F751A">
        <w:rPr>
          <w:b w:val="0"/>
          <w:color w:val="000000" w:themeColor="text1"/>
          <w:szCs w:val="26"/>
          <w:rtl/>
        </w:rPr>
        <w:t>می</w:t>
      </w:r>
      <w:r w:rsidRPr="002F751A">
        <w:rPr>
          <w:b w:val="0"/>
          <w:color w:val="000000" w:themeColor="text1"/>
          <w:szCs w:val="26"/>
        </w:rPr>
        <w:t>‌</w:t>
      </w:r>
      <w:r w:rsidRPr="002F751A">
        <w:rPr>
          <w:b w:val="0"/>
          <w:color w:val="000000" w:themeColor="text1"/>
          <w:szCs w:val="26"/>
          <w:rtl/>
        </w:rPr>
        <w:t>داند</w:t>
      </w:r>
      <w:r w:rsidRPr="002F751A">
        <w:rPr>
          <w:b w:val="0"/>
          <w:color w:val="000000" w:themeColor="text1"/>
          <w:szCs w:val="26"/>
        </w:rPr>
        <w:t xml:space="preserve"> </w:t>
      </w:r>
      <w:r w:rsidRPr="002F751A">
        <w:rPr>
          <w:b w:val="0"/>
          <w:color w:val="000000" w:themeColor="text1"/>
          <w:szCs w:val="26"/>
          <w:rtl/>
        </w:rPr>
        <w:t>نه</w:t>
      </w:r>
      <w:r w:rsidRPr="002F751A">
        <w:rPr>
          <w:b w:val="0"/>
          <w:color w:val="000000" w:themeColor="text1"/>
          <w:szCs w:val="26"/>
        </w:rPr>
        <w:t xml:space="preserve"> </w:t>
      </w:r>
      <w:r w:rsidRPr="002F751A">
        <w:rPr>
          <w:b w:val="0"/>
          <w:color w:val="000000" w:themeColor="text1"/>
          <w:szCs w:val="26"/>
          <w:rtl/>
        </w:rPr>
        <w:t>رکن</w:t>
      </w:r>
      <w:r w:rsidRPr="002F751A">
        <w:rPr>
          <w:b w:val="0"/>
          <w:color w:val="000000" w:themeColor="text1"/>
          <w:szCs w:val="26"/>
        </w:rPr>
        <w:t xml:space="preserve"> </w:t>
      </w:r>
      <w:r w:rsidRPr="002F751A">
        <w:rPr>
          <w:b w:val="0"/>
          <w:color w:val="000000" w:themeColor="text1"/>
          <w:szCs w:val="26"/>
          <w:rtl/>
        </w:rPr>
        <w:t>اصلی</w:t>
      </w:r>
      <w:r w:rsidRPr="002F751A">
        <w:rPr>
          <w:b w:val="0"/>
          <w:color w:val="000000" w:themeColor="text1"/>
          <w:szCs w:val="26"/>
        </w:rPr>
        <w:t>.</w:t>
      </w:r>
      <w:r w:rsidR="002F751A">
        <w:rPr>
          <w:b w:val="0"/>
          <w:color w:val="000000" w:themeColor="text1"/>
          <w:szCs w:val="26"/>
        </w:rPr>
        <w:t>.</w:t>
      </w:r>
    </w:p>
    <w:p w14:paraId="4E67002B" w14:textId="77777777" w:rsidR="002F751A" w:rsidRPr="002F751A" w:rsidRDefault="002F751A" w:rsidP="002F751A">
      <w:pPr>
        <w:pStyle w:val="SubFA"/>
        <w:keepNext/>
        <w:bidi/>
        <w:rPr>
          <w:b w:val="0"/>
          <w:color w:val="000000" w:themeColor="text1"/>
          <w:szCs w:val="26"/>
        </w:rPr>
      </w:pPr>
    </w:p>
    <w:p w14:paraId="49BCAD04" w14:textId="36656E0E" w:rsidR="009F417E" w:rsidRPr="002F751A" w:rsidRDefault="002F751A" w:rsidP="002F751A">
      <w:pPr>
        <w:pStyle w:val="SubFA"/>
        <w:keepNext/>
        <w:bidi/>
        <w:rPr>
          <w:bCs/>
          <w:color w:val="000000" w:themeColor="text1"/>
          <w:szCs w:val="26"/>
        </w:rPr>
      </w:pPr>
      <w:r w:rsidRPr="002F751A">
        <w:rPr>
          <w:rFonts w:hint="cs"/>
          <w:bCs/>
          <w:color w:val="000000" w:themeColor="text1"/>
          <w:szCs w:val="26"/>
          <w:rtl/>
        </w:rPr>
        <w:t xml:space="preserve">2- </w:t>
      </w:r>
      <w:r w:rsidR="00FE2DB4" w:rsidRPr="002F751A">
        <w:rPr>
          <w:bCs/>
          <w:color w:val="000000" w:themeColor="text1"/>
          <w:szCs w:val="26"/>
          <w:rtl/>
        </w:rPr>
        <w:t>چرا</w:t>
      </w:r>
      <w:r w:rsidR="00FE2DB4" w:rsidRPr="002F751A">
        <w:rPr>
          <w:bCs/>
          <w:color w:val="000000" w:themeColor="text1"/>
          <w:szCs w:val="26"/>
        </w:rPr>
        <w:t xml:space="preserve"> </w:t>
      </w:r>
      <w:r w:rsidR="00FE2DB4" w:rsidRPr="002F751A">
        <w:rPr>
          <w:bCs/>
          <w:color w:val="000000" w:themeColor="text1"/>
          <w:szCs w:val="26"/>
          <w:rtl/>
        </w:rPr>
        <w:t>منع</w:t>
      </w:r>
      <w:r w:rsidR="00FE2DB4" w:rsidRPr="002F751A">
        <w:rPr>
          <w:bCs/>
          <w:color w:val="000000" w:themeColor="text1"/>
          <w:szCs w:val="26"/>
        </w:rPr>
        <w:t xml:space="preserve"> </w:t>
      </w:r>
      <w:r w:rsidR="00FE2DB4" w:rsidRPr="002F751A">
        <w:rPr>
          <w:bCs/>
          <w:color w:val="000000" w:themeColor="text1"/>
          <w:szCs w:val="26"/>
          <w:rtl/>
        </w:rPr>
        <w:t>تعقیب</w:t>
      </w:r>
      <w:r w:rsidR="00FE2DB4" w:rsidRPr="002F751A">
        <w:rPr>
          <w:bCs/>
          <w:color w:val="000000" w:themeColor="text1"/>
          <w:szCs w:val="26"/>
        </w:rPr>
        <w:t xml:space="preserve"> </w:t>
      </w:r>
      <w:r w:rsidR="00FE2DB4" w:rsidRPr="002F751A">
        <w:rPr>
          <w:bCs/>
          <w:color w:val="000000" w:themeColor="text1"/>
          <w:szCs w:val="26"/>
          <w:rtl/>
        </w:rPr>
        <w:t>و</w:t>
      </w:r>
      <w:r w:rsidR="00FE2DB4" w:rsidRPr="002F751A">
        <w:rPr>
          <w:bCs/>
          <w:color w:val="000000" w:themeColor="text1"/>
          <w:szCs w:val="26"/>
        </w:rPr>
        <w:t xml:space="preserve"> </w:t>
      </w:r>
      <w:r w:rsidR="00FE2DB4" w:rsidRPr="002F751A">
        <w:rPr>
          <w:bCs/>
          <w:color w:val="000000" w:themeColor="text1"/>
          <w:szCs w:val="26"/>
          <w:rtl/>
        </w:rPr>
        <w:t>برائت،</w:t>
      </w:r>
      <w:r w:rsidR="00FE2DB4" w:rsidRPr="002F751A">
        <w:rPr>
          <w:bCs/>
          <w:color w:val="000000" w:themeColor="text1"/>
          <w:szCs w:val="26"/>
        </w:rPr>
        <w:t xml:space="preserve"> </w:t>
      </w:r>
      <w:r w:rsidR="00FE2DB4" w:rsidRPr="002F751A">
        <w:rPr>
          <w:bCs/>
          <w:color w:val="000000" w:themeColor="text1"/>
          <w:szCs w:val="26"/>
          <w:rtl/>
        </w:rPr>
        <w:t>به</w:t>
      </w:r>
      <w:r w:rsidR="00FE2DB4" w:rsidRPr="002F751A">
        <w:rPr>
          <w:bCs/>
          <w:color w:val="000000" w:themeColor="text1"/>
          <w:szCs w:val="26"/>
        </w:rPr>
        <w:t>‌</w:t>
      </w:r>
      <w:r w:rsidR="00FE2DB4" w:rsidRPr="002F751A">
        <w:rPr>
          <w:bCs/>
          <w:color w:val="000000" w:themeColor="text1"/>
          <w:szCs w:val="26"/>
          <w:rtl/>
        </w:rPr>
        <w:t>تنهایی</w:t>
      </w:r>
      <w:r w:rsidR="00FE2DB4" w:rsidRPr="002F751A">
        <w:rPr>
          <w:bCs/>
          <w:color w:val="000000" w:themeColor="text1"/>
          <w:szCs w:val="26"/>
        </w:rPr>
        <w:t xml:space="preserve"> </w:t>
      </w:r>
      <w:r w:rsidR="00FE2DB4" w:rsidRPr="002F751A">
        <w:rPr>
          <w:bCs/>
          <w:color w:val="000000" w:themeColor="text1"/>
          <w:szCs w:val="26"/>
          <w:rtl/>
        </w:rPr>
        <w:t>دلیل</w:t>
      </w:r>
      <w:r w:rsidR="00FE2DB4" w:rsidRPr="002F751A">
        <w:rPr>
          <w:bCs/>
          <w:color w:val="000000" w:themeColor="text1"/>
          <w:szCs w:val="26"/>
        </w:rPr>
        <w:t xml:space="preserve"> </w:t>
      </w:r>
      <w:r w:rsidR="00FE2DB4" w:rsidRPr="002F751A">
        <w:rPr>
          <w:bCs/>
          <w:color w:val="000000" w:themeColor="text1"/>
          <w:szCs w:val="26"/>
          <w:rtl/>
        </w:rPr>
        <w:t>شکایت</w:t>
      </w:r>
      <w:r w:rsidR="00FE2DB4" w:rsidRPr="002F751A">
        <w:rPr>
          <w:bCs/>
          <w:color w:val="000000" w:themeColor="text1"/>
          <w:szCs w:val="26"/>
        </w:rPr>
        <w:t xml:space="preserve"> </w:t>
      </w:r>
      <w:r w:rsidR="00FE2DB4" w:rsidRPr="002F751A">
        <w:rPr>
          <w:bCs/>
          <w:color w:val="000000" w:themeColor="text1"/>
          <w:szCs w:val="26"/>
          <w:rtl/>
        </w:rPr>
        <w:t>واهی</w:t>
      </w:r>
      <w:r w:rsidR="00FE2DB4" w:rsidRPr="002F751A">
        <w:rPr>
          <w:bCs/>
          <w:color w:val="000000" w:themeColor="text1"/>
          <w:szCs w:val="26"/>
        </w:rPr>
        <w:t xml:space="preserve"> </w:t>
      </w:r>
      <w:r w:rsidR="00FE2DB4" w:rsidRPr="002F751A">
        <w:rPr>
          <w:bCs/>
          <w:color w:val="000000" w:themeColor="text1"/>
          <w:szCs w:val="26"/>
          <w:rtl/>
        </w:rPr>
        <w:t>نیست</w:t>
      </w:r>
    </w:p>
    <w:p w14:paraId="66465522" w14:textId="77777777" w:rsidR="009F417E" w:rsidRPr="002F751A" w:rsidRDefault="00FE2DB4" w:rsidP="002F751A">
      <w:pPr>
        <w:pStyle w:val="SubFA"/>
        <w:keepNext/>
        <w:bidi/>
        <w:rPr>
          <w:b w:val="0"/>
          <w:color w:val="000000" w:themeColor="text1"/>
          <w:szCs w:val="26"/>
        </w:rPr>
      </w:pPr>
      <w:r w:rsidRPr="002F751A">
        <w:rPr>
          <w:b w:val="0"/>
          <w:color w:val="000000" w:themeColor="text1"/>
          <w:szCs w:val="26"/>
          <w:rtl/>
        </w:rPr>
        <w:t>یکی</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لغزش</w:t>
      </w:r>
      <w:r w:rsidRPr="002F751A">
        <w:rPr>
          <w:b w:val="0"/>
          <w:color w:val="000000" w:themeColor="text1"/>
          <w:szCs w:val="26"/>
        </w:rPr>
        <w:t>‌</w:t>
      </w:r>
      <w:r w:rsidRPr="002F751A">
        <w:rPr>
          <w:b w:val="0"/>
          <w:color w:val="000000" w:themeColor="text1"/>
          <w:szCs w:val="26"/>
          <w:rtl/>
        </w:rPr>
        <w:t>های</w:t>
      </w:r>
      <w:r w:rsidRPr="002F751A">
        <w:rPr>
          <w:b w:val="0"/>
          <w:color w:val="000000" w:themeColor="text1"/>
          <w:szCs w:val="26"/>
        </w:rPr>
        <w:t xml:space="preserve"> </w:t>
      </w:r>
      <w:r w:rsidRPr="002F751A">
        <w:rPr>
          <w:b w:val="0"/>
          <w:color w:val="000000" w:themeColor="text1"/>
          <w:szCs w:val="26"/>
          <w:rtl/>
        </w:rPr>
        <w:t>رایج</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بحث</w:t>
      </w:r>
      <w:r w:rsidRPr="002F751A">
        <w:rPr>
          <w:b w:val="0"/>
          <w:color w:val="000000" w:themeColor="text1"/>
          <w:szCs w:val="26"/>
        </w:rPr>
        <w:t xml:space="preserve"> </w:t>
      </w:r>
      <w:r w:rsidRPr="002F751A">
        <w:rPr>
          <w:b w:val="0"/>
          <w:color w:val="000000" w:themeColor="text1"/>
          <w:szCs w:val="26"/>
          <w:rtl/>
        </w:rPr>
        <w:t>شاکیان</w:t>
      </w:r>
      <w:r w:rsidRPr="002F751A">
        <w:rPr>
          <w:b w:val="0"/>
          <w:color w:val="000000" w:themeColor="text1"/>
          <w:szCs w:val="26"/>
        </w:rPr>
        <w:t xml:space="preserve"> </w:t>
      </w:r>
      <w:r w:rsidRPr="002F751A">
        <w:rPr>
          <w:b w:val="0"/>
          <w:color w:val="000000" w:themeColor="text1"/>
          <w:szCs w:val="26"/>
          <w:rtl/>
        </w:rPr>
        <w:t>حرفه</w:t>
      </w:r>
      <w:r w:rsidRPr="002F751A">
        <w:rPr>
          <w:b w:val="0"/>
          <w:color w:val="000000" w:themeColor="text1"/>
          <w:szCs w:val="26"/>
        </w:rPr>
        <w:t>‌</w:t>
      </w:r>
      <w:r w:rsidRPr="002F751A">
        <w:rPr>
          <w:b w:val="0"/>
          <w:color w:val="000000" w:themeColor="text1"/>
          <w:szCs w:val="26"/>
          <w:rtl/>
        </w:rPr>
        <w:t>ای،</w:t>
      </w:r>
      <w:r w:rsidRPr="002F751A">
        <w:rPr>
          <w:b w:val="0"/>
          <w:color w:val="000000" w:themeColor="text1"/>
          <w:szCs w:val="26"/>
        </w:rPr>
        <w:t xml:space="preserve"> </w:t>
      </w:r>
      <w:r w:rsidRPr="002F751A">
        <w:rPr>
          <w:b w:val="0"/>
          <w:color w:val="000000" w:themeColor="text1"/>
          <w:szCs w:val="26"/>
          <w:rtl/>
        </w:rPr>
        <w:t>مساوی</w:t>
      </w:r>
      <w:r w:rsidRPr="002F751A">
        <w:rPr>
          <w:b w:val="0"/>
          <w:color w:val="000000" w:themeColor="text1"/>
          <w:szCs w:val="26"/>
        </w:rPr>
        <w:t xml:space="preserve"> </w:t>
      </w:r>
      <w:r w:rsidRPr="002F751A">
        <w:rPr>
          <w:b w:val="0"/>
          <w:color w:val="000000" w:themeColor="text1"/>
          <w:szCs w:val="26"/>
          <w:rtl/>
        </w:rPr>
        <w:t>گرفتن</w:t>
      </w:r>
      <w:r w:rsidRPr="002F751A">
        <w:rPr>
          <w:b w:val="0"/>
          <w:color w:val="000000" w:themeColor="text1"/>
          <w:szCs w:val="26"/>
        </w:rPr>
        <w:t xml:space="preserve"> </w:t>
      </w:r>
      <w:r w:rsidRPr="002F751A">
        <w:rPr>
          <w:b w:val="0"/>
          <w:color w:val="000000" w:themeColor="text1"/>
          <w:szCs w:val="26"/>
          <w:rtl/>
        </w:rPr>
        <w:t>نتیجه</w:t>
      </w:r>
      <w:r w:rsidRPr="002F751A">
        <w:rPr>
          <w:b w:val="0"/>
          <w:color w:val="000000" w:themeColor="text1"/>
          <w:szCs w:val="26"/>
        </w:rPr>
        <w:t xml:space="preserve"> </w:t>
      </w:r>
      <w:r w:rsidRPr="002F751A">
        <w:rPr>
          <w:b w:val="0"/>
          <w:color w:val="000000" w:themeColor="text1"/>
          <w:szCs w:val="26"/>
          <w:rtl/>
        </w:rPr>
        <w:t>ناموفق</w:t>
      </w:r>
      <w:r w:rsidRPr="002F751A">
        <w:rPr>
          <w:b w:val="0"/>
          <w:color w:val="000000" w:themeColor="text1"/>
          <w:szCs w:val="26"/>
        </w:rPr>
        <w:t xml:space="preserve"> </w:t>
      </w:r>
      <w:r w:rsidRPr="002F751A">
        <w:rPr>
          <w:b w:val="0"/>
          <w:color w:val="000000" w:themeColor="text1"/>
          <w:szCs w:val="26"/>
          <w:rtl/>
        </w:rPr>
        <w:t>پرونده</w:t>
      </w:r>
      <w:r w:rsidRPr="002F751A">
        <w:rPr>
          <w:b w:val="0"/>
          <w:color w:val="000000" w:themeColor="text1"/>
          <w:szCs w:val="26"/>
        </w:rPr>
        <w:t xml:space="preserve"> </w:t>
      </w:r>
      <w:r w:rsidRPr="002F751A">
        <w:rPr>
          <w:b w:val="0"/>
          <w:color w:val="000000" w:themeColor="text1"/>
          <w:szCs w:val="26"/>
          <w:rtl/>
        </w:rPr>
        <w:t>با</w:t>
      </w:r>
      <w:r w:rsidRPr="002F751A">
        <w:rPr>
          <w:b w:val="0"/>
          <w:color w:val="000000" w:themeColor="text1"/>
          <w:szCs w:val="26"/>
        </w:rPr>
        <w:t xml:space="preserve"> </w:t>
      </w:r>
      <w:r w:rsidRPr="002F751A">
        <w:rPr>
          <w:b w:val="0"/>
          <w:color w:val="000000" w:themeColor="text1"/>
          <w:szCs w:val="26"/>
          <w:rtl/>
        </w:rPr>
        <w:t>سوءنیت</w:t>
      </w:r>
      <w:r w:rsidRPr="002F751A">
        <w:rPr>
          <w:b w:val="0"/>
          <w:color w:val="000000" w:themeColor="text1"/>
          <w:szCs w:val="26"/>
        </w:rPr>
        <w:t xml:space="preserve"> </w:t>
      </w:r>
      <w:r w:rsidRPr="002F751A">
        <w:rPr>
          <w:b w:val="0"/>
          <w:color w:val="000000" w:themeColor="text1"/>
          <w:szCs w:val="26"/>
          <w:rtl/>
        </w:rPr>
        <w:t>شاکی</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b w:val="0"/>
          <w:color w:val="000000" w:themeColor="text1"/>
          <w:szCs w:val="26"/>
          <w:rtl/>
        </w:rPr>
        <w:t>نظریه</w:t>
      </w:r>
      <w:r w:rsidRPr="002F751A">
        <w:rPr>
          <w:b w:val="0"/>
          <w:color w:val="000000" w:themeColor="text1"/>
          <w:szCs w:val="26"/>
        </w:rPr>
        <w:t xml:space="preserve"> </w:t>
      </w:r>
      <w:r w:rsidRPr="002F751A">
        <w:rPr>
          <w:b w:val="0"/>
          <w:color w:val="000000" w:themeColor="text1"/>
          <w:szCs w:val="26"/>
          <w:rtl/>
        </w:rPr>
        <w:t>مشورتی</w:t>
      </w:r>
      <w:r w:rsidRPr="002F751A">
        <w:rPr>
          <w:b w:val="0"/>
          <w:color w:val="000000" w:themeColor="text1"/>
          <w:szCs w:val="26"/>
        </w:rPr>
        <w:t xml:space="preserve"> </w:t>
      </w:r>
      <w:r w:rsidRPr="002F751A">
        <w:rPr>
          <w:b w:val="0"/>
          <w:color w:val="000000" w:themeColor="text1"/>
          <w:szCs w:val="26"/>
          <w:rtl/>
        </w:rPr>
        <w:t>شماره</w:t>
      </w:r>
      <w:r w:rsidRPr="002F751A">
        <w:rPr>
          <w:b w:val="0"/>
          <w:color w:val="000000" w:themeColor="text1"/>
          <w:szCs w:val="26"/>
        </w:rPr>
        <w:t xml:space="preserve"> </w:t>
      </w:r>
      <w:r w:rsidRPr="002F751A">
        <w:rPr>
          <w:b w:val="0"/>
          <w:color w:val="000000" w:themeColor="text1"/>
          <w:szCs w:val="26"/>
          <w:rtl/>
        </w:rPr>
        <w:t>۷</w:t>
      </w:r>
      <w:r w:rsidRPr="002F751A">
        <w:rPr>
          <w:b w:val="0"/>
          <w:color w:val="000000" w:themeColor="text1"/>
          <w:szCs w:val="26"/>
        </w:rPr>
        <w:t>/</w:t>
      </w:r>
      <w:r w:rsidRPr="002F751A">
        <w:rPr>
          <w:b w:val="0"/>
          <w:color w:val="000000" w:themeColor="text1"/>
          <w:szCs w:val="26"/>
          <w:rtl/>
        </w:rPr>
        <w:t>۹۸</w:t>
      </w:r>
      <w:r w:rsidRPr="002F751A">
        <w:rPr>
          <w:b w:val="0"/>
          <w:color w:val="000000" w:themeColor="text1"/>
          <w:szCs w:val="26"/>
        </w:rPr>
        <w:t>/</w:t>
      </w:r>
      <w:r w:rsidRPr="002F751A">
        <w:rPr>
          <w:b w:val="0"/>
          <w:color w:val="000000" w:themeColor="text1"/>
          <w:szCs w:val="26"/>
          <w:rtl/>
        </w:rPr>
        <w:t>۱۹۷۱</w:t>
      </w:r>
      <w:r w:rsidRPr="002F751A">
        <w:rPr>
          <w:b w:val="0"/>
          <w:color w:val="000000" w:themeColor="text1"/>
          <w:szCs w:val="26"/>
        </w:rPr>
        <w:t xml:space="preserve"> </w:t>
      </w:r>
      <w:r w:rsidRPr="002F751A">
        <w:rPr>
          <w:b w:val="0"/>
          <w:color w:val="000000" w:themeColor="text1"/>
          <w:szCs w:val="26"/>
          <w:rtl/>
        </w:rPr>
        <w:t>مورخ</w:t>
      </w:r>
      <w:r w:rsidRPr="002F751A">
        <w:rPr>
          <w:b w:val="0"/>
          <w:color w:val="000000" w:themeColor="text1"/>
          <w:szCs w:val="26"/>
        </w:rPr>
        <w:t xml:space="preserve"> </w:t>
      </w:r>
      <w:r w:rsidRPr="002F751A">
        <w:rPr>
          <w:b w:val="0"/>
          <w:color w:val="000000" w:themeColor="text1"/>
          <w:szCs w:val="26"/>
          <w:rtl/>
        </w:rPr>
        <w:t>۱۳۹۸</w:t>
      </w:r>
      <w:r w:rsidRPr="002F751A">
        <w:rPr>
          <w:b w:val="0"/>
          <w:color w:val="000000" w:themeColor="text1"/>
          <w:szCs w:val="26"/>
        </w:rPr>
        <w:t>/</w:t>
      </w:r>
      <w:r w:rsidRPr="002F751A">
        <w:rPr>
          <w:b w:val="0"/>
          <w:color w:val="000000" w:themeColor="text1"/>
          <w:szCs w:val="26"/>
          <w:rtl/>
        </w:rPr>
        <w:t>۱۲</w:t>
      </w:r>
      <w:r w:rsidRPr="002F751A">
        <w:rPr>
          <w:b w:val="0"/>
          <w:color w:val="000000" w:themeColor="text1"/>
          <w:szCs w:val="26"/>
        </w:rPr>
        <w:t>/</w:t>
      </w:r>
      <w:r w:rsidRPr="002F751A">
        <w:rPr>
          <w:b w:val="0"/>
          <w:color w:val="000000" w:themeColor="text1"/>
          <w:szCs w:val="26"/>
          <w:rtl/>
        </w:rPr>
        <w:t>۲۴</w:t>
      </w:r>
      <w:r w:rsidRPr="002F751A">
        <w:rPr>
          <w:b w:val="0"/>
          <w:color w:val="000000" w:themeColor="text1"/>
          <w:szCs w:val="26"/>
        </w:rPr>
        <w:t xml:space="preserve"> </w:t>
      </w:r>
      <w:r w:rsidRPr="002F751A">
        <w:rPr>
          <w:b w:val="0"/>
          <w:color w:val="000000" w:themeColor="text1"/>
          <w:szCs w:val="26"/>
          <w:rtl/>
        </w:rPr>
        <w:t>اداره</w:t>
      </w:r>
      <w:r w:rsidRPr="002F751A">
        <w:rPr>
          <w:b w:val="0"/>
          <w:color w:val="000000" w:themeColor="text1"/>
          <w:szCs w:val="26"/>
        </w:rPr>
        <w:t xml:space="preserve"> </w:t>
      </w:r>
      <w:r w:rsidRPr="002F751A">
        <w:rPr>
          <w:b w:val="0"/>
          <w:color w:val="000000" w:themeColor="text1"/>
          <w:szCs w:val="26"/>
          <w:rtl/>
        </w:rPr>
        <w:t>کل</w:t>
      </w:r>
      <w:r w:rsidRPr="002F751A">
        <w:rPr>
          <w:b w:val="0"/>
          <w:color w:val="000000" w:themeColor="text1"/>
          <w:szCs w:val="26"/>
        </w:rPr>
        <w:t xml:space="preserve"> </w:t>
      </w:r>
      <w:r w:rsidRPr="002F751A">
        <w:rPr>
          <w:b w:val="0"/>
          <w:color w:val="000000" w:themeColor="text1"/>
          <w:szCs w:val="26"/>
          <w:rtl/>
        </w:rPr>
        <w:t>حقوقی</w:t>
      </w:r>
      <w:r w:rsidRPr="002F751A">
        <w:rPr>
          <w:b w:val="0"/>
          <w:color w:val="000000" w:themeColor="text1"/>
          <w:szCs w:val="26"/>
        </w:rPr>
        <w:t xml:space="preserve"> </w:t>
      </w:r>
      <w:r w:rsidRPr="002F751A">
        <w:rPr>
          <w:b w:val="0"/>
          <w:color w:val="000000" w:themeColor="text1"/>
          <w:szCs w:val="26"/>
          <w:rtl/>
        </w:rPr>
        <w:t>قوه</w:t>
      </w:r>
      <w:r w:rsidRPr="002F751A">
        <w:rPr>
          <w:b w:val="0"/>
          <w:color w:val="000000" w:themeColor="text1"/>
          <w:szCs w:val="26"/>
        </w:rPr>
        <w:t xml:space="preserve"> </w:t>
      </w:r>
      <w:r w:rsidRPr="002F751A">
        <w:rPr>
          <w:b w:val="0"/>
          <w:color w:val="000000" w:themeColor="text1"/>
          <w:szCs w:val="26"/>
          <w:rtl/>
        </w:rPr>
        <w:t>قضاییه</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حوزه</w:t>
      </w:r>
      <w:r w:rsidRPr="002F751A">
        <w:rPr>
          <w:b w:val="0"/>
          <w:color w:val="000000" w:themeColor="text1"/>
          <w:szCs w:val="26"/>
        </w:rPr>
        <w:t xml:space="preserve"> </w:t>
      </w:r>
      <w:r w:rsidRPr="002F751A">
        <w:rPr>
          <w:b w:val="0"/>
          <w:color w:val="000000" w:themeColor="text1"/>
          <w:szCs w:val="26"/>
          <w:rtl/>
        </w:rPr>
        <w:t>مدنی</w:t>
      </w:r>
      <w:r w:rsidRPr="002F751A">
        <w:rPr>
          <w:b w:val="0"/>
          <w:color w:val="000000" w:themeColor="text1"/>
          <w:szCs w:val="26"/>
        </w:rPr>
        <w:t xml:space="preserve"> </w:t>
      </w:r>
      <w:r w:rsidRPr="002F751A">
        <w:rPr>
          <w:b w:val="0"/>
          <w:color w:val="000000" w:themeColor="text1"/>
          <w:szCs w:val="26"/>
          <w:rtl/>
        </w:rPr>
        <w:t>نیز</w:t>
      </w:r>
      <w:r w:rsidRPr="002F751A">
        <w:rPr>
          <w:b w:val="0"/>
          <w:color w:val="000000" w:themeColor="text1"/>
          <w:szCs w:val="26"/>
        </w:rPr>
        <w:t xml:space="preserve"> </w:t>
      </w:r>
      <w:r w:rsidRPr="002F751A">
        <w:rPr>
          <w:b w:val="0"/>
          <w:color w:val="000000" w:themeColor="text1"/>
          <w:szCs w:val="26"/>
          <w:rtl/>
        </w:rPr>
        <w:t>تصریح</w:t>
      </w:r>
      <w:r w:rsidRPr="002F751A">
        <w:rPr>
          <w:b w:val="0"/>
          <w:color w:val="000000" w:themeColor="text1"/>
          <w:szCs w:val="26"/>
        </w:rPr>
        <w:t xml:space="preserve"> </w:t>
      </w:r>
      <w:r w:rsidRPr="002F751A">
        <w:rPr>
          <w:b w:val="0"/>
          <w:color w:val="000000" w:themeColor="text1"/>
          <w:szCs w:val="26"/>
          <w:rtl/>
        </w:rPr>
        <w:t>کرده</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b w:val="0"/>
          <w:color w:val="000000" w:themeColor="text1"/>
          <w:szCs w:val="26"/>
          <w:rtl/>
        </w:rPr>
        <w:t>که</w:t>
      </w:r>
      <w:r w:rsidRPr="002F751A">
        <w:rPr>
          <w:b w:val="0"/>
          <w:color w:val="000000" w:themeColor="text1"/>
          <w:szCs w:val="26"/>
        </w:rPr>
        <w:t xml:space="preserve"> </w:t>
      </w:r>
      <w:r w:rsidRPr="002F751A">
        <w:rPr>
          <w:b w:val="0"/>
          <w:color w:val="000000" w:themeColor="text1"/>
          <w:szCs w:val="26"/>
          <w:rtl/>
        </w:rPr>
        <w:t>صرف</w:t>
      </w:r>
      <w:r w:rsidRPr="002F751A">
        <w:rPr>
          <w:b w:val="0"/>
          <w:color w:val="000000" w:themeColor="text1"/>
          <w:szCs w:val="26"/>
        </w:rPr>
        <w:t xml:space="preserve"> </w:t>
      </w:r>
      <w:r w:rsidRPr="002F751A">
        <w:rPr>
          <w:b w:val="0"/>
          <w:color w:val="000000" w:themeColor="text1"/>
          <w:szCs w:val="26"/>
          <w:rtl/>
        </w:rPr>
        <w:t>محکوم</w:t>
      </w:r>
      <w:r w:rsidRPr="002F751A">
        <w:rPr>
          <w:b w:val="0"/>
          <w:color w:val="000000" w:themeColor="text1"/>
          <w:szCs w:val="26"/>
        </w:rPr>
        <w:t xml:space="preserve"> </w:t>
      </w:r>
      <w:r w:rsidRPr="002F751A">
        <w:rPr>
          <w:b w:val="0"/>
          <w:color w:val="000000" w:themeColor="text1"/>
          <w:szCs w:val="26"/>
          <w:rtl/>
        </w:rPr>
        <w:t>شدن</w:t>
      </w:r>
      <w:r w:rsidRPr="002F751A">
        <w:rPr>
          <w:b w:val="0"/>
          <w:color w:val="000000" w:themeColor="text1"/>
          <w:szCs w:val="26"/>
        </w:rPr>
        <w:t xml:space="preserve"> </w:t>
      </w:r>
      <w:r w:rsidRPr="002F751A">
        <w:rPr>
          <w:b w:val="0"/>
          <w:color w:val="000000" w:themeColor="text1"/>
          <w:szCs w:val="26"/>
          <w:rtl/>
        </w:rPr>
        <w:t>خواهان</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بی</w:t>
      </w:r>
      <w:r w:rsidRPr="002F751A">
        <w:rPr>
          <w:b w:val="0"/>
          <w:color w:val="000000" w:themeColor="text1"/>
          <w:szCs w:val="26"/>
        </w:rPr>
        <w:t>‌</w:t>
      </w:r>
      <w:r w:rsidRPr="002F751A">
        <w:rPr>
          <w:b w:val="0"/>
          <w:color w:val="000000" w:themeColor="text1"/>
          <w:szCs w:val="26"/>
          <w:rtl/>
        </w:rPr>
        <w:t>حقی،</w:t>
      </w:r>
      <w:r w:rsidRPr="002F751A">
        <w:rPr>
          <w:b w:val="0"/>
          <w:color w:val="000000" w:themeColor="text1"/>
          <w:szCs w:val="26"/>
        </w:rPr>
        <w:t xml:space="preserve"> </w:t>
      </w:r>
      <w:r w:rsidRPr="002F751A">
        <w:rPr>
          <w:b w:val="0"/>
          <w:color w:val="000000" w:themeColor="text1"/>
          <w:szCs w:val="26"/>
          <w:rtl/>
        </w:rPr>
        <w:t>دلیل</w:t>
      </w:r>
      <w:r w:rsidRPr="002F751A">
        <w:rPr>
          <w:b w:val="0"/>
          <w:color w:val="000000" w:themeColor="text1"/>
          <w:szCs w:val="26"/>
        </w:rPr>
        <w:t xml:space="preserve"> </w:t>
      </w:r>
      <w:r w:rsidRPr="002F751A">
        <w:rPr>
          <w:b w:val="0"/>
          <w:color w:val="000000" w:themeColor="text1"/>
          <w:szCs w:val="26"/>
          <w:rtl/>
        </w:rPr>
        <w:t>بر</w:t>
      </w:r>
      <w:r w:rsidRPr="002F751A">
        <w:rPr>
          <w:b w:val="0"/>
          <w:color w:val="000000" w:themeColor="text1"/>
          <w:szCs w:val="26"/>
        </w:rPr>
        <w:t xml:space="preserve"> </w:t>
      </w:r>
      <w:r w:rsidRPr="002F751A">
        <w:rPr>
          <w:b w:val="0"/>
          <w:color w:val="000000" w:themeColor="text1"/>
          <w:szCs w:val="26"/>
          <w:rtl/>
        </w:rPr>
        <w:t>واهی</w:t>
      </w:r>
      <w:r w:rsidRPr="002F751A">
        <w:rPr>
          <w:b w:val="0"/>
          <w:color w:val="000000" w:themeColor="text1"/>
          <w:szCs w:val="26"/>
        </w:rPr>
        <w:t xml:space="preserve"> </w:t>
      </w:r>
      <w:r w:rsidRPr="002F751A">
        <w:rPr>
          <w:b w:val="0"/>
          <w:color w:val="000000" w:themeColor="text1"/>
          <w:szCs w:val="26"/>
          <w:rtl/>
        </w:rPr>
        <w:t>بودن</w:t>
      </w:r>
      <w:r w:rsidRPr="002F751A">
        <w:rPr>
          <w:b w:val="0"/>
          <w:color w:val="000000" w:themeColor="text1"/>
          <w:szCs w:val="26"/>
        </w:rPr>
        <w:t xml:space="preserve"> </w:t>
      </w:r>
      <w:r w:rsidRPr="002F751A">
        <w:rPr>
          <w:b w:val="0"/>
          <w:color w:val="000000" w:themeColor="text1"/>
          <w:szCs w:val="26"/>
          <w:rtl/>
        </w:rPr>
        <w:t>دعوای</w:t>
      </w:r>
      <w:r w:rsidRPr="002F751A">
        <w:rPr>
          <w:b w:val="0"/>
          <w:color w:val="000000" w:themeColor="text1"/>
          <w:szCs w:val="26"/>
        </w:rPr>
        <w:t xml:space="preserve"> </w:t>
      </w:r>
      <w:r w:rsidRPr="002F751A">
        <w:rPr>
          <w:b w:val="0"/>
          <w:color w:val="000000" w:themeColor="text1"/>
          <w:szCs w:val="26"/>
          <w:rtl/>
        </w:rPr>
        <w:t>او</w:t>
      </w:r>
      <w:r w:rsidRPr="002F751A">
        <w:rPr>
          <w:b w:val="0"/>
          <w:color w:val="000000" w:themeColor="text1"/>
          <w:szCs w:val="26"/>
        </w:rPr>
        <w:t xml:space="preserve"> </w:t>
      </w:r>
      <w:r w:rsidRPr="002F751A">
        <w:rPr>
          <w:b w:val="0"/>
          <w:color w:val="000000" w:themeColor="text1"/>
          <w:szCs w:val="26"/>
          <w:rtl/>
        </w:rPr>
        <w:t>نیست</w:t>
      </w:r>
      <w:r w:rsidRPr="002F751A">
        <w:rPr>
          <w:b w:val="0"/>
          <w:color w:val="000000" w:themeColor="text1"/>
          <w:szCs w:val="26"/>
        </w:rPr>
        <w:t xml:space="preserve">. </w:t>
      </w:r>
      <w:r w:rsidRPr="002F751A">
        <w:rPr>
          <w:b w:val="0"/>
          <w:color w:val="000000" w:themeColor="text1"/>
          <w:szCs w:val="26"/>
          <w:rtl/>
        </w:rPr>
        <w:t>همین</w:t>
      </w:r>
      <w:r w:rsidRPr="002F751A">
        <w:rPr>
          <w:b w:val="0"/>
          <w:color w:val="000000" w:themeColor="text1"/>
          <w:szCs w:val="26"/>
        </w:rPr>
        <w:t xml:space="preserve"> </w:t>
      </w:r>
      <w:r w:rsidRPr="002F751A">
        <w:rPr>
          <w:b w:val="0"/>
          <w:color w:val="000000" w:themeColor="text1"/>
          <w:szCs w:val="26"/>
          <w:rtl/>
        </w:rPr>
        <w:t>منطق</w:t>
      </w:r>
      <w:r w:rsidRPr="002F751A">
        <w:rPr>
          <w:b w:val="0"/>
          <w:color w:val="000000" w:themeColor="text1"/>
          <w:szCs w:val="26"/>
        </w:rPr>
        <w:t xml:space="preserve"> </w:t>
      </w:r>
      <w:r w:rsidRPr="002F751A">
        <w:rPr>
          <w:b w:val="0"/>
          <w:color w:val="000000" w:themeColor="text1"/>
          <w:szCs w:val="26"/>
          <w:rtl/>
        </w:rPr>
        <w:t>با</w:t>
      </w:r>
      <w:r w:rsidRPr="002F751A">
        <w:rPr>
          <w:b w:val="0"/>
          <w:color w:val="000000" w:themeColor="text1"/>
          <w:szCs w:val="26"/>
        </w:rPr>
        <w:t xml:space="preserve"> </w:t>
      </w:r>
      <w:r w:rsidRPr="002F751A">
        <w:rPr>
          <w:b w:val="0"/>
          <w:color w:val="000000" w:themeColor="text1"/>
          <w:szCs w:val="26"/>
          <w:rtl/>
        </w:rPr>
        <w:t>قوت</w:t>
      </w:r>
      <w:r w:rsidRPr="002F751A">
        <w:rPr>
          <w:b w:val="0"/>
          <w:color w:val="000000" w:themeColor="text1"/>
          <w:szCs w:val="26"/>
        </w:rPr>
        <w:t xml:space="preserve"> </w:t>
      </w:r>
      <w:r w:rsidRPr="002F751A">
        <w:rPr>
          <w:b w:val="0"/>
          <w:color w:val="000000" w:themeColor="text1"/>
          <w:szCs w:val="26"/>
          <w:rtl/>
        </w:rPr>
        <w:t>بیشتر</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امور</w:t>
      </w:r>
      <w:r w:rsidRPr="002F751A">
        <w:rPr>
          <w:b w:val="0"/>
          <w:color w:val="000000" w:themeColor="text1"/>
          <w:szCs w:val="26"/>
        </w:rPr>
        <w:t xml:space="preserve"> </w:t>
      </w:r>
      <w:r w:rsidRPr="002F751A">
        <w:rPr>
          <w:b w:val="0"/>
          <w:color w:val="000000" w:themeColor="text1"/>
          <w:szCs w:val="26"/>
          <w:rtl/>
        </w:rPr>
        <w:t>کیفری</w:t>
      </w:r>
      <w:r w:rsidRPr="002F751A">
        <w:rPr>
          <w:b w:val="0"/>
          <w:color w:val="000000" w:themeColor="text1"/>
          <w:szCs w:val="26"/>
        </w:rPr>
        <w:t xml:space="preserve"> </w:t>
      </w:r>
      <w:r w:rsidRPr="002F751A">
        <w:rPr>
          <w:b w:val="0"/>
          <w:color w:val="000000" w:themeColor="text1"/>
          <w:szCs w:val="26"/>
          <w:rtl/>
        </w:rPr>
        <w:t>جاری</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b w:val="0"/>
          <w:color w:val="000000" w:themeColor="text1"/>
          <w:szCs w:val="26"/>
          <w:rtl/>
        </w:rPr>
        <w:t>زیرا</w:t>
      </w:r>
      <w:r w:rsidRPr="002F751A">
        <w:rPr>
          <w:b w:val="0"/>
          <w:color w:val="000000" w:themeColor="text1"/>
          <w:szCs w:val="26"/>
        </w:rPr>
        <w:t xml:space="preserve"> </w:t>
      </w:r>
      <w:r w:rsidRPr="002F751A">
        <w:rPr>
          <w:b w:val="0"/>
          <w:color w:val="000000" w:themeColor="text1"/>
          <w:szCs w:val="26"/>
          <w:rtl/>
        </w:rPr>
        <w:t>اثبات</w:t>
      </w:r>
      <w:r w:rsidRPr="002F751A">
        <w:rPr>
          <w:b w:val="0"/>
          <w:color w:val="000000" w:themeColor="text1"/>
          <w:szCs w:val="26"/>
        </w:rPr>
        <w:t xml:space="preserve"> </w:t>
      </w:r>
      <w:r w:rsidRPr="002F751A">
        <w:rPr>
          <w:b w:val="0"/>
          <w:color w:val="000000" w:themeColor="text1"/>
          <w:szCs w:val="26"/>
          <w:rtl/>
        </w:rPr>
        <w:t>جرم</w:t>
      </w:r>
      <w:r w:rsidRPr="002F751A">
        <w:rPr>
          <w:b w:val="0"/>
          <w:color w:val="000000" w:themeColor="text1"/>
          <w:szCs w:val="26"/>
        </w:rPr>
        <w:t xml:space="preserve"> </w:t>
      </w:r>
      <w:r w:rsidRPr="002F751A">
        <w:rPr>
          <w:b w:val="0"/>
          <w:color w:val="000000" w:themeColor="text1"/>
          <w:szCs w:val="26"/>
          <w:rtl/>
        </w:rPr>
        <w:t>تابع</w:t>
      </w:r>
      <w:r w:rsidRPr="002F751A">
        <w:rPr>
          <w:b w:val="0"/>
          <w:color w:val="000000" w:themeColor="text1"/>
          <w:szCs w:val="26"/>
        </w:rPr>
        <w:t xml:space="preserve"> </w:t>
      </w:r>
      <w:r w:rsidRPr="002F751A">
        <w:rPr>
          <w:b w:val="0"/>
          <w:color w:val="000000" w:themeColor="text1"/>
          <w:szCs w:val="26"/>
          <w:rtl/>
        </w:rPr>
        <w:t>استانداردهای</w:t>
      </w:r>
      <w:r w:rsidRPr="002F751A">
        <w:rPr>
          <w:b w:val="0"/>
          <w:color w:val="000000" w:themeColor="text1"/>
          <w:szCs w:val="26"/>
        </w:rPr>
        <w:t xml:space="preserve"> </w:t>
      </w:r>
      <w:r w:rsidRPr="002F751A">
        <w:rPr>
          <w:b w:val="0"/>
          <w:color w:val="000000" w:themeColor="text1"/>
          <w:szCs w:val="26"/>
          <w:rtl/>
        </w:rPr>
        <w:t>ویژه</w:t>
      </w:r>
      <w:r w:rsidRPr="002F751A">
        <w:rPr>
          <w:b w:val="0"/>
          <w:color w:val="000000" w:themeColor="text1"/>
          <w:szCs w:val="26"/>
        </w:rPr>
        <w:t xml:space="preserve"> </w:t>
      </w:r>
      <w:r w:rsidRPr="002F751A">
        <w:rPr>
          <w:b w:val="0"/>
          <w:color w:val="000000" w:themeColor="text1"/>
          <w:szCs w:val="26"/>
          <w:rtl/>
        </w:rPr>
        <w:t>و</w:t>
      </w:r>
      <w:r w:rsidRPr="002F751A">
        <w:rPr>
          <w:b w:val="0"/>
          <w:color w:val="000000" w:themeColor="text1"/>
          <w:szCs w:val="26"/>
        </w:rPr>
        <w:t xml:space="preserve"> </w:t>
      </w:r>
      <w:r w:rsidRPr="002F751A">
        <w:rPr>
          <w:b w:val="0"/>
          <w:color w:val="000000" w:themeColor="text1"/>
          <w:szCs w:val="26"/>
          <w:rtl/>
        </w:rPr>
        <w:t>اصل</w:t>
      </w:r>
      <w:r w:rsidRPr="002F751A">
        <w:rPr>
          <w:b w:val="0"/>
          <w:color w:val="000000" w:themeColor="text1"/>
          <w:szCs w:val="26"/>
        </w:rPr>
        <w:t xml:space="preserve"> </w:t>
      </w:r>
      <w:r w:rsidRPr="002F751A">
        <w:rPr>
          <w:b w:val="0"/>
          <w:color w:val="000000" w:themeColor="text1"/>
          <w:szCs w:val="26"/>
          <w:rtl/>
        </w:rPr>
        <w:t>برائت</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b w:val="0"/>
          <w:color w:val="000000" w:themeColor="text1"/>
          <w:szCs w:val="26"/>
          <w:rtl/>
        </w:rPr>
        <w:t>و</w:t>
      </w:r>
      <w:r w:rsidRPr="002F751A">
        <w:rPr>
          <w:b w:val="0"/>
          <w:color w:val="000000" w:themeColor="text1"/>
          <w:szCs w:val="26"/>
        </w:rPr>
        <w:t xml:space="preserve"> </w:t>
      </w:r>
      <w:r w:rsidRPr="002F751A">
        <w:rPr>
          <w:b w:val="0"/>
          <w:color w:val="000000" w:themeColor="text1"/>
          <w:szCs w:val="26"/>
          <w:rtl/>
        </w:rPr>
        <w:t>عدم</w:t>
      </w:r>
      <w:r w:rsidRPr="002F751A">
        <w:rPr>
          <w:b w:val="0"/>
          <w:color w:val="000000" w:themeColor="text1"/>
          <w:szCs w:val="26"/>
        </w:rPr>
        <w:t xml:space="preserve"> </w:t>
      </w:r>
      <w:r w:rsidRPr="002F751A">
        <w:rPr>
          <w:b w:val="0"/>
          <w:color w:val="000000" w:themeColor="text1"/>
          <w:szCs w:val="26"/>
          <w:rtl/>
        </w:rPr>
        <w:t>کفایت</w:t>
      </w:r>
      <w:r w:rsidRPr="002F751A">
        <w:rPr>
          <w:b w:val="0"/>
          <w:color w:val="000000" w:themeColor="text1"/>
          <w:szCs w:val="26"/>
        </w:rPr>
        <w:t xml:space="preserve"> </w:t>
      </w:r>
      <w:r w:rsidRPr="002F751A">
        <w:rPr>
          <w:b w:val="0"/>
          <w:color w:val="000000" w:themeColor="text1"/>
          <w:szCs w:val="26"/>
          <w:rtl/>
        </w:rPr>
        <w:t>دلیل</w:t>
      </w:r>
      <w:r w:rsidRPr="002F751A">
        <w:rPr>
          <w:b w:val="0"/>
          <w:color w:val="000000" w:themeColor="text1"/>
          <w:szCs w:val="26"/>
        </w:rPr>
        <w:t xml:space="preserve"> </w:t>
      </w:r>
      <w:r w:rsidRPr="002F751A">
        <w:rPr>
          <w:b w:val="0"/>
          <w:color w:val="000000" w:themeColor="text1"/>
          <w:szCs w:val="26"/>
          <w:rtl/>
        </w:rPr>
        <w:t>می</w:t>
      </w:r>
      <w:r w:rsidRPr="002F751A">
        <w:rPr>
          <w:b w:val="0"/>
          <w:color w:val="000000" w:themeColor="text1"/>
          <w:szCs w:val="26"/>
        </w:rPr>
        <w:t>‌</w:t>
      </w:r>
      <w:r w:rsidRPr="002F751A">
        <w:rPr>
          <w:b w:val="0"/>
          <w:color w:val="000000" w:themeColor="text1"/>
          <w:szCs w:val="26"/>
          <w:rtl/>
        </w:rPr>
        <w:t>تواند</w:t>
      </w:r>
      <w:r w:rsidRPr="002F751A">
        <w:rPr>
          <w:b w:val="0"/>
          <w:color w:val="000000" w:themeColor="text1"/>
          <w:szCs w:val="26"/>
        </w:rPr>
        <w:t xml:space="preserve"> </w:t>
      </w:r>
      <w:r w:rsidRPr="002F751A">
        <w:rPr>
          <w:b w:val="0"/>
          <w:color w:val="000000" w:themeColor="text1"/>
          <w:szCs w:val="26"/>
          <w:rtl/>
        </w:rPr>
        <w:t>بدون</w:t>
      </w:r>
      <w:r w:rsidRPr="002F751A">
        <w:rPr>
          <w:b w:val="0"/>
          <w:color w:val="000000" w:themeColor="text1"/>
          <w:szCs w:val="26"/>
        </w:rPr>
        <w:t xml:space="preserve"> </w:t>
      </w:r>
      <w:r w:rsidRPr="002F751A">
        <w:rPr>
          <w:b w:val="0"/>
          <w:color w:val="000000" w:themeColor="text1"/>
          <w:szCs w:val="26"/>
          <w:rtl/>
        </w:rPr>
        <w:t>هیچ</w:t>
      </w:r>
      <w:r w:rsidRPr="002F751A">
        <w:rPr>
          <w:b w:val="0"/>
          <w:color w:val="000000" w:themeColor="text1"/>
          <w:szCs w:val="26"/>
        </w:rPr>
        <w:t xml:space="preserve"> </w:t>
      </w:r>
      <w:r w:rsidRPr="002F751A">
        <w:rPr>
          <w:b w:val="0"/>
          <w:color w:val="000000" w:themeColor="text1"/>
          <w:szCs w:val="26"/>
          <w:rtl/>
        </w:rPr>
        <w:t>دروغی</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سوی</w:t>
      </w:r>
      <w:r w:rsidRPr="002F751A">
        <w:rPr>
          <w:b w:val="0"/>
          <w:color w:val="000000" w:themeColor="text1"/>
          <w:szCs w:val="26"/>
        </w:rPr>
        <w:t xml:space="preserve"> </w:t>
      </w:r>
      <w:r w:rsidRPr="002F751A">
        <w:rPr>
          <w:b w:val="0"/>
          <w:color w:val="000000" w:themeColor="text1"/>
          <w:szCs w:val="26"/>
          <w:rtl/>
        </w:rPr>
        <w:t>شاکی</w:t>
      </w:r>
      <w:r w:rsidRPr="002F751A">
        <w:rPr>
          <w:b w:val="0"/>
          <w:color w:val="000000" w:themeColor="text1"/>
          <w:szCs w:val="26"/>
        </w:rPr>
        <w:t xml:space="preserve"> </w:t>
      </w:r>
      <w:r w:rsidRPr="002F751A">
        <w:rPr>
          <w:b w:val="0"/>
          <w:color w:val="000000" w:themeColor="text1"/>
          <w:szCs w:val="26"/>
          <w:rtl/>
        </w:rPr>
        <w:t>رخ</w:t>
      </w:r>
      <w:r w:rsidRPr="002F751A">
        <w:rPr>
          <w:b w:val="0"/>
          <w:color w:val="000000" w:themeColor="text1"/>
          <w:szCs w:val="26"/>
        </w:rPr>
        <w:t xml:space="preserve"> </w:t>
      </w:r>
      <w:r w:rsidRPr="002F751A">
        <w:rPr>
          <w:b w:val="0"/>
          <w:color w:val="000000" w:themeColor="text1"/>
          <w:szCs w:val="26"/>
          <w:rtl/>
        </w:rPr>
        <w:t>دهد</w:t>
      </w:r>
      <w:r w:rsidRPr="002F751A">
        <w:rPr>
          <w:b w:val="0"/>
          <w:color w:val="000000" w:themeColor="text1"/>
          <w:szCs w:val="26"/>
        </w:rPr>
        <w:t>.</w:t>
      </w:r>
    </w:p>
    <w:p w14:paraId="333CDBA9" w14:textId="77777777" w:rsidR="009F417E" w:rsidRPr="002F751A" w:rsidRDefault="00FE2DB4" w:rsidP="002F751A">
      <w:pPr>
        <w:pStyle w:val="SubFA"/>
        <w:keepNext/>
        <w:bidi/>
        <w:rPr>
          <w:b w:val="0"/>
          <w:color w:val="000000" w:themeColor="text1"/>
          <w:szCs w:val="26"/>
        </w:rPr>
      </w:pPr>
      <w:r w:rsidRPr="002F751A">
        <w:rPr>
          <w:b w:val="0"/>
          <w:color w:val="000000" w:themeColor="text1"/>
          <w:szCs w:val="26"/>
          <w:rtl/>
        </w:rPr>
        <w:t>پس</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صدور</w:t>
      </w:r>
      <w:r w:rsidRPr="002F751A">
        <w:rPr>
          <w:b w:val="0"/>
          <w:color w:val="000000" w:themeColor="text1"/>
          <w:szCs w:val="26"/>
        </w:rPr>
        <w:t xml:space="preserve"> </w:t>
      </w:r>
      <w:r w:rsidRPr="002F751A">
        <w:rPr>
          <w:b w:val="0"/>
          <w:color w:val="000000" w:themeColor="text1"/>
          <w:szCs w:val="26"/>
          <w:rtl/>
        </w:rPr>
        <w:t>قرار</w:t>
      </w:r>
      <w:r w:rsidRPr="002F751A">
        <w:rPr>
          <w:b w:val="0"/>
          <w:color w:val="000000" w:themeColor="text1"/>
          <w:szCs w:val="26"/>
        </w:rPr>
        <w:t xml:space="preserve"> </w:t>
      </w:r>
      <w:r w:rsidRPr="002F751A">
        <w:rPr>
          <w:b w:val="0"/>
          <w:color w:val="000000" w:themeColor="text1"/>
          <w:szCs w:val="26"/>
          <w:rtl/>
        </w:rPr>
        <w:t>منع</w:t>
      </w:r>
      <w:r w:rsidRPr="002F751A">
        <w:rPr>
          <w:b w:val="0"/>
          <w:color w:val="000000" w:themeColor="text1"/>
          <w:szCs w:val="26"/>
        </w:rPr>
        <w:t xml:space="preserve"> </w:t>
      </w:r>
      <w:r w:rsidRPr="002F751A">
        <w:rPr>
          <w:b w:val="0"/>
          <w:color w:val="000000" w:themeColor="text1"/>
          <w:szCs w:val="26"/>
          <w:rtl/>
        </w:rPr>
        <w:t>تعقیب</w:t>
      </w:r>
      <w:r w:rsidRPr="002F751A">
        <w:rPr>
          <w:b w:val="0"/>
          <w:color w:val="000000" w:themeColor="text1"/>
          <w:szCs w:val="26"/>
        </w:rPr>
        <w:t xml:space="preserve"> </w:t>
      </w:r>
      <w:r w:rsidRPr="002F751A">
        <w:rPr>
          <w:b w:val="0"/>
          <w:color w:val="000000" w:themeColor="text1"/>
          <w:szCs w:val="26"/>
          <w:rtl/>
        </w:rPr>
        <w:t>یا</w:t>
      </w:r>
      <w:r w:rsidRPr="002F751A">
        <w:rPr>
          <w:b w:val="0"/>
          <w:color w:val="000000" w:themeColor="text1"/>
          <w:szCs w:val="26"/>
        </w:rPr>
        <w:t xml:space="preserve"> </w:t>
      </w:r>
      <w:r w:rsidRPr="002F751A">
        <w:rPr>
          <w:b w:val="0"/>
          <w:color w:val="000000" w:themeColor="text1"/>
          <w:szCs w:val="26"/>
          <w:rtl/>
        </w:rPr>
        <w:t>حکم</w:t>
      </w:r>
      <w:r w:rsidRPr="002F751A">
        <w:rPr>
          <w:b w:val="0"/>
          <w:color w:val="000000" w:themeColor="text1"/>
          <w:szCs w:val="26"/>
        </w:rPr>
        <w:t xml:space="preserve"> </w:t>
      </w:r>
      <w:r w:rsidRPr="002F751A">
        <w:rPr>
          <w:b w:val="0"/>
          <w:color w:val="000000" w:themeColor="text1"/>
          <w:szCs w:val="26"/>
          <w:rtl/>
        </w:rPr>
        <w:t>برائت،</w:t>
      </w:r>
      <w:r w:rsidRPr="002F751A">
        <w:rPr>
          <w:b w:val="0"/>
          <w:color w:val="000000" w:themeColor="text1"/>
          <w:szCs w:val="26"/>
        </w:rPr>
        <w:t xml:space="preserve"> </w:t>
      </w:r>
      <w:r w:rsidRPr="002F751A">
        <w:rPr>
          <w:b w:val="0"/>
          <w:color w:val="000000" w:themeColor="text1"/>
          <w:szCs w:val="26"/>
          <w:rtl/>
        </w:rPr>
        <w:t>برای</w:t>
      </w:r>
      <w:r w:rsidRPr="002F751A">
        <w:rPr>
          <w:b w:val="0"/>
          <w:color w:val="000000" w:themeColor="text1"/>
          <w:szCs w:val="26"/>
        </w:rPr>
        <w:t xml:space="preserve"> </w:t>
      </w:r>
      <w:r w:rsidRPr="002F751A">
        <w:rPr>
          <w:b w:val="0"/>
          <w:color w:val="000000" w:themeColor="text1"/>
          <w:szCs w:val="26"/>
          <w:rtl/>
        </w:rPr>
        <w:t>مسئول</w:t>
      </w:r>
      <w:r w:rsidRPr="002F751A">
        <w:rPr>
          <w:b w:val="0"/>
          <w:color w:val="000000" w:themeColor="text1"/>
          <w:szCs w:val="26"/>
        </w:rPr>
        <w:t xml:space="preserve"> </w:t>
      </w:r>
      <w:r w:rsidRPr="002F751A">
        <w:rPr>
          <w:b w:val="0"/>
          <w:color w:val="000000" w:themeColor="text1"/>
          <w:szCs w:val="26"/>
          <w:rtl/>
        </w:rPr>
        <w:t>شناختن</w:t>
      </w:r>
      <w:r w:rsidRPr="002F751A">
        <w:rPr>
          <w:b w:val="0"/>
          <w:color w:val="000000" w:themeColor="text1"/>
          <w:szCs w:val="26"/>
        </w:rPr>
        <w:t xml:space="preserve"> </w:t>
      </w:r>
      <w:r w:rsidRPr="002F751A">
        <w:rPr>
          <w:b w:val="0"/>
          <w:color w:val="000000" w:themeColor="text1"/>
          <w:szCs w:val="26"/>
          <w:rtl/>
        </w:rPr>
        <w:t>شاکی</w:t>
      </w:r>
      <w:r w:rsidRPr="002F751A">
        <w:rPr>
          <w:b w:val="0"/>
          <w:color w:val="000000" w:themeColor="text1"/>
          <w:szCs w:val="26"/>
        </w:rPr>
        <w:t xml:space="preserve"> </w:t>
      </w:r>
      <w:r w:rsidRPr="002F751A">
        <w:rPr>
          <w:b w:val="0"/>
          <w:color w:val="000000" w:themeColor="text1"/>
          <w:szCs w:val="26"/>
          <w:rtl/>
        </w:rPr>
        <w:t>باید</w:t>
      </w:r>
      <w:r w:rsidRPr="002F751A">
        <w:rPr>
          <w:b w:val="0"/>
          <w:color w:val="000000" w:themeColor="text1"/>
          <w:szCs w:val="26"/>
        </w:rPr>
        <w:t xml:space="preserve"> </w:t>
      </w:r>
      <w:r w:rsidRPr="002F751A">
        <w:rPr>
          <w:b w:val="0"/>
          <w:color w:val="000000" w:themeColor="text1"/>
          <w:szCs w:val="26"/>
          <w:rtl/>
        </w:rPr>
        <w:t>یک</w:t>
      </w:r>
      <w:r w:rsidRPr="002F751A">
        <w:rPr>
          <w:b w:val="0"/>
          <w:color w:val="000000" w:themeColor="text1"/>
          <w:szCs w:val="26"/>
        </w:rPr>
        <w:t xml:space="preserve"> </w:t>
      </w:r>
      <w:r w:rsidRPr="002F751A">
        <w:rPr>
          <w:b w:val="0"/>
          <w:color w:val="000000" w:themeColor="text1"/>
          <w:szCs w:val="26"/>
          <w:rtl/>
        </w:rPr>
        <w:t>مرحله</w:t>
      </w:r>
      <w:r w:rsidRPr="002F751A">
        <w:rPr>
          <w:b w:val="0"/>
          <w:color w:val="000000" w:themeColor="text1"/>
          <w:szCs w:val="26"/>
        </w:rPr>
        <w:t xml:space="preserve"> </w:t>
      </w:r>
      <w:r w:rsidRPr="002F751A">
        <w:rPr>
          <w:b w:val="0"/>
          <w:color w:val="000000" w:themeColor="text1"/>
          <w:szCs w:val="26"/>
          <w:rtl/>
        </w:rPr>
        <w:t>استدلال</w:t>
      </w:r>
      <w:r w:rsidRPr="002F751A">
        <w:rPr>
          <w:b w:val="0"/>
          <w:color w:val="000000" w:themeColor="text1"/>
          <w:szCs w:val="26"/>
        </w:rPr>
        <w:t xml:space="preserve"> </w:t>
      </w:r>
      <w:r w:rsidRPr="002F751A">
        <w:rPr>
          <w:b w:val="0"/>
          <w:color w:val="000000" w:themeColor="text1"/>
          <w:szCs w:val="26"/>
          <w:rtl/>
        </w:rPr>
        <w:t>مستقل</w:t>
      </w:r>
      <w:r w:rsidRPr="002F751A">
        <w:rPr>
          <w:b w:val="0"/>
          <w:color w:val="000000" w:themeColor="text1"/>
          <w:szCs w:val="26"/>
        </w:rPr>
        <w:t xml:space="preserve"> </w:t>
      </w:r>
      <w:r w:rsidRPr="002F751A">
        <w:rPr>
          <w:b w:val="0"/>
          <w:color w:val="000000" w:themeColor="text1"/>
          <w:szCs w:val="26"/>
          <w:rtl/>
        </w:rPr>
        <w:t>طی</w:t>
      </w:r>
      <w:r w:rsidRPr="002F751A">
        <w:rPr>
          <w:b w:val="0"/>
          <w:color w:val="000000" w:themeColor="text1"/>
          <w:szCs w:val="26"/>
        </w:rPr>
        <w:t xml:space="preserve"> </w:t>
      </w:r>
      <w:r w:rsidRPr="002F751A">
        <w:rPr>
          <w:b w:val="0"/>
          <w:color w:val="000000" w:themeColor="text1"/>
          <w:szCs w:val="26"/>
          <w:rtl/>
        </w:rPr>
        <w:t>شود</w:t>
      </w:r>
      <w:r w:rsidRPr="002F751A">
        <w:rPr>
          <w:b w:val="0"/>
          <w:color w:val="000000" w:themeColor="text1"/>
          <w:szCs w:val="26"/>
        </w:rPr>
        <w:t xml:space="preserve">. </w:t>
      </w:r>
      <w:r w:rsidRPr="002F751A">
        <w:rPr>
          <w:b w:val="0"/>
          <w:color w:val="000000" w:themeColor="text1"/>
          <w:szCs w:val="26"/>
          <w:rtl/>
        </w:rPr>
        <w:t>پرسش</w:t>
      </w:r>
      <w:r w:rsidRPr="002F751A">
        <w:rPr>
          <w:b w:val="0"/>
          <w:color w:val="000000" w:themeColor="text1"/>
          <w:szCs w:val="26"/>
        </w:rPr>
        <w:t xml:space="preserve"> </w:t>
      </w:r>
      <w:r w:rsidRPr="002F751A">
        <w:rPr>
          <w:b w:val="0"/>
          <w:color w:val="000000" w:themeColor="text1"/>
          <w:szCs w:val="26"/>
          <w:rtl/>
        </w:rPr>
        <w:t>باید</w:t>
      </w:r>
      <w:r w:rsidRPr="002F751A">
        <w:rPr>
          <w:b w:val="0"/>
          <w:color w:val="000000" w:themeColor="text1"/>
          <w:szCs w:val="26"/>
        </w:rPr>
        <w:t xml:space="preserve"> </w:t>
      </w:r>
      <w:r w:rsidRPr="002F751A">
        <w:rPr>
          <w:b w:val="0"/>
          <w:color w:val="000000" w:themeColor="text1"/>
          <w:szCs w:val="26"/>
          <w:rtl/>
        </w:rPr>
        <w:t>این</w:t>
      </w:r>
      <w:r w:rsidRPr="002F751A">
        <w:rPr>
          <w:b w:val="0"/>
          <w:color w:val="000000" w:themeColor="text1"/>
          <w:szCs w:val="26"/>
        </w:rPr>
        <w:t xml:space="preserve"> </w:t>
      </w:r>
      <w:r w:rsidRPr="002F751A">
        <w:rPr>
          <w:b w:val="0"/>
          <w:color w:val="000000" w:themeColor="text1"/>
          <w:szCs w:val="26"/>
          <w:rtl/>
        </w:rPr>
        <w:t>باشد</w:t>
      </w:r>
      <w:r w:rsidRPr="002F751A">
        <w:rPr>
          <w:b w:val="0"/>
          <w:color w:val="000000" w:themeColor="text1"/>
          <w:szCs w:val="26"/>
        </w:rPr>
        <w:t xml:space="preserve"> </w:t>
      </w:r>
      <w:r w:rsidRPr="002F751A">
        <w:rPr>
          <w:b w:val="0"/>
          <w:color w:val="000000" w:themeColor="text1"/>
          <w:szCs w:val="26"/>
          <w:rtl/>
        </w:rPr>
        <w:t>که</w:t>
      </w:r>
      <w:r w:rsidRPr="002F751A">
        <w:rPr>
          <w:b w:val="0"/>
          <w:color w:val="000000" w:themeColor="text1"/>
          <w:szCs w:val="26"/>
        </w:rPr>
        <w:t xml:space="preserve"> </w:t>
      </w:r>
      <w:r w:rsidRPr="002F751A">
        <w:rPr>
          <w:b w:val="0"/>
          <w:color w:val="000000" w:themeColor="text1"/>
          <w:szCs w:val="26"/>
          <w:rtl/>
        </w:rPr>
        <w:t>آیا</w:t>
      </w:r>
      <w:r w:rsidRPr="002F751A">
        <w:rPr>
          <w:b w:val="0"/>
          <w:color w:val="000000" w:themeColor="text1"/>
          <w:szCs w:val="26"/>
        </w:rPr>
        <w:t xml:space="preserve"> </w:t>
      </w:r>
      <w:r w:rsidRPr="002F751A">
        <w:rPr>
          <w:b w:val="0"/>
          <w:color w:val="000000" w:themeColor="text1"/>
          <w:szCs w:val="26"/>
          <w:rtl/>
        </w:rPr>
        <w:t>هنگام</w:t>
      </w:r>
      <w:r w:rsidRPr="002F751A">
        <w:rPr>
          <w:b w:val="0"/>
          <w:color w:val="000000" w:themeColor="text1"/>
          <w:szCs w:val="26"/>
        </w:rPr>
        <w:t xml:space="preserve"> </w:t>
      </w:r>
      <w:r w:rsidRPr="002F751A">
        <w:rPr>
          <w:b w:val="0"/>
          <w:color w:val="000000" w:themeColor="text1"/>
          <w:szCs w:val="26"/>
          <w:rtl/>
        </w:rPr>
        <w:t>طرح</w:t>
      </w:r>
      <w:r w:rsidRPr="002F751A">
        <w:rPr>
          <w:b w:val="0"/>
          <w:color w:val="000000" w:themeColor="text1"/>
          <w:szCs w:val="26"/>
        </w:rPr>
        <w:t xml:space="preserve"> </w:t>
      </w:r>
      <w:r w:rsidRPr="002F751A">
        <w:rPr>
          <w:b w:val="0"/>
          <w:color w:val="000000" w:themeColor="text1"/>
          <w:szCs w:val="26"/>
          <w:rtl/>
        </w:rPr>
        <w:t>شکایت،</w:t>
      </w:r>
      <w:r w:rsidRPr="002F751A">
        <w:rPr>
          <w:b w:val="0"/>
          <w:color w:val="000000" w:themeColor="text1"/>
          <w:szCs w:val="26"/>
        </w:rPr>
        <w:t xml:space="preserve"> </w:t>
      </w:r>
      <w:r w:rsidRPr="002F751A">
        <w:rPr>
          <w:b w:val="0"/>
          <w:color w:val="000000" w:themeColor="text1"/>
          <w:szCs w:val="26"/>
          <w:rtl/>
        </w:rPr>
        <w:t>او</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کذب</w:t>
      </w:r>
      <w:r w:rsidRPr="002F751A">
        <w:rPr>
          <w:b w:val="0"/>
          <w:color w:val="000000" w:themeColor="text1"/>
          <w:szCs w:val="26"/>
        </w:rPr>
        <w:t xml:space="preserve"> </w:t>
      </w:r>
      <w:r w:rsidRPr="002F751A">
        <w:rPr>
          <w:b w:val="0"/>
          <w:color w:val="000000" w:themeColor="text1"/>
          <w:szCs w:val="26"/>
          <w:rtl/>
        </w:rPr>
        <w:t>انتساب</w:t>
      </w:r>
      <w:r w:rsidRPr="002F751A">
        <w:rPr>
          <w:b w:val="0"/>
          <w:color w:val="000000" w:themeColor="text1"/>
          <w:szCs w:val="26"/>
        </w:rPr>
        <w:t xml:space="preserve"> </w:t>
      </w:r>
      <w:r w:rsidRPr="002F751A">
        <w:rPr>
          <w:b w:val="0"/>
          <w:color w:val="000000" w:themeColor="text1"/>
          <w:szCs w:val="26"/>
          <w:rtl/>
        </w:rPr>
        <w:t>آگاه</w:t>
      </w:r>
      <w:r w:rsidRPr="002F751A">
        <w:rPr>
          <w:b w:val="0"/>
          <w:color w:val="000000" w:themeColor="text1"/>
          <w:szCs w:val="26"/>
        </w:rPr>
        <w:t xml:space="preserve"> </w:t>
      </w:r>
      <w:r w:rsidRPr="002F751A">
        <w:rPr>
          <w:b w:val="0"/>
          <w:color w:val="000000" w:themeColor="text1"/>
          <w:szCs w:val="26"/>
          <w:rtl/>
        </w:rPr>
        <w:t>بوده</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b w:val="0"/>
          <w:color w:val="000000" w:themeColor="text1"/>
          <w:szCs w:val="26"/>
          <w:rtl/>
        </w:rPr>
        <w:t>آیا</w:t>
      </w:r>
      <w:r w:rsidRPr="002F751A">
        <w:rPr>
          <w:b w:val="0"/>
          <w:color w:val="000000" w:themeColor="text1"/>
          <w:szCs w:val="26"/>
        </w:rPr>
        <w:t xml:space="preserve"> </w:t>
      </w:r>
      <w:r w:rsidRPr="002F751A">
        <w:rPr>
          <w:b w:val="0"/>
          <w:color w:val="000000" w:themeColor="text1"/>
          <w:szCs w:val="26"/>
          <w:rtl/>
        </w:rPr>
        <w:t>دلیل</w:t>
      </w:r>
      <w:r w:rsidRPr="002F751A">
        <w:rPr>
          <w:b w:val="0"/>
          <w:color w:val="000000" w:themeColor="text1"/>
          <w:szCs w:val="26"/>
        </w:rPr>
        <w:t xml:space="preserve"> </w:t>
      </w:r>
      <w:r w:rsidRPr="002F751A">
        <w:rPr>
          <w:b w:val="0"/>
          <w:color w:val="000000" w:themeColor="text1"/>
          <w:szCs w:val="26"/>
          <w:rtl/>
        </w:rPr>
        <w:t>ساخته</w:t>
      </w:r>
      <w:r w:rsidRPr="002F751A">
        <w:rPr>
          <w:b w:val="0"/>
          <w:color w:val="000000" w:themeColor="text1"/>
          <w:szCs w:val="26"/>
        </w:rPr>
        <w:t xml:space="preserve"> </w:t>
      </w:r>
      <w:r w:rsidRPr="002F751A">
        <w:rPr>
          <w:b w:val="0"/>
          <w:color w:val="000000" w:themeColor="text1"/>
          <w:szCs w:val="26"/>
          <w:rtl/>
        </w:rPr>
        <w:t>یا</w:t>
      </w:r>
      <w:r w:rsidRPr="002F751A">
        <w:rPr>
          <w:b w:val="0"/>
          <w:color w:val="000000" w:themeColor="text1"/>
          <w:szCs w:val="26"/>
        </w:rPr>
        <w:t xml:space="preserve"> </w:t>
      </w:r>
      <w:r w:rsidRPr="002F751A">
        <w:rPr>
          <w:b w:val="0"/>
          <w:color w:val="000000" w:themeColor="text1"/>
          <w:szCs w:val="26"/>
          <w:rtl/>
        </w:rPr>
        <w:t>سند</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تحریف</w:t>
      </w:r>
      <w:r w:rsidRPr="002F751A">
        <w:rPr>
          <w:b w:val="0"/>
          <w:color w:val="000000" w:themeColor="text1"/>
          <w:szCs w:val="26"/>
        </w:rPr>
        <w:t xml:space="preserve"> </w:t>
      </w:r>
      <w:r w:rsidRPr="002F751A">
        <w:rPr>
          <w:b w:val="0"/>
          <w:color w:val="000000" w:themeColor="text1"/>
          <w:szCs w:val="26"/>
          <w:rtl/>
        </w:rPr>
        <w:t>کرده؟</w:t>
      </w:r>
      <w:r w:rsidRPr="002F751A">
        <w:rPr>
          <w:b w:val="0"/>
          <w:color w:val="000000" w:themeColor="text1"/>
          <w:szCs w:val="26"/>
        </w:rPr>
        <w:t xml:space="preserve"> </w:t>
      </w:r>
      <w:r w:rsidRPr="002F751A">
        <w:rPr>
          <w:b w:val="0"/>
          <w:color w:val="000000" w:themeColor="text1"/>
          <w:szCs w:val="26"/>
          <w:rtl/>
        </w:rPr>
        <w:t>آیا</w:t>
      </w:r>
      <w:r w:rsidRPr="002F751A">
        <w:rPr>
          <w:b w:val="0"/>
          <w:color w:val="000000" w:themeColor="text1"/>
          <w:szCs w:val="26"/>
        </w:rPr>
        <w:t xml:space="preserve"> </w:t>
      </w:r>
      <w:r w:rsidRPr="002F751A">
        <w:rPr>
          <w:b w:val="0"/>
          <w:color w:val="000000" w:themeColor="text1"/>
          <w:szCs w:val="26"/>
          <w:rtl/>
        </w:rPr>
        <w:t>واقعه</w:t>
      </w:r>
      <w:r w:rsidRPr="002F751A">
        <w:rPr>
          <w:b w:val="0"/>
          <w:color w:val="000000" w:themeColor="text1"/>
          <w:szCs w:val="26"/>
        </w:rPr>
        <w:t>‌</w:t>
      </w:r>
      <w:r w:rsidRPr="002F751A">
        <w:rPr>
          <w:b w:val="0"/>
          <w:color w:val="000000" w:themeColor="text1"/>
          <w:szCs w:val="26"/>
          <w:rtl/>
        </w:rPr>
        <w:t>ای</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که</w:t>
      </w:r>
      <w:r w:rsidRPr="002F751A">
        <w:rPr>
          <w:b w:val="0"/>
          <w:color w:val="000000" w:themeColor="text1"/>
          <w:szCs w:val="26"/>
        </w:rPr>
        <w:t xml:space="preserve"> </w:t>
      </w:r>
      <w:r w:rsidRPr="002F751A">
        <w:rPr>
          <w:b w:val="0"/>
          <w:color w:val="000000" w:themeColor="text1"/>
          <w:szCs w:val="26"/>
          <w:rtl/>
        </w:rPr>
        <w:t>می</w:t>
      </w:r>
      <w:r w:rsidRPr="002F751A">
        <w:rPr>
          <w:b w:val="0"/>
          <w:color w:val="000000" w:themeColor="text1"/>
          <w:szCs w:val="26"/>
        </w:rPr>
        <w:t>‌</w:t>
      </w:r>
      <w:r w:rsidRPr="002F751A">
        <w:rPr>
          <w:b w:val="0"/>
          <w:color w:val="000000" w:themeColor="text1"/>
          <w:szCs w:val="26"/>
          <w:rtl/>
        </w:rPr>
        <w:t>دانسته</w:t>
      </w:r>
      <w:r w:rsidRPr="002F751A">
        <w:rPr>
          <w:b w:val="0"/>
          <w:color w:val="000000" w:themeColor="text1"/>
          <w:szCs w:val="26"/>
        </w:rPr>
        <w:t xml:space="preserve"> </w:t>
      </w:r>
      <w:r w:rsidRPr="002F751A">
        <w:rPr>
          <w:b w:val="0"/>
          <w:color w:val="000000" w:themeColor="text1"/>
          <w:szCs w:val="26"/>
          <w:rtl/>
        </w:rPr>
        <w:t>صرفاً</w:t>
      </w:r>
      <w:r w:rsidRPr="002F751A">
        <w:rPr>
          <w:b w:val="0"/>
          <w:color w:val="000000" w:themeColor="text1"/>
          <w:szCs w:val="26"/>
        </w:rPr>
        <w:t xml:space="preserve"> </w:t>
      </w:r>
      <w:r w:rsidRPr="002F751A">
        <w:rPr>
          <w:b w:val="0"/>
          <w:color w:val="000000" w:themeColor="text1"/>
          <w:szCs w:val="26"/>
          <w:rtl/>
        </w:rPr>
        <w:t>قراردادی</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b w:val="0"/>
          <w:color w:val="000000" w:themeColor="text1"/>
          <w:szCs w:val="26"/>
          <w:rtl/>
        </w:rPr>
        <w:t>با</w:t>
      </w:r>
      <w:r w:rsidRPr="002F751A">
        <w:rPr>
          <w:b w:val="0"/>
          <w:color w:val="000000" w:themeColor="text1"/>
          <w:szCs w:val="26"/>
        </w:rPr>
        <w:t xml:space="preserve"> </w:t>
      </w:r>
      <w:r w:rsidRPr="002F751A">
        <w:rPr>
          <w:b w:val="0"/>
          <w:color w:val="000000" w:themeColor="text1"/>
          <w:szCs w:val="26"/>
          <w:rtl/>
        </w:rPr>
        <w:t>حذف</w:t>
      </w:r>
      <w:r w:rsidRPr="002F751A">
        <w:rPr>
          <w:b w:val="0"/>
          <w:color w:val="000000" w:themeColor="text1"/>
          <w:szCs w:val="26"/>
        </w:rPr>
        <w:t xml:space="preserve"> </w:t>
      </w:r>
      <w:r w:rsidRPr="002F751A">
        <w:rPr>
          <w:b w:val="0"/>
          <w:color w:val="000000" w:themeColor="text1"/>
          <w:szCs w:val="26"/>
          <w:rtl/>
        </w:rPr>
        <w:t>عمدی</w:t>
      </w:r>
      <w:r w:rsidRPr="002F751A">
        <w:rPr>
          <w:b w:val="0"/>
          <w:color w:val="000000" w:themeColor="text1"/>
          <w:szCs w:val="26"/>
        </w:rPr>
        <w:t xml:space="preserve"> </w:t>
      </w:r>
      <w:r w:rsidRPr="002F751A">
        <w:rPr>
          <w:b w:val="0"/>
          <w:color w:val="000000" w:themeColor="text1"/>
          <w:szCs w:val="26"/>
          <w:rtl/>
        </w:rPr>
        <w:t>عناصر</w:t>
      </w:r>
      <w:r w:rsidRPr="002F751A">
        <w:rPr>
          <w:b w:val="0"/>
          <w:color w:val="000000" w:themeColor="text1"/>
          <w:szCs w:val="26"/>
        </w:rPr>
        <w:t xml:space="preserve"> </w:t>
      </w:r>
      <w:r w:rsidRPr="002F751A">
        <w:rPr>
          <w:b w:val="0"/>
          <w:color w:val="000000" w:themeColor="text1"/>
          <w:szCs w:val="26"/>
          <w:rtl/>
        </w:rPr>
        <w:t>مؤثر،</w:t>
      </w:r>
      <w:r w:rsidRPr="002F751A">
        <w:rPr>
          <w:b w:val="0"/>
          <w:color w:val="000000" w:themeColor="text1"/>
          <w:szCs w:val="26"/>
        </w:rPr>
        <w:t xml:space="preserve"> </w:t>
      </w:r>
      <w:r w:rsidRPr="002F751A">
        <w:rPr>
          <w:b w:val="0"/>
          <w:color w:val="000000" w:themeColor="text1"/>
          <w:szCs w:val="26"/>
          <w:rtl/>
        </w:rPr>
        <w:t>کیفری</w:t>
      </w:r>
      <w:r w:rsidRPr="002F751A">
        <w:rPr>
          <w:b w:val="0"/>
          <w:color w:val="000000" w:themeColor="text1"/>
          <w:szCs w:val="26"/>
        </w:rPr>
        <w:t xml:space="preserve"> </w:t>
      </w:r>
      <w:r w:rsidRPr="002F751A">
        <w:rPr>
          <w:b w:val="0"/>
          <w:color w:val="000000" w:themeColor="text1"/>
          <w:szCs w:val="26"/>
          <w:rtl/>
        </w:rPr>
        <w:t>جلوه</w:t>
      </w:r>
      <w:r w:rsidRPr="002F751A">
        <w:rPr>
          <w:b w:val="0"/>
          <w:color w:val="000000" w:themeColor="text1"/>
          <w:szCs w:val="26"/>
        </w:rPr>
        <w:t xml:space="preserve"> </w:t>
      </w:r>
      <w:r w:rsidRPr="002F751A">
        <w:rPr>
          <w:b w:val="0"/>
          <w:color w:val="000000" w:themeColor="text1"/>
          <w:szCs w:val="26"/>
          <w:rtl/>
        </w:rPr>
        <w:t>داده؟</w:t>
      </w:r>
      <w:r w:rsidRPr="002F751A">
        <w:rPr>
          <w:b w:val="0"/>
          <w:color w:val="000000" w:themeColor="text1"/>
          <w:szCs w:val="26"/>
        </w:rPr>
        <w:t xml:space="preserve"> </w:t>
      </w:r>
      <w:r w:rsidRPr="002F751A">
        <w:rPr>
          <w:b w:val="0"/>
          <w:color w:val="000000" w:themeColor="text1"/>
          <w:szCs w:val="26"/>
          <w:rtl/>
        </w:rPr>
        <w:t>آیا</w:t>
      </w:r>
      <w:r w:rsidRPr="002F751A">
        <w:rPr>
          <w:b w:val="0"/>
          <w:color w:val="000000" w:themeColor="text1"/>
          <w:szCs w:val="26"/>
        </w:rPr>
        <w:t xml:space="preserve"> </w:t>
      </w:r>
      <w:r w:rsidRPr="002F751A">
        <w:rPr>
          <w:b w:val="0"/>
          <w:color w:val="000000" w:themeColor="text1"/>
          <w:szCs w:val="26"/>
          <w:rtl/>
        </w:rPr>
        <w:t>پس</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روشن</w:t>
      </w:r>
      <w:r w:rsidRPr="002F751A">
        <w:rPr>
          <w:b w:val="0"/>
          <w:color w:val="000000" w:themeColor="text1"/>
          <w:szCs w:val="26"/>
        </w:rPr>
        <w:t xml:space="preserve"> </w:t>
      </w:r>
      <w:r w:rsidRPr="002F751A">
        <w:rPr>
          <w:b w:val="0"/>
          <w:color w:val="000000" w:themeColor="text1"/>
          <w:szCs w:val="26"/>
          <w:rtl/>
        </w:rPr>
        <w:t>شدن</w:t>
      </w:r>
      <w:r w:rsidRPr="002F751A">
        <w:rPr>
          <w:b w:val="0"/>
          <w:color w:val="000000" w:themeColor="text1"/>
          <w:szCs w:val="26"/>
        </w:rPr>
        <w:t xml:space="preserve"> </w:t>
      </w:r>
      <w:r w:rsidRPr="002F751A">
        <w:rPr>
          <w:b w:val="0"/>
          <w:color w:val="000000" w:themeColor="text1"/>
          <w:szCs w:val="26"/>
          <w:rtl/>
        </w:rPr>
        <w:t>واقعیت،</w:t>
      </w:r>
      <w:r w:rsidRPr="002F751A">
        <w:rPr>
          <w:b w:val="0"/>
          <w:color w:val="000000" w:themeColor="text1"/>
          <w:szCs w:val="26"/>
        </w:rPr>
        <w:t xml:space="preserve"> </w:t>
      </w:r>
      <w:r w:rsidRPr="002F751A">
        <w:rPr>
          <w:b w:val="0"/>
          <w:color w:val="000000" w:themeColor="text1"/>
          <w:szCs w:val="26"/>
          <w:rtl/>
        </w:rPr>
        <w:t>همان</w:t>
      </w:r>
      <w:r w:rsidRPr="002F751A">
        <w:rPr>
          <w:b w:val="0"/>
          <w:color w:val="000000" w:themeColor="text1"/>
          <w:szCs w:val="26"/>
        </w:rPr>
        <w:t xml:space="preserve"> </w:t>
      </w:r>
      <w:r w:rsidRPr="002F751A">
        <w:rPr>
          <w:b w:val="0"/>
          <w:color w:val="000000" w:themeColor="text1"/>
          <w:szCs w:val="26"/>
          <w:rtl/>
        </w:rPr>
        <w:t>ادعا</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مراجع</w:t>
      </w:r>
      <w:r w:rsidRPr="002F751A">
        <w:rPr>
          <w:b w:val="0"/>
          <w:color w:val="000000" w:themeColor="text1"/>
          <w:szCs w:val="26"/>
        </w:rPr>
        <w:t xml:space="preserve"> </w:t>
      </w:r>
      <w:r w:rsidRPr="002F751A">
        <w:rPr>
          <w:b w:val="0"/>
          <w:color w:val="000000" w:themeColor="text1"/>
          <w:szCs w:val="26"/>
          <w:rtl/>
        </w:rPr>
        <w:t>متعدد</w:t>
      </w:r>
      <w:r w:rsidRPr="002F751A">
        <w:rPr>
          <w:b w:val="0"/>
          <w:color w:val="000000" w:themeColor="text1"/>
          <w:szCs w:val="26"/>
        </w:rPr>
        <w:t xml:space="preserve"> </w:t>
      </w:r>
      <w:r w:rsidRPr="002F751A">
        <w:rPr>
          <w:b w:val="0"/>
          <w:color w:val="000000" w:themeColor="text1"/>
          <w:szCs w:val="26"/>
          <w:rtl/>
        </w:rPr>
        <w:t>با</w:t>
      </w:r>
      <w:r w:rsidRPr="002F751A">
        <w:rPr>
          <w:b w:val="0"/>
          <w:color w:val="000000" w:themeColor="text1"/>
          <w:szCs w:val="26"/>
        </w:rPr>
        <w:t xml:space="preserve"> </w:t>
      </w:r>
      <w:r w:rsidRPr="002F751A">
        <w:rPr>
          <w:b w:val="0"/>
          <w:color w:val="000000" w:themeColor="text1"/>
          <w:szCs w:val="26"/>
          <w:rtl/>
        </w:rPr>
        <w:t>اندکی</w:t>
      </w:r>
      <w:r w:rsidRPr="002F751A">
        <w:rPr>
          <w:b w:val="0"/>
          <w:color w:val="000000" w:themeColor="text1"/>
          <w:szCs w:val="26"/>
        </w:rPr>
        <w:t xml:space="preserve"> </w:t>
      </w:r>
      <w:r w:rsidRPr="002F751A">
        <w:rPr>
          <w:b w:val="0"/>
          <w:color w:val="000000" w:themeColor="text1"/>
          <w:szCs w:val="26"/>
          <w:rtl/>
        </w:rPr>
        <w:t>تغییر</w:t>
      </w:r>
      <w:r w:rsidRPr="002F751A">
        <w:rPr>
          <w:b w:val="0"/>
          <w:color w:val="000000" w:themeColor="text1"/>
          <w:szCs w:val="26"/>
        </w:rPr>
        <w:t xml:space="preserve"> </w:t>
      </w:r>
      <w:r w:rsidRPr="002F751A">
        <w:rPr>
          <w:b w:val="0"/>
          <w:color w:val="000000" w:themeColor="text1"/>
          <w:szCs w:val="26"/>
          <w:rtl/>
        </w:rPr>
        <w:t>تکرار</w:t>
      </w:r>
      <w:r w:rsidRPr="002F751A">
        <w:rPr>
          <w:b w:val="0"/>
          <w:color w:val="000000" w:themeColor="text1"/>
          <w:szCs w:val="26"/>
        </w:rPr>
        <w:t xml:space="preserve"> </w:t>
      </w:r>
      <w:r w:rsidRPr="002F751A">
        <w:rPr>
          <w:b w:val="0"/>
          <w:color w:val="000000" w:themeColor="text1"/>
          <w:szCs w:val="26"/>
          <w:rtl/>
        </w:rPr>
        <w:t>کرده</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b w:val="0"/>
          <w:color w:val="000000" w:themeColor="text1"/>
          <w:szCs w:val="26"/>
          <w:rtl/>
        </w:rPr>
        <w:t>پاسخ</w:t>
      </w:r>
      <w:r w:rsidRPr="002F751A">
        <w:rPr>
          <w:b w:val="0"/>
          <w:color w:val="000000" w:themeColor="text1"/>
          <w:szCs w:val="26"/>
        </w:rPr>
        <w:t xml:space="preserve"> </w:t>
      </w:r>
      <w:r w:rsidRPr="002F751A">
        <w:rPr>
          <w:b w:val="0"/>
          <w:color w:val="000000" w:themeColor="text1"/>
          <w:szCs w:val="26"/>
          <w:rtl/>
        </w:rPr>
        <w:t>مثبت</w:t>
      </w:r>
      <w:r w:rsidRPr="002F751A">
        <w:rPr>
          <w:b w:val="0"/>
          <w:color w:val="000000" w:themeColor="text1"/>
          <w:szCs w:val="26"/>
        </w:rPr>
        <w:t xml:space="preserve"> </w:t>
      </w:r>
      <w:r w:rsidRPr="002F751A">
        <w:rPr>
          <w:b w:val="0"/>
          <w:color w:val="000000" w:themeColor="text1"/>
          <w:szCs w:val="26"/>
          <w:rtl/>
        </w:rPr>
        <w:t>مستند</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این</w:t>
      </w:r>
      <w:r w:rsidRPr="002F751A">
        <w:rPr>
          <w:b w:val="0"/>
          <w:color w:val="000000" w:themeColor="text1"/>
          <w:szCs w:val="26"/>
        </w:rPr>
        <w:t xml:space="preserve"> </w:t>
      </w:r>
      <w:r w:rsidRPr="002F751A">
        <w:rPr>
          <w:b w:val="0"/>
          <w:color w:val="000000" w:themeColor="text1"/>
          <w:szCs w:val="26"/>
          <w:rtl/>
        </w:rPr>
        <w:t>پرسش</w:t>
      </w:r>
      <w:r w:rsidRPr="002F751A">
        <w:rPr>
          <w:b w:val="0"/>
          <w:color w:val="000000" w:themeColor="text1"/>
          <w:szCs w:val="26"/>
        </w:rPr>
        <w:t>‌</w:t>
      </w:r>
      <w:r w:rsidRPr="002F751A">
        <w:rPr>
          <w:b w:val="0"/>
          <w:color w:val="000000" w:themeColor="text1"/>
          <w:szCs w:val="26"/>
          <w:rtl/>
        </w:rPr>
        <w:t>ها</w:t>
      </w:r>
      <w:r w:rsidRPr="002F751A">
        <w:rPr>
          <w:b w:val="0"/>
          <w:color w:val="000000" w:themeColor="text1"/>
          <w:szCs w:val="26"/>
        </w:rPr>
        <w:t xml:space="preserve"> </w:t>
      </w:r>
      <w:r w:rsidRPr="002F751A">
        <w:rPr>
          <w:b w:val="0"/>
          <w:color w:val="000000" w:themeColor="text1"/>
          <w:szCs w:val="26"/>
          <w:rtl/>
        </w:rPr>
        <w:t>می</w:t>
      </w:r>
      <w:r w:rsidRPr="002F751A">
        <w:rPr>
          <w:b w:val="0"/>
          <w:color w:val="000000" w:themeColor="text1"/>
          <w:szCs w:val="26"/>
        </w:rPr>
        <w:t>‌</w:t>
      </w:r>
      <w:r w:rsidRPr="002F751A">
        <w:rPr>
          <w:b w:val="0"/>
          <w:color w:val="000000" w:themeColor="text1"/>
          <w:szCs w:val="26"/>
          <w:rtl/>
        </w:rPr>
        <w:t>تواند</w:t>
      </w:r>
      <w:r w:rsidRPr="002F751A">
        <w:rPr>
          <w:b w:val="0"/>
          <w:color w:val="000000" w:themeColor="text1"/>
          <w:szCs w:val="26"/>
        </w:rPr>
        <w:t xml:space="preserve"> </w:t>
      </w:r>
      <w:r w:rsidRPr="002F751A">
        <w:rPr>
          <w:b w:val="0"/>
          <w:color w:val="000000" w:themeColor="text1"/>
          <w:szCs w:val="26"/>
          <w:rtl/>
        </w:rPr>
        <w:t>قرینه</w:t>
      </w:r>
      <w:r w:rsidRPr="002F751A">
        <w:rPr>
          <w:b w:val="0"/>
          <w:color w:val="000000" w:themeColor="text1"/>
          <w:szCs w:val="26"/>
        </w:rPr>
        <w:t xml:space="preserve"> </w:t>
      </w:r>
      <w:r w:rsidRPr="002F751A">
        <w:rPr>
          <w:b w:val="0"/>
          <w:color w:val="000000" w:themeColor="text1"/>
          <w:szCs w:val="26"/>
          <w:rtl/>
        </w:rPr>
        <w:t>سوءاستفاده</w:t>
      </w:r>
      <w:r w:rsidRPr="002F751A">
        <w:rPr>
          <w:b w:val="0"/>
          <w:color w:val="000000" w:themeColor="text1"/>
          <w:szCs w:val="26"/>
        </w:rPr>
        <w:t xml:space="preserve"> </w:t>
      </w:r>
      <w:r w:rsidRPr="002F751A">
        <w:rPr>
          <w:b w:val="0"/>
          <w:color w:val="000000" w:themeColor="text1"/>
          <w:szCs w:val="26"/>
          <w:rtl/>
        </w:rPr>
        <w:t>باشد،</w:t>
      </w:r>
      <w:r w:rsidRPr="002F751A">
        <w:rPr>
          <w:b w:val="0"/>
          <w:color w:val="000000" w:themeColor="text1"/>
          <w:szCs w:val="26"/>
        </w:rPr>
        <w:t xml:space="preserve"> </w:t>
      </w:r>
      <w:r w:rsidRPr="002F751A">
        <w:rPr>
          <w:b w:val="0"/>
          <w:color w:val="000000" w:themeColor="text1"/>
          <w:szCs w:val="26"/>
          <w:rtl/>
        </w:rPr>
        <w:t>نه</w:t>
      </w:r>
      <w:r w:rsidRPr="002F751A">
        <w:rPr>
          <w:b w:val="0"/>
          <w:color w:val="000000" w:themeColor="text1"/>
          <w:szCs w:val="26"/>
        </w:rPr>
        <w:t xml:space="preserve"> </w:t>
      </w:r>
      <w:r w:rsidRPr="002F751A">
        <w:rPr>
          <w:b w:val="0"/>
          <w:color w:val="000000" w:themeColor="text1"/>
          <w:szCs w:val="26"/>
          <w:rtl/>
        </w:rPr>
        <w:t>صرف</w:t>
      </w:r>
      <w:r w:rsidRPr="002F751A">
        <w:rPr>
          <w:b w:val="0"/>
          <w:color w:val="000000" w:themeColor="text1"/>
          <w:szCs w:val="26"/>
        </w:rPr>
        <w:t xml:space="preserve"> </w:t>
      </w:r>
      <w:r w:rsidRPr="002F751A">
        <w:rPr>
          <w:b w:val="0"/>
          <w:color w:val="000000" w:themeColor="text1"/>
          <w:szCs w:val="26"/>
          <w:rtl/>
        </w:rPr>
        <w:t>شکست</w:t>
      </w:r>
      <w:r w:rsidRPr="002F751A">
        <w:rPr>
          <w:b w:val="0"/>
          <w:color w:val="000000" w:themeColor="text1"/>
          <w:szCs w:val="26"/>
        </w:rPr>
        <w:t xml:space="preserve"> </w:t>
      </w:r>
      <w:r w:rsidRPr="002F751A">
        <w:rPr>
          <w:b w:val="0"/>
          <w:color w:val="000000" w:themeColor="text1"/>
          <w:szCs w:val="26"/>
          <w:rtl/>
        </w:rPr>
        <w:t>شکایت</w:t>
      </w:r>
      <w:r w:rsidRPr="002F751A">
        <w:rPr>
          <w:b w:val="0"/>
          <w:color w:val="000000" w:themeColor="text1"/>
          <w:szCs w:val="26"/>
        </w:rPr>
        <w:t>.</w:t>
      </w:r>
    </w:p>
    <w:p w14:paraId="40C3A1DC" w14:textId="5CAE817D" w:rsidR="009F417E" w:rsidRPr="002F751A" w:rsidRDefault="00FE2DB4" w:rsidP="002F751A">
      <w:pPr>
        <w:pStyle w:val="SubFA"/>
        <w:keepNext/>
        <w:bidi/>
        <w:rPr>
          <w:b w:val="0"/>
          <w:color w:val="000000" w:themeColor="text1"/>
          <w:szCs w:val="26"/>
          <w:rtl/>
        </w:rPr>
      </w:pPr>
      <w:r w:rsidRPr="002F751A">
        <w:rPr>
          <w:b w:val="0"/>
          <w:color w:val="000000" w:themeColor="text1"/>
          <w:szCs w:val="26"/>
          <w:rtl/>
        </w:rPr>
        <w:t>این</w:t>
      </w:r>
      <w:r w:rsidRPr="002F751A">
        <w:rPr>
          <w:b w:val="0"/>
          <w:color w:val="000000" w:themeColor="text1"/>
          <w:szCs w:val="26"/>
        </w:rPr>
        <w:t xml:space="preserve"> </w:t>
      </w:r>
      <w:r w:rsidRPr="002F751A">
        <w:rPr>
          <w:b w:val="0"/>
          <w:color w:val="000000" w:themeColor="text1"/>
          <w:szCs w:val="26"/>
          <w:rtl/>
        </w:rPr>
        <w:t>تفکیک</w:t>
      </w:r>
      <w:r w:rsidRPr="002F751A">
        <w:rPr>
          <w:b w:val="0"/>
          <w:color w:val="000000" w:themeColor="text1"/>
          <w:szCs w:val="26"/>
        </w:rPr>
        <w:t xml:space="preserve"> </w:t>
      </w:r>
      <w:r w:rsidRPr="002F751A">
        <w:rPr>
          <w:b w:val="0"/>
          <w:color w:val="000000" w:themeColor="text1"/>
          <w:szCs w:val="26"/>
          <w:rtl/>
        </w:rPr>
        <w:t>آثار</w:t>
      </w:r>
      <w:r w:rsidRPr="002F751A">
        <w:rPr>
          <w:b w:val="0"/>
          <w:color w:val="000000" w:themeColor="text1"/>
          <w:szCs w:val="26"/>
        </w:rPr>
        <w:t xml:space="preserve"> </w:t>
      </w:r>
      <w:r w:rsidRPr="002F751A">
        <w:rPr>
          <w:b w:val="0"/>
          <w:color w:val="000000" w:themeColor="text1"/>
          <w:szCs w:val="26"/>
          <w:rtl/>
        </w:rPr>
        <w:t>سیاستی</w:t>
      </w:r>
      <w:r w:rsidRPr="002F751A">
        <w:rPr>
          <w:b w:val="0"/>
          <w:color w:val="000000" w:themeColor="text1"/>
          <w:szCs w:val="26"/>
        </w:rPr>
        <w:t xml:space="preserve"> </w:t>
      </w:r>
      <w:r w:rsidRPr="002F751A">
        <w:rPr>
          <w:b w:val="0"/>
          <w:color w:val="000000" w:themeColor="text1"/>
          <w:szCs w:val="26"/>
          <w:rtl/>
        </w:rPr>
        <w:t>مهمی</w:t>
      </w:r>
      <w:r w:rsidRPr="002F751A">
        <w:rPr>
          <w:b w:val="0"/>
          <w:color w:val="000000" w:themeColor="text1"/>
          <w:szCs w:val="26"/>
        </w:rPr>
        <w:t xml:space="preserve"> </w:t>
      </w:r>
      <w:r w:rsidRPr="002F751A">
        <w:rPr>
          <w:b w:val="0"/>
          <w:color w:val="000000" w:themeColor="text1"/>
          <w:szCs w:val="26"/>
          <w:rtl/>
        </w:rPr>
        <w:t>دارد</w:t>
      </w:r>
      <w:r w:rsidRPr="002F751A">
        <w:rPr>
          <w:b w:val="0"/>
          <w:color w:val="000000" w:themeColor="text1"/>
          <w:szCs w:val="26"/>
        </w:rPr>
        <w:t xml:space="preserve">. </w:t>
      </w:r>
      <w:r w:rsidRPr="002F751A">
        <w:rPr>
          <w:b w:val="0"/>
          <w:color w:val="000000" w:themeColor="text1"/>
          <w:szCs w:val="26"/>
          <w:rtl/>
        </w:rPr>
        <w:t>هر</w:t>
      </w:r>
      <w:r w:rsidRPr="002F751A">
        <w:rPr>
          <w:b w:val="0"/>
          <w:color w:val="000000" w:themeColor="text1"/>
          <w:szCs w:val="26"/>
        </w:rPr>
        <w:t xml:space="preserve"> </w:t>
      </w:r>
      <w:r w:rsidRPr="002F751A">
        <w:rPr>
          <w:b w:val="0"/>
          <w:color w:val="000000" w:themeColor="text1"/>
          <w:szCs w:val="26"/>
          <w:rtl/>
        </w:rPr>
        <w:t>قاعده</w:t>
      </w:r>
      <w:r w:rsidRPr="002F751A">
        <w:rPr>
          <w:b w:val="0"/>
          <w:color w:val="000000" w:themeColor="text1"/>
          <w:szCs w:val="26"/>
        </w:rPr>
        <w:t>‌</w:t>
      </w:r>
      <w:r w:rsidRPr="002F751A">
        <w:rPr>
          <w:b w:val="0"/>
          <w:color w:val="000000" w:themeColor="text1"/>
          <w:szCs w:val="26"/>
          <w:rtl/>
        </w:rPr>
        <w:t>ای</w:t>
      </w:r>
      <w:r w:rsidRPr="002F751A">
        <w:rPr>
          <w:b w:val="0"/>
          <w:color w:val="000000" w:themeColor="text1"/>
          <w:szCs w:val="26"/>
        </w:rPr>
        <w:t xml:space="preserve"> </w:t>
      </w:r>
      <w:r w:rsidRPr="002F751A">
        <w:rPr>
          <w:b w:val="0"/>
          <w:color w:val="000000" w:themeColor="text1"/>
          <w:szCs w:val="26"/>
          <w:rtl/>
        </w:rPr>
        <w:t>که</w:t>
      </w:r>
      <w:r w:rsidRPr="002F751A">
        <w:rPr>
          <w:b w:val="0"/>
          <w:color w:val="000000" w:themeColor="text1"/>
          <w:szCs w:val="26"/>
        </w:rPr>
        <w:t xml:space="preserve"> «</w:t>
      </w:r>
      <w:r w:rsidRPr="002F751A">
        <w:rPr>
          <w:b w:val="0"/>
          <w:color w:val="000000" w:themeColor="text1"/>
          <w:szCs w:val="26"/>
          <w:rtl/>
        </w:rPr>
        <w:t>برائت</w:t>
      </w:r>
      <w:r w:rsidRPr="002F751A">
        <w:rPr>
          <w:b w:val="0"/>
          <w:color w:val="000000" w:themeColor="text1"/>
          <w:szCs w:val="26"/>
        </w:rPr>
        <w:t xml:space="preserve"> </w:t>
      </w:r>
      <w:r w:rsidRPr="002F751A">
        <w:rPr>
          <w:b w:val="0"/>
          <w:color w:val="000000" w:themeColor="text1"/>
          <w:szCs w:val="26"/>
          <w:rtl/>
        </w:rPr>
        <w:t>متهم</w:t>
      </w:r>
      <w:r w:rsidRPr="002F751A">
        <w:rPr>
          <w:b w:val="0"/>
          <w:color w:val="000000" w:themeColor="text1"/>
          <w:szCs w:val="26"/>
        </w:rPr>
        <w:t xml:space="preserve">» </w:t>
      </w:r>
      <w:r w:rsidRPr="002F751A">
        <w:rPr>
          <w:b w:val="0"/>
          <w:color w:val="000000" w:themeColor="text1"/>
          <w:szCs w:val="26"/>
          <w:rtl/>
        </w:rPr>
        <w:t>را</w:t>
      </w:r>
      <w:r w:rsidRPr="002F751A">
        <w:rPr>
          <w:b w:val="0"/>
          <w:color w:val="000000" w:themeColor="text1"/>
          <w:szCs w:val="26"/>
        </w:rPr>
        <w:t xml:space="preserve"> </w:t>
      </w:r>
      <w:r w:rsidRPr="002F751A">
        <w:rPr>
          <w:b w:val="0"/>
          <w:color w:val="000000" w:themeColor="text1"/>
          <w:szCs w:val="26"/>
          <w:rtl/>
        </w:rPr>
        <w:t>خودکار</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 xml:space="preserve"> «</w:t>
      </w:r>
      <w:r w:rsidRPr="002F751A">
        <w:rPr>
          <w:b w:val="0"/>
          <w:color w:val="000000" w:themeColor="text1"/>
          <w:szCs w:val="26"/>
          <w:rtl/>
        </w:rPr>
        <w:t>مسئولیت</w:t>
      </w:r>
      <w:r w:rsidRPr="002F751A">
        <w:rPr>
          <w:b w:val="0"/>
          <w:color w:val="000000" w:themeColor="text1"/>
          <w:szCs w:val="26"/>
        </w:rPr>
        <w:t xml:space="preserve"> </w:t>
      </w:r>
      <w:r w:rsidRPr="002F751A">
        <w:rPr>
          <w:b w:val="0"/>
          <w:color w:val="000000" w:themeColor="text1"/>
          <w:szCs w:val="26"/>
          <w:rtl/>
        </w:rPr>
        <w:t>شاکی</w:t>
      </w:r>
      <w:r w:rsidRPr="002F751A">
        <w:rPr>
          <w:b w:val="0"/>
          <w:color w:val="000000" w:themeColor="text1"/>
          <w:szCs w:val="26"/>
        </w:rPr>
        <w:t xml:space="preserve">» </w:t>
      </w:r>
      <w:r w:rsidRPr="002F751A">
        <w:rPr>
          <w:b w:val="0"/>
          <w:color w:val="000000" w:themeColor="text1"/>
          <w:szCs w:val="26"/>
          <w:rtl/>
        </w:rPr>
        <w:t>پیوند</w:t>
      </w:r>
      <w:r w:rsidRPr="002F751A">
        <w:rPr>
          <w:b w:val="0"/>
          <w:color w:val="000000" w:themeColor="text1"/>
          <w:szCs w:val="26"/>
        </w:rPr>
        <w:t xml:space="preserve"> </w:t>
      </w:r>
      <w:r w:rsidRPr="002F751A">
        <w:rPr>
          <w:b w:val="0"/>
          <w:color w:val="000000" w:themeColor="text1"/>
          <w:szCs w:val="26"/>
          <w:rtl/>
        </w:rPr>
        <w:t>زند،</w:t>
      </w:r>
      <w:r w:rsidRPr="002F751A">
        <w:rPr>
          <w:b w:val="0"/>
          <w:color w:val="000000" w:themeColor="text1"/>
          <w:szCs w:val="26"/>
        </w:rPr>
        <w:t xml:space="preserve"> </w:t>
      </w:r>
      <w:r w:rsidRPr="002F751A">
        <w:rPr>
          <w:b w:val="0"/>
          <w:color w:val="000000" w:themeColor="text1"/>
          <w:szCs w:val="26"/>
          <w:rtl/>
        </w:rPr>
        <w:t>اثر</w:t>
      </w:r>
      <w:r w:rsidRPr="002F751A">
        <w:rPr>
          <w:b w:val="0"/>
          <w:color w:val="000000" w:themeColor="text1"/>
          <w:szCs w:val="26"/>
        </w:rPr>
        <w:t xml:space="preserve"> </w:t>
      </w:r>
      <w:r w:rsidRPr="002F751A">
        <w:rPr>
          <w:b w:val="0"/>
          <w:color w:val="000000" w:themeColor="text1"/>
          <w:szCs w:val="26"/>
          <w:rtl/>
        </w:rPr>
        <w:t>سرکوبگر</w:t>
      </w:r>
      <w:r w:rsidRPr="002F751A">
        <w:rPr>
          <w:b w:val="0"/>
          <w:color w:val="000000" w:themeColor="text1"/>
          <w:szCs w:val="26"/>
        </w:rPr>
        <w:t xml:space="preserve"> </w:t>
      </w:r>
      <w:r w:rsidRPr="002F751A">
        <w:rPr>
          <w:b w:val="0"/>
          <w:color w:val="000000" w:themeColor="text1"/>
          <w:szCs w:val="26"/>
          <w:rtl/>
        </w:rPr>
        <w:t>بر</w:t>
      </w:r>
      <w:r w:rsidRPr="002F751A">
        <w:rPr>
          <w:b w:val="0"/>
          <w:color w:val="000000" w:themeColor="text1"/>
          <w:szCs w:val="26"/>
        </w:rPr>
        <w:t xml:space="preserve"> </w:t>
      </w:r>
      <w:r w:rsidRPr="002F751A">
        <w:rPr>
          <w:b w:val="0"/>
          <w:color w:val="000000" w:themeColor="text1"/>
          <w:szCs w:val="26"/>
          <w:rtl/>
        </w:rPr>
        <w:t>گزارش</w:t>
      </w:r>
      <w:r w:rsidRPr="002F751A">
        <w:rPr>
          <w:b w:val="0"/>
          <w:color w:val="000000" w:themeColor="text1"/>
          <w:szCs w:val="26"/>
        </w:rPr>
        <w:t xml:space="preserve"> </w:t>
      </w:r>
      <w:r w:rsidRPr="002F751A">
        <w:rPr>
          <w:b w:val="0"/>
          <w:color w:val="000000" w:themeColor="text1"/>
          <w:szCs w:val="26"/>
          <w:rtl/>
        </w:rPr>
        <w:t>جرم</w:t>
      </w:r>
      <w:r w:rsidRPr="002F751A">
        <w:rPr>
          <w:b w:val="0"/>
          <w:color w:val="000000" w:themeColor="text1"/>
          <w:szCs w:val="26"/>
        </w:rPr>
        <w:t xml:space="preserve"> </w:t>
      </w:r>
      <w:r w:rsidRPr="002F751A">
        <w:rPr>
          <w:b w:val="0"/>
          <w:color w:val="000000" w:themeColor="text1"/>
          <w:szCs w:val="26"/>
          <w:rtl/>
        </w:rPr>
        <w:t>ایجاد</w:t>
      </w:r>
      <w:r w:rsidRPr="002F751A">
        <w:rPr>
          <w:b w:val="0"/>
          <w:color w:val="000000" w:themeColor="text1"/>
          <w:szCs w:val="26"/>
        </w:rPr>
        <w:t xml:space="preserve"> </w:t>
      </w:r>
      <w:r w:rsidRPr="002F751A">
        <w:rPr>
          <w:b w:val="0"/>
          <w:color w:val="000000" w:themeColor="text1"/>
          <w:szCs w:val="26"/>
          <w:rtl/>
        </w:rPr>
        <w:t>می</w:t>
      </w:r>
      <w:r w:rsidRPr="002F751A">
        <w:rPr>
          <w:b w:val="0"/>
          <w:color w:val="000000" w:themeColor="text1"/>
          <w:szCs w:val="26"/>
        </w:rPr>
        <w:t>‌</w:t>
      </w:r>
      <w:r w:rsidRPr="002F751A">
        <w:rPr>
          <w:b w:val="0"/>
          <w:color w:val="000000" w:themeColor="text1"/>
          <w:szCs w:val="26"/>
          <w:rtl/>
        </w:rPr>
        <w:t>کند؛</w:t>
      </w:r>
      <w:r w:rsidRPr="002F751A">
        <w:rPr>
          <w:b w:val="0"/>
          <w:color w:val="000000" w:themeColor="text1"/>
          <w:szCs w:val="26"/>
        </w:rPr>
        <w:t xml:space="preserve"> </w:t>
      </w:r>
      <w:r w:rsidRPr="002F751A">
        <w:rPr>
          <w:b w:val="0"/>
          <w:color w:val="000000" w:themeColor="text1"/>
          <w:szCs w:val="26"/>
          <w:rtl/>
        </w:rPr>
        <w:t>به</w:t>
      </w:r>
      <w:r w:rsidRPr="002F751A">
        <w:rPr>
          <w:b w:val="0"/>
          <w:color w:val="000000" w:themeColor="text1"/>
          <w:szCs w:val="26"/>
        </w:rPr>
        <w:t>‌</w:t>
      </w:r>
      <w:r w:rsidRPr="002F751A">
        <w:rPr>
          <w:b w:val="0"/>
          <w:color w:val="000000" w:themeColor="text1"/>
          <w:szCs w:val="26"/>
          <w:rtl/>
        </w:rPr>
        <w:t>ویژه</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جرایمی</w:t>
      </w:r>
      <w:r w:rsidRPr="002F751A">
        <w:rPr>
          <w:b w:val="0"/>
          <w:color w:val="000000" w:themeColor="text1"/>
          <w:szCs w:val="26"/>
        </w:rPr>
        <w:t xml:space="preserve"> </w:t>
      </w:r>
      <w:r w:rsidRPr="002F751A">
        <w:rPr>
          <w:b w:val="0"/>
          <w:color w:val="000000" w:themeColor="text1"/>
          <w:szCs w:val="26"/>
          <w:rtl/>
        </w:rPr>
        <w:t>که</w:t>
      </w:r>
      <w:r w:rsidRPr="002F751A">
        <w:rPr>
          <w:b w:val="0"/>
          <w:color w:val="000000" w:themeColor="text1"/>
          <w:szCs w:val="26"/>
        </w:rPr>
        <w:t xml:space="preserve"> </w:t>
      </w:r>
      <w:r w:rsidRPr="002F751A">
        <w:rPr>
          <w:b w:val="0"/>
          <w:color w:val="000000" w:themeColor="text1"/>
          <w:szCs w:val="26"/>
          <w:rtl/>
        </w:rPr>
        <w:t>اثبات</w:t>
      </w:r>
      <w:r w:rsidRPr="002F751A">
        <w:rPr>
          <w:b w:val="0"/>
          <w:color w:val="000000" w:themeColor="text1"/>
          <w:szCs w:val="26"/>
        </w:rPr>
        <w:t xml:space="preserve"> </w:t>
      </w:r>
      <w:r w:rsidRPr="002F751A">
        <w:rPr>
          <w:b w:val="0"/>
          <w:color w:val="000000" w:themeColor="text1"/>
          <w:szCs w:val="26"/>
          <w:rtl/>
        </w:rPr>
        <w:t>آنها</w:t>
      </w:r>
      <w:r w:rsidRPr="002F751A">
        <w:rPr>
          <w:b w:val="0"/>
          <w:color w:val="000000" w:themeColor="text1"/>
          <w:szCs w:val="26"/>
        </w:rPr>
        <w:t xml:space="preserve"> </w:t>
      </w:r>
      <w:r w:rsidRPr="002F751A">
        <w:rPr>
          <w:b w:val="0"/>
          <w:color w:val="000000" w:themeColor="text1"/>
          <w:szCs w:val="26"/>
          <w:rtl/>
        </w:rPr>
        <w:t>ذاتاً</w:t>
      </w:r>
      <w:r w:rsidRPr="002F751A">
        <w:rPr>
          <w:b w:val="0"/>
          <w:color w:val="000000" w:themeColor="text1"/>
          <w:szCs w:val="26"/>
        </w:rPr>
        <w:t xml:space="preserve"> </w:t>
      </w:r>
      <w:r w:rsidRPr="002F751A">
        <w:rPr>
          <w:b w:val="0"/>
          <w:color w:val="000000" w:themeColor="text1"/>
          <w:szCs w:val="26"/>
          <w:rtl/>
        </w:rPr>
        <w:t>دشوار</w:t>
      </w:r>
      <w:r w:rsidRPr="002F751A">
        <w:rPr>
          <w:b w:val="0"/>
          <w:color w:val="000000" w:themeColor="text1"/>
          <w:szCs w:val="26"/>
        </w:rPr>
        <w:t xml:space="preserve"> </w:t>
      </w:r>
      <w:r w:rsidRPr="002F751A">
        <w:rPr>
          <w:b w:val="0"/>
          <w:color w:val="000000" w:themeColor="text1"/>
          <w:szCs w:val="26"/>
          <w:rtl/>
        </w:rPr>
        <w:t>است</w:t>
      </w:r>
      <w:r w:rsidRPr="002F751A">
        <w:rPr>
          <w:b w:val="0"/>
          <w:color w:val="000000" w:themeColor="text1"/>
          <w:szCs w:val="26"/>
        </w:rPr>
        <w:t xml:space="preserve">. </w:t>
      </w:r>
      <w:r w:rsidRPr="002F751A">
        <w:rPr>
          <w:b w:val="0"/>
          <w:color w:val="000000" w:themeColor="text1"/>
          <w:szCs w:val="26"/>
          <w:rtl/>
        </w:rPr>
        <w:t>بنابراین،</w:t>
      </w:r>
      <w:r w:rsidRPr="002F751A">
        <w:rPr>
          <w:b w:val="0"/>
          <w:color w:val="000000" w:themeColor="text1"/>
          <w:szCs w:val="26"/>
        </w:rPr>
        <w:t xml:space="preserve"> </w:t>
      </w:r>
      <w:r w:rsidRPr="002F751A">
        <w:rPr>
          <w:b w:val="0"/>
          <w:color w:val="000000" w:themeColor="text1"/>
          <w:szCs w:val="26"/>
          <w:rtl/>
        </w:rPr>
        <w:t>حمایت</w:t>
      </w:r>
      <w:r w:rsidRPr="002F751A">
        <w:rPr>
          <w:b w:val="0"/>
          <w:color w:val="000000" w:themeColor="text1"/>
          <w:szCs w:val="26"/>
        </w:rPr>
        <w:t xml:space="preserve"> </w:t>
      </w:r>
      <w:r w:rsidRPr="002F751A">
        <w:rPr>
          <w:b w:val="0"/>
          <w:color w:val="000000" w:themeColor="text1"/>
          <w:szCs w:val="26"/>
          <w:rtl/>
        </w:rPr>
        <w:t>از</w:t>
      </w:r>
      <w:r w:rsidRPr="002F751A">
        <w:rPr>
          <w:b w:val="0"/>
          <w:color w:val="000000" w:themeColor="text1"/>
          <w:szCs w:val="26"/>
        </w:rPr>
        <w:t xml:space="preserve"> </w:t>
      </w:r>
      <w:r w:rsidRPr="002F751A">
        <w:rPr>
          <w:b w:val="0"/>
          <w:color w:val="000000" w:themeColor="text1"/>
          <w:szCs w:val="26"/>
          <w:rtl/>
        </w:rPr>
        <w:t>متهم</w:t>
      </w:r>
      <w:r w:rsidRPr="002F751A">
        <w:rPr>
          <w:b w:val="0"/>
          <w:color w:val="000000" w:themeColor="text1"/>
          <w:szCs w:val="26"/>
        </w:rPr>
        <w:t xml:space="preserve"> </w:t>
      </w:r>
      <w:r w:rsidRPr="002F751A">
        <w:rPr>
          <w:b w:val="0"/>
          <w:color w:val="000000" w:themeColor="text1"/>
          <w:szCs w:val="26"/>
          <w:rtl/>
        </w:rPr>
        <w:t>در</w:t>
      </w:r>
      <w:r w:rsidRPr="002F751A">
        <w:rPr>
          <w:b w:val="0"/>
          <w:color w:val="000000" w:themeColor="text1"/>
          <w:szCs w:val="26"/>
        </w:rPr>
        <w:t xml:space="preserve"> </w:t>
      </w:r>
      <w:r w:rsidRPr="002F751A">
        <w:rPr>
          <w:b w:val="0"/>
          <w:color w:val="000000" w:themeColor="text1"/>
          <w:szCs w:val="26"/>
          <w:rtl/>
        </w:rPr>
        <w:t>برابر</w:t>
      </w:r>
      <w:r w:rsidRPr="002F751A">
        <w:rPr>
          <w:b w:val="0"/>
          <w:color w:val="000000" w:themeColor="text1"/>
          <w:szCs w:val="26"/>
        </w:rPr>
        <w:t xml:space="preserve"> </w:t>
      </w:r>
      <w:r w:rsidRPr="002F751A">
        <w:rPr>
          <w:b w:val="0"/>
          <w:color w:val="000000" w:themeColor="text1"/>
          <w:szCs w:val="26"/>
          <w:rtl/>
        </w:rPr>
        <w:t>اتهام</w:t>
      </w:r>
      <w:r w:rsidRPr="002F751A">
        <w:rPr>
          <w:b w:val="0"/>
          <w:color w:val="000000" w:themeColor="text1"/>
          <w:szCs w:val="26"/>
        </w:rPr>
        <w:t xml:space="preserve"> </w:t>
      </w:r>
      <w:r w:rsidRPr="002F751A">
        <w:rPr>
          <w:b w:val="0"/>
          <w:color w:val="000000" w:themeColor="text1"/>
          <w:szCs w:val="26"/>
          <w:rtl/>
        </w:rPr>
        <w:t>ساختگی</w:t>
      </w:r>
      <w:r w:rsidRPr="002F751A">
        <w:rPr>
          <w:b w:val="0"/>
          <w:color w:val="000000" w:themeColor="text1"/>
          <w:szCs w:val="26"/>
        </w:rPr>
        <w:t xml:space="preserve"> </w:t>
      </w:r>
      <w:r w:rsidRPr="002F751A">
        <w:rPr>
          <w:b w:val="0"/>
          <w:color w:val="000000" w:themeColor="text1"/>
          <w:szCs w:val="26"/>
          <w:rtl/>
        </w:rPr>
        <w:t>باید</w:t>
      </w:r>
      <w:r w:rsidRPr="002F751A">
        <w:rPr>
          <w:b w:val="0"/>
          <w:color w:val="000000" w:themeColor="text1"/>
          <w:szCs w:val="26"/>
        </w:rPr>
        <w:t xml:space="preserve"> </w:t>
      </w:r>
      <w:r w:rsidRPr="002F751A">
        <w:rPr>
          <w:b w:val="0"/>
          <w:color w:val="000000" w:themeColor="text1"/>
          <w:szCs w:val="26"/>
          <w:rtl/>
        </w:rPr>
        <w:t>با</w:t>
      </w:r>
      <w:r w:rsidRPr="002F751A">
        <w:rPr>
          <w:b w:val="0"/>
          <w:color w:val="000000" w:themeColor="text1"/>
          <w:szCs w:val="26"/>
        </w:rPr>
        <w:t xml:space="preserve"> </w:t>
      </w:r>
      <w:r w:rsidRPr="002F751A">
        <w:rPr>
          <w:b w:val="0"/>
          <w:color w:val="000000" w:themeColor="text1"/>
          <w:szCs w:val="26"/>
          <w:rtl/>
        </w:rPr>
        <w:t>حفظ</w:t>
      </w:r>
      <w:r w:rsidRPr="002F751A">
        <w:rPr>
          <w:b w:val="0"/>
          <w:color w:val="000000" w:themeColor="text1"/>
          <w:szCs w:val="26"/>
        </w:rPr>
        <w:t xml:space="preserve"> </w:t>
      </w:r>
      <w:r w:rsidRPr="002F751A">
        <w:rPr>
          <w:b w:val="0"/>
          <w:color w:val="000000" w:themeColor="text1"/>
          <w:szCs w:val="26"/>
          <w:rtl/>
        </w:rPr>
        <w:t>فضای</w:t>
      </w:r>
      <w:r w:rsidRPr="002F751A">
        <w:rPr>
          <w:b w:val="0"/>
          <w:color w:val="000000" w:themeColor="text1"/>
          <w:szCs w:val="26"/>
        </w:rPr>
        <w:t xml:space="preserve"> </w:t>
      </w:r>
      <w:r w:rsidRPr="002F751A">
        <w:rPr>
          <w:b w:val="0"/>
          <w:color w:val="000000" w:themeColor="text1"/>
          <w:szCs w:val="26"/>
          <w:rtl/>
        </w:rPr>
        <w:t>امن</w:t>
      </w:r>
      <w:r w:rsidRPr="002F751A">
        <w:rPr>
          <w:b w:val="0"/>
          <w:color w:val="000000" w:themeColor="text1"/>
          <w:szCs w:val="26"/>
        </w:rPr>
        <w:t xml:space="preserve"> </w:t>
      </w:r>
      <w:r w:rsidRPr="002F751A">
        <w:rPr>
          <w:b w:val="0"/>
          <w:color w:val="000000" w:themeColor="text1"/>
          <w:szCs w:val="26"/>
          <w:rtl/>
        </w:rPr>
        <w:t>برای</w:t>
      </w:r>
      <w:r w:rsidRPr="002F751A">
        <w:rPr>
          <w:b w:val="0"/>
          <w:color w:val="000000" w:themeColor="text1"/>
          <w:szCs w:val="26"/>
        </w:rPr>
        <w:t xml:space="preserve"> </w:t>
      </w:r>
      <w:r w:rsidRPr="002F751A">
        <w:rPr>
          <w:b w:val="0"/>
          <w:color w:val="000000" w:themeColor="text1"/>
          <w:szCs w:val="26"/>
          <w:rtl/>
        </w:rPr>
        <w:t>شکایت</w:t>
      </w:r>
      <w:r w:rsidRPr="002F751A">
        <w:rPr>
          <w:b w:val="0"/>
          <w:color w:val="000000" w:themeColor="text1"/>
          <w:szCs w:val="26"/>
        </w:rPr>
        <w:t xml:space="preserve"> </w:t>
      </w:r>
      <w:r w:rsidRPr="002F751A">
        <w:rPr>
          <w:b w:val="0"/>
          <w:color w:val="000000" w:themeColor="text1"/>
          <w:szCs w:val="26"/>
          <w:rtl/>
        </w:rPr>
        <w:t>حسن</w:t>
      </w:r>
      <w:r w:rsidRPr="002F751A">
        <w:rPr>
          <w:b w:val="0"/>
          <w:color w:val="000000" w:themeColor="text1"/>
          <w:szCs w:val="26"/>
        </w:rPr>
        <w:t>‌</w:t>
      </w:r>
      <w:r w:rsidRPr="002F751A">
        <w:rPr>
          <w:b w:val="0"/>
          <w:color w:val="000000" w:themeColor="text1"/>
          <w:szCs w:val="26"/>
          <w:rtl/>
        </w:rPr>
        <w:t>نیت</w:t>
      </w:r>
      <w:r w:rsidRPr="002F751A">
        <w:rPr>
          <w:b w:val="0"/>
          <w:color w:val="000000" w:themeColor="text1"/>
          <w:szCs w:val="26"/>
        </w:rPr>
        <w:t xml:space="preserve"> </w:t>
      </w:r>
      <w:r w:rsidRPr="002F751A">
        <w:rPr>
          <w:b w:val="0"/>
          <w:color w:val="000000" w:themeColor="text1"/>
          <w:szCs w:val="26"/>
          <w:rtl/>
        </w:rPr>
        <w:t>همراه</w:t>
      </w:r>
      <w:r w:rsidRPr="002F751A">
        <w:rPr>
          <w:b w:val="0"/>
          <w:color w:val="000000" w:themeColor="text1"/>
          <w:szCs w:val="26"/>
        </w:rPr>
        <w:t xml:space="preserve"> </w:t>
      </w:r>
      <w:r w:rsidRPr="002F751A">
        <w:rPr>
          <w:b w:val="0"/>
          <w:color w:val="000000" w:themeColor="text1"/>
          <w:szCs w:val="26"/>
          <w:rtl/>
        </w:rPr>
        <w:t>باشد</w:t>
      </w:r>
      <w:r w:rsidRPr="002F751A">
        <w:rPr>
          <w:b w:val="0"/>
          <w:color w:val="000000" w:themeColor="text1"/>
          <w:szCs w:val="26"/>
        </w:rPr>
        <w:t>.</w:t>
      </w:r>
    </w:p>
    <w:p w14:paraId="2DAA7D91" w14:textId="77777777" w:rsidR="002F751A" w:rsidRPr="002F751A" w:rsidRDefault="002F751A" w:rsidP="002F751A">
      <w:pPr>
        <w:pStyle w:val="SubFA"/>
        <w:keepNext/>
        <w:bidi/>
        <w:rPr>
          <w:b w:val="0"/>
          <w:color w:val="000000" w:themeColor="text1"/>
          <w:szCs w:val="26"/>
        </w:rPr>
      </w:pPr>
    </w:p>
    <w:p w14:paraId="3BF63B6A" w14:textId="77777777" w:rsidR="002F751A" w:rsidRPr="002F751A" w:rsidRDefault="002F751A" w:rsidP="002F751A">
      <w:pPr>
        <w:pStyle w:val="SubFA"/>
        <w:keepNext/>
        <w:bidi/>
        <w:rPr>
          <w:bCs/>
          <w:color w:val="000000" w:themeColor="text1"/>
          <w:szCs w:val="26"/>
        </w:rPr>
      </w:pPr>
      <w:r w:rsidRPr="002F751A">
        <w:rPr>
          <w:rFonts w:hint="cs"/>
          <w:bCs/>
          <w:color w:val="000000" w:themeColor="text1"/>
          <w:szCs w:val="26"/>
          <w:rtl/>
        </w:rPr>
        <w:t xml:space="preserve">3- </w:t>
      </w:r>
      <w:r w:rsidR="00FE2DB4" w:rsidRPr="002F751A">
        <w:rPr>
          <w:bCs/>
          <w:color w:val="000000" w:themeColor="text1"/>
          <w:szCs w:val="26"/>
          <w:rtl/>
        </w:rPr>
        <w:t>ظرفیت</w:t>
      </w:r>
      <w:r w:rsidR="00FE2DB4" w:rsidRPr="002F751A">
        <w:rPr>
          <w:bCs/>
          <w:color w:val="000000" w:themeColor="text1"/>
          <w:szCs w:val="26"/>
        </w:rPr>
        <w:t>‌</w:t>
      </w:r>
      <w:r w:rsidR="00FE2DB4" w:rsidRPr="002F751A">
        <w:rPr>
          <w:bCs/>
          <w:color w:val="000000" w:themeColor="text1"/>
          <w:szCs w:val="26"/>
          <w:rtl/>
        </w:rPr>
        <w:t>های</w:t>
      </w:r>
      <w:r w:rsidR="00FE2DB4" w:rsidRPr="002F751A">
        <w:rPr>
          <w:bCs/>
          <w:color w:val="000000" w:themeColor="text1"/>
          <w:szCs w:val="26"/>
        </w:rPr>
        <w:t xml:space="preserve"> </w:t>
      </w:r>
      <w:r w:rsidR="00FE2DB4" w:rsidRPr="002F751A">
        <w:rPr>
          <w:bCs/>
          <w:color w:val="000000" w:themeColor="text1"/>
          <w:szCs w:val="26"/>
          <w:rtl/>
        </w:rPr>
        <w:t>حقوق</w:t>
      </w:r>
      <w:r w:rsidR="00FE2DB4" w:rsidRPr="002F751A">
        <w:rPr>
          <w:bCs/>
          <w:color w:val="000000" w:themeColor="text1"/>
          <w:szCs w:val="26"/>
        </w:rPr>
        <w:t xml:space="preserve"> </w:t>
      </w:r>
      <w:r w:rsidR="00FE2DB4" w:rsidRPr="002F751A">
        <w:rPr>
          <w:bCs/>
          <w:color w:val="000000" w:themeColor="text1"/>
          <w:szCs w:val="26"/>
          <w:rtl/>
        </w:rPr>
        <w:t>ایران</w:t>
      </w:r>
      <w:r w:rsidR="00FE2DB4" w:rsidRPr="002F751A">
        <w:rPr>
          <w:bCs/>
          <w:color w:val="000000" w:themeColor="text1"/>
          <w:szCs w:val="26"/>
        </w:rPr>
        <w:t xml:space="preserve"> </w:t>
      </w:r>
      <w:r w:rsidR="00FE2DB4" w:rsidRPr="002F751A">
        <w:rPr>
          <w:bCs/>
          <w:color w:val="000000" w:themeColor="text1"/>
          <w:szCs w:val="26"/>
          <w:rtl/>
        </w:rPr>
        <w:t>برای</w:t>
      </w:r>
      <w:r w:rsidR="00FE2DB4" w:rsidRPr="002F751A">
        <w:rPr>
          <w:bCs/>
          <w:color w:val="000000" w:themeColor="text1"/>
          <w:szCs w:val="26"/>
        </w:rPr>
        <w:t xml:space="preserve"> </w:t>
      </w:r>
      <w:r w:rsidR="00FE2DB4" w:rsidRPr="002F751A">
        <w:rPr>
          <w:bCs/>
          <w:color w:val="000000" w:themeColor="text1"/>
          <w:szCs w:val="26"/>
          <w:rtl/>
        </w:rPr>
        <w:t>کنترل</w:t>
      </w:r>
      <w:r w:rsidR="00FE2DB4" w:rsidRPr="002F751A">
        <w:rPr>
          <w:bCs/>
          <w:color w:val="000000" w:themeColor="text1"/>
          <w:szCs w:val="26"/>
        </w:rPr>
        <w:t xml:space="preserve"> </w:t>
      </w:r>
      <w:r w:rsidR="00FE2DB4" w:rsidRPr="002F751A">
        <w:rPr>
          <w:bCs/>
          <w:color w:val="000000" w:themeColor="text1"/>
          <w:szCs w:val="26"/>
          <w:rtl/>
        </w:rPr>
        <w:t>سوءاستفاده</w:t>
      </w:r>
      <w:r w:rsidR="00FE2DB4" w:rsidRPr="002F751A">
        <w:rPr>
          <w:bCs/>
          <w:color w:val="000000" w:themeColor="text1"/>
          <w:szCs w:val="26"/>
        </w:rPr>
        <w:t xml:space="preserve"> </w:t>
      </w:r>
      <w:r w:rsidR="00FE2DB4" w:rsidRPr="002F751A">
        <w:rPr>
          <w:bCs/>
          <w:color w:val="000000" w:themeColor="text1"/>
          <w:szCs w:val="26"/>
          <w:rtl/>
        </w:rPr>
        <w:t>از</w:t>
      </w:r>
      <w:r w:rsidR="00FE2DB4" w:rsidRPr="002F751A">
        <w:rPr>
          <w:bCs/>
          <w:color w:val="000000" w:themeColor="text1"/>
          <w:szCs w:val="26"/>
        </w:rPr>
        <w:t xml:space="preserve"> </w:t>
      </w:r>
      <w:r w:rsidR="00FE2DB4" w:rsidRPr="002F751A">
        <w:rPr>
          <w:bCs/>
          <w:color w:val="000000" w:themeColor="text1"/>
          <w:szCs w:val="26"/>
          <w:rtl/>
        </w:rPr>
        <w:t>شکایت</w:t>
      </w:r>
      <w:r w:rsidRPr="002F751A">
        <w:rPr>
          <w:bCs/>
          <w:color w:val="000000" w:themeColor="text1"/>
          <w:szCs w:val="26"/>
          <w:rtl/>
        </w:rPr>
        <w:t xml:space="preserve"> </w:t>
      </w:r>
    </w:p>
    <w:p w14:paraId="1EE35E49" w14:textId="06DBDE92" w:rsidR="002F751A" w:rsidRPr="002F751A" w:rsidRDefault="002F751A" w:rsidP="002F751A">
      <w:pPr>
        <w:pStyle w:val="SubFA"/>
        <w:keepNext/>
        <w:bidi/>
        <w:rPr>
          <w:b w:val="0"/>
          <w:color w:val="000000" w:themeColor="text1"/>
          <w:szCs w:val="26"/>
          <w:rtl/>
        </w:rPr>
      </w:pPr>
      <w:r w:rsidRPr="002F751A">
        <w:rPr>
          <w:b w:val="0"/>
          <w:color w:val="000000" w:themeColor="text1"/>
          <w:szCs w:val="26"/>
          <w:rtl/>
        </w:rPr>
        <w:t>حقوق ا</w:t>
      </w:r>
      <w:r w:rsidRPr="002F751A">
        <w:rPr>
          <w:rFonts w:hint="cs"/>
          <w:b w:val="0"/>
          <w:color w:val="000000" w:themeColor="text1"/>
          <w:szCs w:val="26"/>
          <w:rtl/>
        </w:rPr>
        <w:t>یران</w:t>
      </w:r>
      <w:r w:rsidRPr="002F751A">
        <w:rPr>
          <w:b w:val="0"/>
          <w:color w:val="000000" w:themeColor="text1"/>
          <w:szCs w:val="26"/>
          <w:rtl/>
        </w:rPr>
        <w:t xml:space="preserve"> فاقد </w:t>
      </w:r>
      <w:r w:rsidRPr="002F751A">
        <w:rPr>
          <w:rFonts w:hint="cs"/>
          <w:b w:val="0"/>
          <w:color w:val="000000" w:themeColor="text1"/>
          <w:szCs w:val="26"/>
          <w:rtl/>
        </w:rPr>
        <w:t>یک</w:t>
      </w:r>
      <w:r w:rsidRPr="002F751A">
        <w:rPr>
          <w:b w:val="0"/>
          <w:color w:val="000000" w:themeColor="text1"/>
          <w:szCs w:val="26"/>
          <w:rtl/>
        </w:rPr>
        <w:t xml:space="preserve"> عنوان جامع با نام «سوءاستفاده از شکا</w:t>
      </w:r>
      <w:r w:rsidRPr="002F751A">
        <w:rPr>
          <w:rFonts w:hint="cs"/>
          <w:b w:val="0"/>
          <w:color w:val="000000" w:themeColor="text1"/>
          <w:szCs w:val="26"/>
          <w:rtl/>
        </w:rPr>
        <w:t>یت</w:t>
      </w:r>
      <w:r w:rsidRPr="002F751A">
        <w:rPr>
          <w:rFonts w:hint="eastAsia"/>
          <w:b w:val="0"/>
          <w:color w:val="000000" w:themeColor="text1"/>
          <w:szCs w:val="26"/>
          <w:rtl/>
        </w:rPr>
        <w:t>»</w:t>
      </w:r>
      <w:r w:rsidRPr="002F751A">
        <w:rPr>
          <w:b w:val="0"/>
          <w:color w:val="000000" w:themeColor="text1"/>
          <w:szCs w:val="26"/>
          <w:rtl/>
        </w:rPr>
        <w:t xml:space="preserve"> است، اما مجموعه‌ا</w:t>
      </w:r>
      <w:r w:rsidRPr="002F751A">
        <w:rPr>
          <w:rFonts w:hint="cs"/>
          <w:b w:val="0"/>
          <w:color w:val="000000" w:themeColor="text1"/>
          <w:szCs w:val="26"/>
          <w:rtl/>
        </w:rPr>
        <w:t>ی</w:t>
      </w:r>
      <w:r w:rsidRPr="002F751A">
        <w:rPr>
          <w:b w:val="0"/>
          <w:color w:val="000000" w:themeColor="text1"/>
          <w:szCs w:val="26"/>
          <w:rtl/>
        </w:rPr>
        <w:t xml:space="preserve"> از قواعد م</w:t>
      </w:r>
      <w:r w:rsidRPr="002F751A">
        <w:rPr>
          <w:rFonts w:hint="cs"/>
          <w:b w:val="0"/>
          <w:color w:val="000000" w:themeColor="text1"/>
          <w:szCs w:val="26"/>
          <w:rtl/>
        </w:rPr>
        <w:t>ی‌تواند</w:t>
      </w:r>
      <w:r w:rsidRPr="002F751A">
        <w:rPr>
          <w:b w:val="0"/>
          <w:color w:val="000000" w:themeColor="text1"/>
          <w:szCs w:val="26"/>
          <w:rtl/>
        </w:rPr>
        <w:t xml:space="preserve"> اجزا</w:t>
      </w:r>
      <w:r w:rsidRPr="002F751A">
        <w:rPr>
          <w:rFonts w:hint="cs"/>
          <w:b w:val="0"/>
          <w:color w:val="000000" w:themeColor="text1"/>
          <w:szCs w:val="26"/>
          <w:rtl/>
        </w:rPr>
        <w:t>ی</w:t>
      </w:r>
      <w:r w:rsidRPr="002F751A">
        <w:rPr>
          <w:b w:val="0"/>
          <w:color w:val="000000" w:themeColor="text1"/>
          <w:szCs w:val="26"/>
          <w:rtl/>
        </w:rPr>
        <w:t xml:space="preserve"> رفتار را پوشش دهد. نخست، اصل ۴۰ قانون اساس</w:t>
      </w:r>
      <w:r w:rsidRPr="002F751A">
        <w:rPr>
          <w:rFonts w:hint="cs"/>
          <w:b w:val="0"/>
          <w:color w:val="000000" w:themeColor="text1"/>
          <w:szCs w:val="26"/>
          <w:rtl/>
        </w:rPr>
        <w:t>ی</w:t>
      </w:r>
      <w:r w:rsidRPr="002F751A">
        <w:rPr>
          <w:b w:val="0"/>
          <w:color w:val="000000" w:themeColor="text1"/>
          <w:szCs w:val="26"/>
          <w:rtl/>
        </w:rPr>
        <w:t xml:space="preserve"> مبنا</w:t>
      </w:r>
      <w:r w:rsidRPr="002F751A">
        <w:rPr>
          <w:rFonts w:hint="cs"/>
          <w:b w:val="0"/>
          <w:color w:val="000000" w:themeColor="text1"/>
          <w:szCs w:val="26"/>
          <w:rtl/>
        </w:rPr>
        <w:t>ی</w:t>
      </w:r>
      <w:r w:rsidRPr="002F751A">
        <w:rPr>
          <w:b w:val="0"/>
          <w:color w:val="000000" w:themeColor="text1"/>
          <w:szCs w:val="26"/>
          <w:rtl/>
        </w:rPr>
        <w:t xml:space="preserve"> کلان منع تبد</w:t>
      </w:r>
      <w:r w:rsidRPr="002F751A">
        <w:rPr>
          <w:rFonts w:hint="cs"/>
          <w:b w:val="0"/>
          <w:color w:val="000000" w:themeColor="text1"/>
          <w:szCs w:val="26"/>
          <w:rtl/>
        </w:rPr>
        <w:t>یل</w:t>
      </w:r>
      <w:r w:rsidRPr="002F751A">
        <w:rPr>
          <w:b w:val="0"/>
          <w:color w:val="000000" w:themeColor="text1"/>
          <w:szCs w:val="26"/>
          <w:rtl/>
        </w:rPr>
        <w:t xml:space="preserve"> حق به وس</w:t>
      </w:r>
      <w:r w:rsidRPr="002F751A">
        <w:rPr>
          <w:rFonts w:hint="cs"/>
          <w:b w:val="0"/>
          <w:color w:val="000000" w:themeColor="text1"/>
          <w:szCs w:val="26"/>
          <w:rtl/>
        </w:rPr>
        <w:t>یله</w:t>
      </w:r>
      <w:r w:rsidRPr="002F751A">
        <w:rPr>
          <w:b w:val="0"/>
          <w:color w:val="000000" w:themeColor="text1"/>
          <w:szCs w:val="26"/>
          <w:rtl/>
        </w:rPr>
        <w:t xml:space="preserve"> اضرار است. دوم، ماده ۶۵ قانون آ</w:t>
      </w:r>
      <w:r w:rsidRPr="002F751A">
        <w:rPr>
          <w:rFonts w:hint="cs"/>
          <w:b w:val="0"/>
          <w:color w:val="000000" w:themeColor="text1"/>
          <w:szCs w:val="26"/>
          <w:rtl/>
        </w:rPr>
        <w:t>یین</w:t>
      </w:r>
      <w:r w:rsidRPr="002F751A">
        <w:rPr>
          <w:b w:val="0"/>
          <w:color w:val="000000" w:themeColor="text1"/>
          <w:szCs w:val="26"/>
          <w:rtl/>
        </w:rPr>
        <w:t xml:space="preserve"> دادرس</w:t>
      </w:r>
      <w:r w:rsidRPr="002F751A">
        <w:rPr>
          <w:rFonts w:hint="cs"/>
          <w:b w:val="0"/>
          <w:color w:val="000000" w:themeColor="text1"/>
          <w:szCs w:val="26"/>
          <w:rtl/>
        </w:rPr>
        <w:t>ی</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م</w:t>
      </w:r>
      <w:r w:rsidRPr="002F751A">
        <w:rPr>
          <w:rFonts w:hint="cs"/>
          <w:b w:val="0"/>
          <w:color w:val="000000" w:themeColor="text1"/>
          <w:szCs w:val="26"/>
          <w:rtl/>
        </w:rPr>
        <w:t>یان</w:t>
      </w:r>
      <w:r w:rsidRPr="002F751A">
        <w:rPr>
          <w:b w:val="0"/>
          <w:color w:val="000000" w:themeColor="text1"/>
          <w:szCs w:val="26"/>
          <w:rtl/>
        </w:rPr>
        <w:t xml:space="preserve"> اعلام مستق</w:t>
      </w:r>
      <w:r w:rsidRPr="002F751A">
        <w:rPr>
          <w:rFonts w:hint="cs"/>
          <w:b w:val="0"/>
          <w:color w:val="000000" w:themeColor="text1"/>
          <w:szCs w:val="26"/>
          <w:rtl/>
        </w:rPr>
        <w:t>یمِ</w:t>
      </w:r>
      <w:r w:rsidRPr="002F751A">
        <w:rPr>
          <w:b w:val="0"/>
          <w:color w:val="000000" w:themeColor="text1"/>
          <w:szCs w:val="26"/>
          <w:rtl/>
        </w:rPr>
        <w:t xml:space="preserve"> شاهد وقوع </w:t>
      </w:r>
      <w:r w:rsidRPr="002F751A">
        <w:rPr>
          <w:rFonts w:hint="cs"/>
          <w:b w:val="0"/>
          <w:color w:val="000000" w:themeColor="text1"/>
          <w:szCs w:val="26"/>
          <w:rtl/>
        </w:rPr>
        <w:t>جرم</w:t>
      </w:r>
      <w:r w:rsidRPr="002F751A">
        <w:rPr>
          <w:b w:val="0"/>
          <w:color w:val="000000" w:themeColor="text1"/>
          <w:szCs w:val="26"/>
          <w:rtl/>
        </w:rPr>
        <w:t xml:space="preserve"> و اعلام شخص</w:t>
      </w:r>
      <w:r w:rsidRPr="002F751A">
        <w:rPr>
          <w:rFonts w:hint="cs"/>
          <w:b w:val="0"/>
          <w:color w:val="000000" w:themeColor="text1"/>
          <w:szCs w:val="26"/>
          <w:rtl/>
        </w:rPr>
        <w:t>ی</w:t>
      </w:r>
      <w:r w:rsidRPr="002F751A">
        <w:rPr>
          <w:b w:val="0"/>
          <w:color w:val="000000" w:themeColor="text1"/>
          <w:szCs w:val="26"/>
          <w:rtl/>
        </w:rPr>
        <w:t xml:space="preserve"> که ناظر نبوده تفک</w:t>
      </w:r>
      <w:r w:rsidRPr="002F751A">
        <w:rPr>
          <w:rFonts w:hint="cs"/>
          <w:b w:val="0"/>
          <w:color w:val="000000" w:themeColor="text1"/>
          <w:szCs w:val="26"/>
          <w:rtl/>
        </w:rPr>
        <w:t>یک</w:t>
      </w:r>
      <w:r w:rsidRPr="002F751A">
        <w:rPr>
          <w:b w:val="0"/>
          <w:color w:val="000000" w:themeColor="text1"/>
          <w:szCs w:val="26"/>
          <w:rtl/>
        </w:rPr>
        <w:t xml:space="preserve"> م</w:t>
      </w:r>
      <w:r w:rsidRPr="002F751A">
        <w:rPr>
          <w:rFonts w:hint="cs"/>
          <w:b w:val="0"/>
          <w:color w:val="000000" w:themeColor="text1"/>
          <w:szCs w:val="26"/>
          <w:rtl/>
        </w:rPr>
        <w:t>ی‌کند</w:t>
      </w:r>
      <w:r w:rsidRPr="002F751A">
        <w:rPr>
          <w:b w:val="0"/>
          <w:color w:val="000000" w:themeColor="text1"/>
          <w:szCs w:val="26"/>
          <w:rtl/>
        </w:rPr>
        <w:t xml:space="preserve"> و در فرض دوم، صرف اعلام را برا</w:t>
      </w:r>
      <w:r w:rsidRPr="002F751A">
        <w:rPr>
          <w:rFonts w:hint="cs"/>
          <w:b w:val="0"/>
          <w:color w:val="000000" w:themeColor="text1"/>
          <w:szCs w:val="26"/>
          <w:rtl/>
        </w:rPr>
        <w:t>ی</w:t>
      </w:r>
      <w:r w:rsidRPr="002F751A">
        <w:rPr>
          <w:b w:val="0"/>
          <w:color w:val="000000" w:themeColor="text1"/>
          <w:szCs w:val="26"/>
          <w:rtl/>
        </w:rPr>
        <w:t xml:space="preserve"> شروع تعق</w:t>
      </w:r>
      <w:r w:rsidRPr="002F751A">
        <w:rPr>
          <w:rFonts w:hint="cs"/>
          <w:b w:val="0"/>
          <w:color w:val="000000" w:themeColor="text1"/>
          <w:szCs w:val="26"/>
          <w:rtl/>
        </w:rPr>
        <w:t>یب</w:t>
      </w:r>
      <w:r w:rsidRPr="002F751A">
        <w:rPr>
          <w:b w:val="0"/>
          <w:color w:val="000000" w:themeColor="text1"/>
          <w:szCs w:val="26"/>
          <w:rtl/>
        </w:rPr>
        <w:t xml:space="preserve"> </w:t>
      </w:r>
      <w:r w:rsidRPr="002F751A">
        <w:rPr>
          <w:b w:val="0"/>
          <w:color w:val="000000" w:themeColor="text1"/>
          <w:szCs w:val="26"/>
          <w:rtl/>
        </w:rPr>
        <w:lastRenderedPageBreak/>
        <w:t>کاف</w:t>
      </w:r>
      <w:r w:rsidRPr="002F751A">
        <w:rPr>
          <w:rFonts w:hint="cs"/>
          <w:b w:val="0"/>
          <w:color w:val="000000" w:themeColor="text1"/>
          <w:szCs w:val="26"/>
          <w:rtl/>
        </w:rPr>
        <w:t>ی</w:t>
      </w:r>
      <w:r w:rsidRPr="002F751A">
        <w:rPr>
          <w:b w:val="0"/>
          <w:color w:val="000000" w:themeColor="text1"/>
          <w:szCs w:val="26"/>
          <w:rtl/>
        </w:rPr>
        <w:t xml:space="preserve"> نم</w:t>
      </w:r>
      <w:r w:rsidRPr="002F751A">
        <w:rPr>
          <w:rFonts w:hint="cs"/>
          <w:b w:val="0"/>
          <w:color w:val="000000" w:themeColor="text1"/>
          <w:szCs w:val="26"/>
          <w:rtl/>
        </w:rPr>
        <w:t>ی‌داند</w:t>
      </w:r>
      <w:r w:rsidRPr="002F751A">
        <w:rPr>
          <w:b w:val="0"/>
          <w:color w:val="000000" w:themeColor="text1"/>
          <w:szCs w:val="26"/>
          <w:rtl/>
        </w:rPr>
        <w:t xml:space="preserve"> مگر آنکه دل</w:t>
      </w:r>
      <w:r w:rsidRPr="002F751A">
        <w:rPr>
          <w:rFonts w:hint="cs"/>
          <w:b w:val="0"/>
          <w:color w:val="000000" w:themeColor="text1"/>
          <w:szCs w:val="26"/>
          <w:rtl/>
        </w:rPr>
        <w:t>یلی</w:t>
      </w:r>
      <w:r w:rsidRPr="002F751A">
        <w:rPr>
          <w:b w:val="0"/>
          <w:color w:val="000000" w:themeColor="text1"/>
          <w:szCs w:val="26"/>
          <w:rtl/>
        </w:rPr>
        <w:t xml:space="preserve"> بر صحت ادعا وجود داشته باشد. ا</w:t>
      </w:r>
      <w:r w:rsidRPr="002F751A">
        <w:rPr>
          <w:rFonts w:hint="cs"/>
          <w:b w:val="0"/>
          <w:color w:val="000000" w:themeColor="text1"/>
          <w:szCs w:val="26"/>
          <w:rtl/>
        </w:rPr>
        <w:t>ین</w:t>
      </w:r>
      <w:r w:rsidRPr="002F751A">
        <w:rPr>
          <w:b w:val="0"/>
          <w:color w:val="000000" w:themeColor="text1"/>
          <w:szCs w:val="26"/>
          <w:rtl/>
        </w:rPr>
        <w:t xml:space="preserve"> تفک</w:t>
      </w:r>
      <w:r w:rsidRPr="002F751A">
        <w:rPr>
          <w:rFonts w:hint="cs"/>
          <w:b w:val="0"/>
          <w:color w:val="000000" w:themeColor="text1"/>
          <w:szCs w:val="26"/>
          <w:rtl/>
        </w:rPr>
        <w:t>یک</w:t>
      </w:r>
      <w:r w:rsidRPr="002F751A">
        <w:rPr>
          <w:b w:val="0"/>
          <w:color w:val="000000" w:themeColor="text1"/>
          <w:szCs w:val="26"/>
          <w:rtl/>
        </w:rPr>
        <w:t xml:space="preserve"> نشان م</w:t>
      </w:r>
      <w:r w:rsidRPr="002F751A">
        <w:rPr>
          <w:rFonts w:hint="cs"/>
          <w:b w:val="0"/>
          <w:color w:val="000000" w:themeColor="text1"/>
          <w:szCs w:val="26"/>
          <w:rtl/>
        </w:rPr>
        <w:t>ی‌دهد</w:t>
      </w:r>
      <w:r w:rsidRPr="002F751A">
        <w:rPr>
          <w:b w:val="0"/>
          <w:color w:val="000000" w:themeColor="text1"/>
          <w:szCs w:val="26"/>
          <w:rtl/>
        </w:rPr>
        <w:t xml:space="preserve"> قانونگذار حت</w:t>
      </w:r>
      <w:r w:rsidRPr="002F751A">
        <w:rPr>
          <w:rFonts w:hint="cs"/>
          <w:b w:val="0"/>
          <w:color w:val="000000" w:themeColor="text1"/>
          <w:szCs w:val="26"/>
          <w:rtl/>
        </w:rPr>
        <w:t>ی</w:t>
      </w:r>
      <w:r w:rsidRPr="002F751A">
        <w:rPr>
          <w:b w:val="0"/>
          <w:color w:val="000000" w:themeColor="text1"/>
          <w:szCs w:val="26"/>
          <w:rtl/>
        </w:rPr>
        <w:t xml:space="preserve"> در مرحله آغاز</w:t>
      </w:r>
      <w:r w:rsidRPr="002F751A">
        <w:rPr>
          <w:rFonts w:hint="cs"/>
          <w:b w:val="0"/>
          <w:color w:val="000000" w:themeColor="text1"/>
          <w:szCs w:val="26"/>
          <w:rtl/>
        </w:rPr>
        <w:t>ین</w:t>
      </w:r>
      <w:r w:rsidRPr="002F751A">
        <w:rPr>
          <w:b w:val="0"/>
          <w:color w:val="000000" w:themeColor="text1"/>
          <w:szCs w:val="26"/>
          <w:rtl/>
        </w:rPr>
        <w:t xml:space="preserve"> ن</w:t>
      </w:r>
      <w:r w:rsidRPr="002F751A">
        <w:rPr>
          <w:rFonts w:hint="cs"/>
          <w:b w:val="0"/>
          <w:color w:val="000000" w:themeColor="text1"/>
          <w:szCs w:val="26"/>
          <w:rtl/>
        </w:rPr>
        <w:t>یز</w:t>
      </w:r>
      <w:r w:rsidRPr="002F751A">
        <w:rPr>
          <w:b w:val="0"/>
          <w:color w:val="000000" w:themeColor="text1"/>
          <w:szCs w:val="26"/>
          <w:rtl/>
        </w:rPr>
        <w:t xml:space="preserve"> برا</w:t>
      </w:r>
      <w:r w:rsidRPr="002F751A">
        <w:rPr>
          <w:rFonts w:hint="cs"/>
          <w:b w:val="0"/>
          <w:color w:val="000000" w:themeColor="text1"/>
          <w:szCs w:val="26"/>
          <w:rtl/>
        </w:rPr>
        <w:t>ی</w:t>
      </w:r>
      <w:r w:rsidRPr="002F751A">
        <w:rPr>
          <w:b w:val="0"/>
          <w:color w:val="000000" w:themeColor="text1"/>
          <w:szCs w:val="26"/>
          <w:rtl/>
        </w:rPr>
        <w:t xml:space="preserve"> بعض</w:t>
      </w:r>
      <w:r w:rsidRPr="002F751A">
        <w:rPr>
          <w:rFonts w:hint="cs"/>
          <w:b w:val="0"/>
          <w:color w:val="000000" w:themeColor="text1"/>
          <w:szCs w:val="26"/>
          <w:rtl/>
        </w:rPr>
        <w:t>ی</w:t>
      </w:r>
      <w:r w:rsidRPr="002F751A">
        <w:rPr>
          <w:b w:val="0"/>
          <w:color w:val="000000" w:themeColor="text1"/>
          <w:szCs w:val="26"/>
          <w:rtl/>
        </w:rPr>
        <w:t xml:space="preserve"> اخبار، حداقل</w:t>
      </w:r>
      <w:r w:rsidRPr="002F751A">
        <w:rPr>
          <w:rFonts w:hint="cs"/>
          <w:b w:val="0"/>
          <w:color w:val="000000" w:themeColor="text1"/>
          <w:szCs w:val="26"/>
          <w:rtl/>
        </w:rPr>
        <w:t>ی</w:t>
      </w:r>
      <w:r w:rsidRPr="002F751A">
        <w:rPr>
          <w:b w:val="0"/>
          <w:color w:val="000000" w:themeColor="text1"/>
          <w:szCs w:val="26"/>
          <w:rtl/>
        </w:rPr>
        <w:t xml:space="preserve"> از قابل</w:t>
      </w:r>
      <w:r w:rsidRPr="002F751A">
        <w:rPr>
          <w:rFonts w:hint="cs"/>
          <w:b w:val="0"/>
          <w:color w:val="000000" w:themeColor="text1"/>
          <w:szCs w:val="26"/>
          <w:rtl/>
        </w:rPr>
        <w:t>یت</w:t>
      </w:r>
      <w:r w:rsidRPr="002F751A">
        <w:rPr>
          <w:b w:val="0"/>
          <w:color w:val="000000" w:themeColor="text1"/>
          <w:szCs w:val="26"/>
          <w:rtl/>
        </w:rPr>
        <w:t xml:space="preserve"> اعتماد م</w:t>
      </w:r>
      <w:r w:rsidRPr="002F751A">
        <w:rPr>
          <w:rFonts w:hint="cs"/>
          <w:b w:val="0"/>
          <w:color w:val="000000" w:themeColor="text1"/>
          <w:szCs w:val="26"/>
          <w:rtl/>
        </w:rPr>
        <w:t>ی‌طلبد</w:t>
      </w:r>
      <w:r w:rsidRPr="002F751A">
        <w:rPr>
          <w:b w:val="0"/>
          <w:color w:val="000000" w:themeColor="text1"/>
          <w:szCs w:val="26"/>
        </w:rPr>
        <w:t>.</w:t>
      </w:r>
    </w:p>
    <w:p w14:paraId="13A4DFE1"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سوم،</w:t>
      </w:r>
      <w:r w:rsidRPr="002F751A">
        <w:rPr>
          <w:b w:val="0"/>
          <w:color w:val="000000" w:themeColor="text1"/>
          <w:szCs w:val="26"/>
          <w:rtl/>
        </w:rPr>
        <w:t xml:space="preserve"> مواد </w:t>
      </w:r>
      <w:r w:rsidRPr="002F751A">
        <w:rPr>
          <w:b w:val="0"/>
          <w:color w:val="000000" w:themeColor="text1"/>
          <w:szCs w:val="26"/>
          <w:rtl/>
          <w:lang w:bidi="fa-IR"/>
        </w:rPr>
        <w:t>۶۹۷</w:t>
      </w:r>
      <w:r w:rsidRPr="002F751A">
        <w:rPr>
          <w:b w:val="0"/>
          <w:color w:val="000000" w:themeColor="text1"/>
          <w:szCs w:val="26"/>
          <w:rtl/>
        </w:rPr>
        <w:t xml:space="preserve"> تا </w:t>
      </w:r>
      <w:r w:rsidRPr="002F751A">
        <w:rPr>
          <w:b w:val="0"/>
          <w:color w:val="000000" w:themeColor="text1"/>
          <w:szCs w:val="26"/>
          <w:rtl/>
          <w:lang w:bidi="fa-IR"/>
        </w:rPr>
        <w:t>۶۹۹</w:t>
      </w:r>
      <w:r w:rsidRPr="002F751A">
        <w:rPr>
          <w:b w:val="0"/>
          <w:color w:val="000000" w:themeColor="text1"/>
          <w:szCs w:val="26"/>
          <w:rtl/>
        </w:rPr>
        <w:t xml:space="preserve"> کتاب پنجم تعز</w:t>
      </w:r>
      <w:r w:rsidRPr="002F751A">
        <w:rPr>
          <w:rFonts w:hint="cs"/>
          <w:b w:val="0"/>
          <w:color w:val="000000" w:themeColor="text1"/>
          <w:szCs w:val="26"/>
          <w:rtl/>
        </w:rPr>
        <w:t>یرات</w:t>
      </w:r>
      <w:r w:rsidRPr="002F751A">
        <w:rPr>
          <w:b w:val="0"/>
          <w:color w:val="000000" w:themeColor="text1"/>
          <w:szCs w:val="26"/>
          <w:rtl/>
        </w:rPr>
        <w:t xml:space="preserve"> بخش</w:t>
      </w:r>
      <w:r w:rsidRPr="002F751A">
        <w:rPr>
          <w:rFonts w:hint="cs"/>
          <w:b w:val="0"/>
          <w:color w:val="000000" w:themeColor="text1"/>
          <w:szCs w:val="26"/>
          <w:rtl/>
        </w:rPr>
        <w:t>ی</w:t>
      </w:r>
      <w:r w:rsidRPr="002F751A">
        <w:rPr>
          <w:b w:val="0"/>
          <w:color w:val="000000" w:themeColor="text1"/>
          <w:szCs w:val="26"/>
          <w:rtl/>
        </w:rPr>
        <w:t xml:space="preserve"> از اشکال خطرناک رفتار را جرم‌انگار</w:t>
      </w:r>
      <w:r w:rsidRPr="002F751A">
        <w:rPr>
          <w:rFonts w:hint="cs"/>
          <w:b w:val="0"/>
          <w:color w:val="000000" w:themeColor="text1"/>
          <w:szCs w:val="26"/>
          <w:rtl/>
        </w:rPr>
        <w:t>ی</w:t>
      </w:r>
      <w:r w:rsidRPr="002F751A">
        <w:rPr>
          <w:b w:val="0"/>
          <w:color w:val="000000" w:themeColor="text1"/>
          <w:szCs w:val="26"/>
          <w:rtl/>
        </w:rPr>
        <w:t xml:space="preserve"> کرده‌اند. ماده </w:t>
      </w:r>
      <w:r w:rsidRPr="002F751A">
        <w:rPr>
          <w:b w:val="0"/>
          <w:color w:val="000000" w:themeColor="text1"/>
          <w:szCs w:val="26"/>
          <w:rtl/>
          <w:lang w:bidi="fa-IR"/>
        </w:rPr>
        <w:t>۶۹۷</w:t>
      </w:r>
      <w:r w:rsidRPr="002F751A">
        <w:rPr>
          <w:b w:val="0"/>
          <w:color w:val="000000" w:themeColor="text1"/>
          <w:szCs w:val="26"/>
          <w:rtl/>
        </w:rPr>
        <w:t xml:space="preserve"> درباره نسبت دادن صر</w:t>
      </w:r>
      <w:r w:rsidRPr="002F751A">
        <w:rPr>
          <w:rFonts w:hint="cs"/>
          <w:b w:val="0"/>
          <w:color w:val="000000" w:themeColor="text1"/>
          <w:szCs w:val="26"/>
          <w:rtl/>
        </w:rPr>
        <w:t>یح</w:t>
      </w:r>
      <w:r w:rsidRPr="002F751A">
        <w:rPr>
          <w:b w:val="0"/>
          <w:color w:val="000000" w:themeColor="text1"/>
          <w:szCs w:val="26"/>
          <w:rtl/>
        </w:rPr>
        <w:t xml:space="preserve"> امر مجرمانه و ناتوان</w:t>
      </w:r>
      <w:r w:rsidRPr="002F751A">
        <w:rPr>
          <w:rFonts w:hint="cs"/>
          <w:b w:val="0"/>
          <w:color w:val="000000" w:themeColor="text1"/>
          <w:szCs w:val="26"/>
          <w:rtl/>
        </w:rPr>
        <w:t>ی</w:t>
      </w:r>
      <w:r w:rsidRPr="002F751A">
        <w:rPr>
          <w:b w:val="0"/>
          <w:color w:val="000000" w:themeColor="text1"/>
          <w:szCs w:val="26"/>
          <w:rtl/>
        </w:rPr>
        <w:t xml:space="preserve"> از اثبات صحت آن است و پس از اصلاح </w:t>
      </w:r>
      <w:r w:rsidRPr="002F751A">
        <w:rPr>
          <w:b w:val="0"/>
          <w:color w:val="000000" w:themeColor="text1"/>
          <w:szCs w:val="26"/>
          <w:rtl/>
          <w:lang w:bidi="fa-IR"/>
        </w:rPr>
        <w:t>۱۳۹۹</w:t>
      </w:r>
      <w:r w:rsidRPr="002F751A">
        <w:rPr>
          <w:b w:val="0"/>
          <w:color w:val="000000" w:themeColor="text1"/>
          <w:szCs w:val="26"/>
          <w:rtl/>
        </w:rPr>
        <w:t>، مجازات آن جزا</w:t>
      </w:r>
      <w:r w:rsidRPr="002F751A">
        <w:rPr>
          <w:rFonts w:hint="cs"/>
          <w:b w:val="0"/>
          <w:color w:val="000000" w:themeColor="text1"/>
          <w:szCs w:val="26"/>
          <w:rtl/>
        </w:rPr>
        <w:t>ی</w:t>
      </w:r>
      <w:r w:rsidRPr="002F751A">
        <w:rPr>
          <w:b w:val="0"/>
          <w:color w:val="000000" w:themeColor="text1"/>
          <w:szCs w:val="26"/>
          <w:rtl/>
        </w:rPr>
        <w:t xml:space="preserve"> نقد</w:t>
      </w:r>
      <w:r w:rsidRPr="002F751A">
        <w:rPr>
          <w:rFonts w:hint="cs"/>
          <w:b w:val="0"/>
          <w:color w:val="000000" w:themeColor="text1"/>
          <w:szCs w:val="26"/>
          <w:rtl/>
        </w:rPr>
        <w:t>ی</w:t>
      </w:r>
      <w:r w:rsidRPr="002F751A">
        <w:rPr>
          <w:b w:val="0"/>
          <w:color w:val="000000" w:themeColor="text1"/>
          <w:szCs w:val="26"/>
          <w:rtl/>
        </w:rPr>
        <w:t xml:space="preserve"> درجه شش است. ماده </w:t>
      </w:r>
      <w:r w:rsidRPr="002F751A">
        <w:rPr>
          <w:b w:val="0"/>
          <w:color w:val="000000" w:themeColor="text1"/>
          <w:szCs w:val="26"/>
          <w:rtl/>
          <w:lang w:bidi="fa-IR"/>
        </w:rPr>
        <w:t>۶۹۹</w:t>
      </w:r>
      <w:r w:rsidRPr="002F751A">
        <w:rPr>
          <w:b w:val="0"/>
          <w:color w:val="000000" w:themeColor="text1"/>
          <w:szCs w:val="26"/>
          <w:rtl/>
        </w:rPr>
        <w:t xml:space="preserve"> وضع</w:t>
      </w:r>
      <w:r w:rsidRPr="002F751A">
        <w:rPr>
          <w:rFonts w:hint="cs"/>
          <w:b w:val="0"/>
          <w:color w:val="000000" w:themeColor="text1"/>
          <w:szCs w:val="26"/>
          <w:rtl/>
        </w:rPr>
        <w:t>یت</w:t>
      </w:r>
      <w:r w:rsidRPr="002F751A">
        <w:rPr>
          <w:b w:val="0"/>
          <w:color w:val="000000" w:themeColor="text1"/>
          <w:szCs w:val="26"/>
          <w:rtl/>
        </w:rPr>
        <w:t xml:space="preserve"> شد</w:t>
      </w:r>
      <w:r w:rsidRPr="002F751A">
        <w:rPr>
          <w:rFonts w:hint="cs"/>
          <w:b w:val="0"/>
          <w:color w:val="000000" w:themeColor="text1"/>
          <w:szCs w:val="26"/>
          <w:rtl/>
        </w:rPr>
        <w:t>یدتری</w:t>
      </w:r>
      <w:r w:rsidRPr="002F751A">
        <w:rPr>
          <w:b w:val="0"/>
          <w:color w:val="000000" w:themeColor="text1"/>
          <w:szCs w:val="26"/>
          <w:rtl/>
        </w:rPr>
        <w:t xml:space="preserve"> را در نظر م</w:t>
      </w:r>
      <w:r w:rsidRPr="002F751A">
        <w:rPr>
          <w:rFonts w:hint="cs"/>
          <w:b w:val="0"/>
          <w:color w:val="000000" w:themeColor="text1"/>
          <w:szCs w:val="26"/>
          <w:rtl/>
        </w:rPr>
        <w:t>ی‌گیرد</w:t>
      </w:r>
      <w:r w:rsidRPr="002F751A">
        <w:rPr>
          <w:b w:val="0"/>
          <w:color w:val="000000" w:themeColor="text1"/>
          <w:szCs w:val="26"/>
          <w:rtl/>
        </w:rPr>
        <w:t xml:space="preserve"> که شخص عالماً و عامداً اش</w:t>
      </w:r>
      <w:r w:rsidRPr="002F751A">
        <w:rPr>
          <w:rFonts w:hint="cs"/>
          <w:b w:val="0"/>
          <w:color w:val="000000" w:themeColor="text1"/>
          <w:szCs w:val="26"/>
          <w:rtl/>
        </w:rPr>
        <w:t>یاء</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آلات</w:t>
      </w:r>
      <w:r w:rsidRPr="002F751A">
        <w:rPr>
          <w:rFonts w:hint="cs"/>
          <w:b w:val="0"/>
          <w:color w:val="000000" w:themeColor="text1"/>
          <w:szCs w:val="26"/>
          <w:rtl/>
        </w:rPr>
        <w:t>ی</w:t>
      </w:r>
      <w:r w:rsidRPr="002F751A">
        <w:rPr>
          <w:b w:val="0"/>
          <w:color w:val="000000" w:themeColor="text1"/>
          <w:szCs w:val="26"/>
          <w:rtl/>
        </w:rPr>
        <w:t xml:space="preserve"> را برا</w:t>
      </w:r>
      <w:r w:rsidRPr="002F751A">
        <w:rPr>
          <w:rFonts w:hint="cs"/>
          <w:b w:val="0"/>
          <w:color w:val="000000" w:themeColor="text1"/>
          <w:szCs w:val="26"/>
          <w:rtl/>
        </w:rPr>
        <w:t>ی</w:t>
      </w:r>
      <w:r w:rsidRPr="002F751A">
        <w:rPr>
          <w:b w:val="0"/>
          <w:color w:val="000000" w:themeColor="text1"/>
          <w:szCs w:val="26"/>
          <w:rtl/>
        </w:rPr>
        <w:t xml:space="preserve"> متهم کردن د</w:t>
      </w:r>
      <w:r w:rsidRPr="002F751A">
        <w:rPr>
          <w:rFonts w:hint="cs"/>
          <w:b w:val="0"/>
          <w:color w:val="000000" w:themeColor="text1"/>
          <w:szCs w:val="26"/>
          <w:rtl/>
        </w:rPr>
        <w:t>یگری</w:t>
      </w:r>
      <w:r w:rsidRPr="002F751A">
        <w:rPr>
          <w:b w:val="0"/>
          <w:color w:val="000000" w:themeColor="text1"/>
          <w:szCs w:val="26"/>
          <w:rtl/>
        </w:rPr>
        <w:t xml:space="preserve"> در حوزه تصرف او قرار م</w:t>
      </w:r>
      <w:r w:rsidRPr="002F751A">
        <w:rPr>
          <w:rFonts w:hint="cs"/>
          <w:b w:val="0"/>
          <w:color w:val="000000" w:themeColor="text1"/>
          <w:szCs w:val="26"/>
          <w:rtl/>
        </w:rPr>
        <w:t>ی‌دهد</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متعلق به او قلمداد م</w:t>
      </w:r>
      <w:r w:rsidRPr="002F751A">
        <w:rPr>
          <w:rFonts w:hint="cs"/>
          <w:b w:val="0"/>
          <w:color w:val="000000" w:themeColor="text1"/>
          <w:szCs w:val="26"/>
          <w:rtl/>
        </w:rPr>
        <w:t>ی‌کند؛</w:t>
      </w:r>
      <w:r w:rsidRPr="002F751A">
        <w:rPr>
          <w:b w:val="0"/>
          <w:color w:val="000000" w:themeColor="text1"/>
          <w:szCs w:val="26"/>
          <w:rtl/>
        </w:rPr>
        <w:t xml:space="preserve"> مجازات حبس ا</w:t>
      </w:r>
      <w:r w:rsidRPr="002F751A">
        <w:rPr>
          <w:rFonts w:hint="cs"/>
          <w:b w:val="0"/>
          <w:color w:val="000000" w:themeColor="text1"/>
          <w:szCs w:val="26"/>
          <w:rtl/>
        </w:rPr>
        <w:t>ین</w:t>
      </w:r>
      <w:r w:rsidRPr="002F751A">
        <w:rPr>
          <w:b w:val="0"/>
          <w:color w:val="000000" w:themeColor="text1"/>
          <w:szCs w:val="26"/>
          <w:rtl/>
        </w:rPr>
        <w:t xml:space="preserve"> ماده پس از قانون کاهش مجازات حبس تعز</w:t>
      </w:r>
      <w:r w:rsidRPr="002F751A">
        <w:rPr>
          <w:rFonts w:hint="cs"/>
          <w:b w:val="0"/>
          <w:color w:val="000000" w:themeColor="text1"/>
          <w:szCs w:val="26"/>
          <w:rtl/>
        </w:rPr>
        <w:t>یری</w:t>
      </w:r>
      <w:r w:rsidRPr="002F751A">
        <w:rPr>
          <w:b w:val="0"/>
          <w:color w:val="000000" w:themeColor="text1"/>
          <w:szCs w:val="26"/>
          <w:rtl/>
        </w:rPr>
        <w:t xml:space="preserve"> به سه ماه تا </w:t>
      </w:r>
      <w:r w:rsidRPr="002F751A">
        <w:rPr>
          <w:rFonts w:hint="cs"/>
          <w:b w:val="0"/>
          <w:color w:val="000000" w:themeColor="text1"/>
          <w:szCs w:val="26"/>
          <w:rtl/>
        </w:rPr>
        <w:t>یک</w:t>
      </w:r>
      <w:r w:rsidRPr="002F751A">
        <w:rPr>
          <w:b w:val="0"/>
          <w:color w:val="000000" w:themeColor="text1"/>
          <w:szCs w:val="26"/>
          <w:rtl/>
        </w:rPr>
        <w:t xml:space="preserve"> سال و شش ماه تقل</w:t>
      </w:r>
      <w:r w:rsidRPr="002F751A">
        <w:rPr>
          <w:rFonts w:hint="cs"/>
          <w:b w:val="0"/>
          <w:color w:val="000000" w:themeColor="text1"/>
          <w:szCs w:val="26"/>
          <w:rtl/>
        </w:rPr>
        <w:t>یل</w:t>
      </w:r>
      <w:r w:rsidRPr="002F751A">
        <w:rPr>
          <w:b w:val="0"/>
          <w:color w:val="000000" w:themeColor="text1"/>
          <w:szCs w:val="26"/>
          <w:rtl/>
        </w:rPr>
        <w:t xml:space="preserve"> </w:t>
      </w:r>
      <w:r w:rsidRPr="002F751A">
        <w:rPr>
          <w:rFonts w:hint="cs"/>
          <w:b w:val="0"/>
          <w:color w:val="000000" w:themeColor="text1"/>
          <w:szCs w:val="26"/>
          <w:rtl/>
        </w:rPr>
        <w:t>یافته</w:t>
      </w:r>
      <w:r w:rsidRPr="002F751A">
        <w:rPr>
          <w:b w:val="0"/>
          <w:color w:val="000000" w:themeColor="text1"/>
          <w:szCs w:val="26"/>
          <w:rtl/>
        </w:rPr>
        <w:t xml:space="preserve"> است. مواد </w:t>
      </w:r>
      <w:r w:rsidRPr="002F751A">
        <w:rPr>
          <w:b w:val="0"/>
          <w:color w:val="000000" w:themeColor="text1"/>
          <w:szCs w:val="26"/>
          <w:rtl/>
          <w:lang w:bidi="fa-IR"/>
        </w:rPr>
        <w:t>۶۹۷</w:t>
      </w:r>
      <w:r w:rsidRPr="002F751A">
        <w:rPr>
          <w:b w:val="0"/>
          <w:color w:val="000000" w:themeColor="text1"/>
          <w:szCs w:val="26"/>
          <w:rtl/>
        </w:rPr>
        <w:t xml:space="preserve">، </w:t>
      </w:r>
      <w:r w:rsidRPr="002F751A">
        <w:rPr>
          <w:b w:val="0"/>
          <w:color w:val="000000" w:themeColor="text1"/>
          <w:szCs w:val="26"/>
          <w:rtl/>
          <w:lang w:bidi="fa-IR"/>
        </w:rPr>
        <w:t>۶۹۸</w:t>
      </w:r>
      <w:r w:rsidRPr="002F751A">
        <w:rPr>
          <w:b w:val="0"/>
          <w:color w:val="000000" w:themeColor="text1"/>
          <w:szCs w:val="26"/>
          <w:rtl/>
        </w:rPr>
        <w:t xml:space="preserve"> و </w:t>
      </w:r>
      <w:r w:rsidRPr="002F751A">
        <w:rPr>
          <w:b w:val="0"/>
          <w:color w:val="000000" w:themeColor="text1"/>
          <w:szCs w:val="26"/>
          <w:rtl/>
          <w:lang w:bidi="fa-IR"/>
        </w:rPr>
        <w:t>۶۹۹</w:t>
      </w:r>
      <w:r w:rsidRPr="002F751A">
        <w:rPr>
          <w:b w:val="0"/>
          <w:color w:val="000000" w:themeColor="text1"/>
          <w:szCs w:val="26"/>
          <w:rtl/>
        </w:rPr>
        <w:t xml:space="preserve"> ن</w:t>
      </w:r>
      <w:r w:rsidRPr="002F751A">
        <w:rPr>
          <w:rFonts w:hint="cs"/>
          <w:b w:val="0"/>
          <w:color w:val="000000" w:themeColor="text1"/>
          <w:szCs w:val="26"/>
          <w:rtl/>
        </w:rPr>
        <w:t>یز</w:t>
      </w:r>
      <w:r w:rsidRPr="002F751A">
        <w:rPr>
          <w:b w:val="0"/>
          <w:color w:val="000000" w:themeColor="text1"/>
          <w:szCs w:val="26"/>
          <w:rtl/>
        </w:rPr>
        <w:t xml:space="preserve"> مطابق ماده </w:t>
      </w:r>
      <w:r w:rsidRPr="002F751A">
        <w:rPr>
          <w:b w:val="0"/>
          <w:color w:val="000000" w:themeColor="text1"/>
          <w:szCs w:val="26"/>
          <w:rtl/>
          <w:lang w:bidi="fa-IR"/>
        </w:rPr>
        <w:t>۱۰۴</w:t>
      </w:r>
      <w:r w:rsidRPr="002F751A">
        <w:rPr>
          <w:b w:val="0"/>
          <w:color w:val="000000" w:themeColor="text1"/>
          <w:szCs w:val="26"/>
          <w:rtl/>
        </w:rPr>
        <w:t xml:space="preserve"> اصلاح</w:t>
      </w:r>
      <w:r w:rsidRPr="002F751A">
        <w:rPr>
          <w:rFonts w:hint="cs"/>
          <w:b w:val="0"/>
          <w:color w:val="000000" w:themeColor="text1"/>
          <w:szCs w:val="26"/>
          <w:rtl/>
        </w:rPr>
        <w:t>ی</w:t>
      </w:r>
      <w:r w:rsidRPr="002F751A">
        <w:rPr>
          <w:b w:val="0"/>
          <w:color w:val="000000" w:themeColor="text1"/>
          <w:szCs w:val="26"/>
          <w:rtl/>
        </w:rPr>
        <w:t xml:space="preserve"> </w:t>
      </w:r>
      <w:r w:rsidRPr="002F751A">
        <w:rPr>
          <w:b w:val="0"/>
          <w:color w:val="000000" w:themeColor="text1"/>
          <w:szCs w:val="26"/>
          <w:rtl/>
          <w:lang w:bidi="fa-IR"/>
        </w:rPr>
        <w:t>۱۴۰۳</w:t>
      </w:r>
      <w:r w:rsidRPr="002F751A">
        <w:rPr>
          <w:b w:val="0"/>
          <w:color w:val="000000" w:themeColor="text1"/>
          <w:szCs w:val="26"/>
          <w:rtl/>
        </w:rPr>
        <w:t xml:space="preserve"> قانون مجازات اسلام</w:t>
      </w:r>
      <w:r w:rsidRPr="002F751A">
        <w:rPr>
          <w:rFonts w:hint="cs"/>
          <w:b w:val="0"/>
          <w:color w:val="000000" w:themeColor="text1"/>
          <w:szCs w:val="26"/>
          <w:rtl/>
        </w:rPr>
        <w:t>ی</w:t>
      </w:r>
      <w:r w:rsidRPr="002F751A">
        <w:rPr>
          <w:b w:val="0"/>
          <w:color w:val="000000" w:themeColor="text1"/>
          <w:szCs w:val="26"/>
          <w:rtl/>
        </w:rPr>
        <w:t xml:space="preserve"> همچنان در زمره جرا</w:t>
      </w:r>
      <w:r w:rsidRPr="002F751A">
        <w:rPr>
          <w:rFonts w:hint="cs"/>
          <w:b w:val="0"/>
          <w:color w:val="000000" w:themeColor="text1"/>
          <w:szCs w:val="26"/>
          <w:rtl/>
        </w:rPr>
        <w:t>یم</w:t>
      </w:r>
      <w:r w:rsidRPr="002F751A">
        <w:rPr>
          <w:b w:val="0"/>
          <w:color w:val="000000" w:themeColor="text1"/>
          <w:szCs w:val="26"/>
          <w:rtl/>
        </w:rPr>
        <w:t xml:space="preserve"> قابل گذشت قرار دارند</w:t>
      </w:r>
      <w:r w:rsidRPr="002F751A">
        <w:rPr>
          <w:b w:val="0"/>
          <w:color w:val="000000" w:themeColor="text1"/>
          <w:szCs w:val="26"/>
        </w:rPr>
        <w:t>.</w:t>
      </w:r>
    </w:p>
    <w:p w14:paraId="372D678C"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چهارم،</w:t>
      </w:r>
      <w:r w:rsidRPr="002F751A">
        <w:rPr>
          <w:b w:val="0"/>
          <w:color w:val="000000" w:themeColor="text1"/>
          <w:szCs w:val="26"/>
          <w:rtl/>
        </w:rPr>
        <w:t xml:space="preserve"> الگو</w:t>
      </w:r>
      <w:r w:rsidRPr="002F751A">
        <w:rPr>
          <w:rFonts w:hint="cs"/>
          <w:b w:val="0"/>
          <w:color w:val="000000" w:themeColor="text1"/>
          <w:szCs w:val="26"/>
          <w:rtl/>
        </w:rPr>
        <w:t>ی</w:t>
      </w:r>
      <w:r w:rsidRPr="002F751A">
        <w:rPr>
          <w:b w:val="0"/>
          <w:color w:val="000000" w:themeColor="text1"/>
          <w:szCs w:val="26"/>
          <w:rtl/>
        </w:rPr>
        <w:t xml:space="preserve"> تبصره ماده </w:t>
      </w:r>
      <w:r w:rsidRPr="002F751A">
        <w:rPr>
          <w:b w:val="0"/>
          <w:color w:val="000000" w:themeColor="text1"/>
          <w:szCs w:val="26"/>
          <w:rtl/>
          <w:lang w:bidi="fa-IR"/>
        </w:rPr>
        <w:t>۱۰۹</w:t>
      </w:r>
      <w:r w:rsidRPr="002F751A">
        <w:rPr>
          <w:b w:val="0"/>
          <w:color w:val="000000" w:themeColor="text1"/>
          <w:szCs w:val="26"/>
          <w:rtl/>
        </w:rPr>
        <w:t xml:space="preserve"> قانون آ</w:t>
      </w:r>
      <w:r w:rsidRPr="002F751A">
        <w:rPr>
          <w:rFonts w:hint="cs"/>
          <w:b w:val="0"/>
          <w:color w:val="000000" w:themeColor="text1"/>
          <w:szCs w:val="26"/>
          <w:rtl/>
        </w:rPr>
        <w:t>یین</w:t>
      </w:r>
      <w:r w:rsidRPr="002F751A">
        <w:rPr>
          <w:b w:val="0"/>
          <w:color w:val="000000" w:themeColor="text1"/>
          <w:szCs w:val="26"/>
          <w:rtl/>
        </w:rPr>
        <w:t xml:space="preserve"> دادرس</w:t>
      </w:r>
      <w:r w:rsidRPr="002F751A">
        <w:rPr>
          <w:rFonts w:hint="cs"/>
          <w:b w:val="0"/>
          <w:color w:val="000000" w:themeColor="text1"/>
          <w:szCs w:val="26"/>
          <w:rtl/>
        </w:rPr>
        <w:t>ی</w:t>
      </w:r>
      <w:r w:rsidRPr="002F751A">
        <w:rPr>
          <w:b w:val="0"/>
          <w:color w:val="000000" w:themeColor="text1"/>
          <w:szCs w:val="26"/>
          <w:rtl/>
        </w:rPr>
        <w:t xml:space="preserve"> مدن</w:t>
      </w:r>
      <w:r w:rsidRPr="002F751A">
        <w:rPr>
          <w:rFonts w:hint="cs"/>
          <w:b w:val="0"/>
          <w:color w:val="000000" w:themeColor="text1"/>
          <w:szCs w:val="26"/>
          <w:rtl/>
        </w:rPr>
        <w:t>ی</w:t>
      </w:r>
      <w:r w:rsidRPr="002F751A">
        <w:rPr>
          <w:b w:val="0"/>
          <w:color w:val="000000" w:themeColor="text1"/>
          <w:szCs w:val="26"/>
          <w:rtl/>
        </w:rPr>
        <w:t xml:space="preserve"> آموزنده است. قانونگذار در آنجا نه صرف شکست دعوا، بلکه احراز هدف‌ها</w:t>
      </w:r>
      <w:r w:rsidRPr="002F751A">
        <w:rPr>
          <w:rFonts w:hint="cs"/>
          <w:b w:val="0"/>
          <w:color w:val="000000" w:themeColor="text1"/>
          <w:szCs w:val="26"/>
          <w:rtl/>
        </w:rPr>
        <w:t>یی</w:t>
      </w:r>
      <w:r w:rsidRPr="002F751A">
        <w:rPr>
          <w:b w:val="0"/>
          <w:color w:val="000000" w:themeColor="text1"/>
          <w:szCs w:val="26"/>
          <w:rtl/>
        </w:rPr>
        <w:t xml:space="preserve"> مانند تأخ</w:t>
      </w:r>
      <w:r w:rsidRPr="002F751A">
        <w:rPr>
          <w:rFonts w:hint="cs"/>
          <w:b w:val="0"/>
          <w:color w:val="000000" w:themeColor="text1"/>
          <w:szCs w:val="26"/>
          <w:rtl/>
        </w:rPr>
        <w:t>یر</w:t>
      </w:r>
      <w:r w:rsidRPr="002F751A">
        <w:rPr>
          <w:b w:val="0"/>
          <w:color w:val="000000" w:themeColor="text1"/>
          <w:szCs w:val="26"/>
          <w:rtl/>
        </w:rPr>
        <w:t xml:space="preserve"> در انجام تعهد، ا</w:t>
      </w:r>
      <w:r w:rsidRPr="002F751A">
        <w:rPr>
          <w:rFonts w:hint="cs"/>
          <w:b w:val="0"/>
          <w:color w:val="000000" w:themeColor="text1"/>
          <w:szCs w:val="26"/>
          <w:rtl/>
        </w:rPr>
        <w:t>یذای</w:t>
      </w:r>
      <w:r w:rsidRPr="002F751A">
        <w:rPr>
          <w:b w:val="0"/>
          <w:color w:val="000000" w:themeColor="text1"/>
          <w:szCs w:val="26"/>
          <w:rtl/>
        </w:rPr>
        <w:t xml:space="preserve"> طرف </w:t>
      </w:r>
      <w:r w:rsidRPr="002F751A">
        <w:rPr>
          <w:rFonts w:hint="cs"/>
          <w:b w:val="0"/>
          <w:color w:val="000000" w:themeColor="text1"/>
          <w:szCs w:val="26"/>
          <w:rtl/>
        </w:rPr>
        <w:t>یا</w:t>
      </w:r>
      <w:r w:rsidRPr="002F751A">
        <w:rPr>
          <w:b w:val="0"/>
          <w:color w:val="000000" w:themeColor="text1"/>
          <w:szCs w:val="26"/>
          <w:rtl/>
        </w:rPr>
        <w:t xml:space="preserve"> غرض‌ورز</w:t>
      </w:r>
      <w:r w:rsidRPr="002F751A">
        <w:rPr>
          <w:rFonts w:hint="cs"/>
          <w:b w:val="0"/>
          <w:color w:val="000000" w:themeColor="text1"/>
          <w:szCs w:val="26"/>
          <w:rtl/>
        </w:rPr>
        <w:t>ی</w:t>
      </w:r>
      <w:r w:rsidRPr="002F751A">
        <w:rPr>
          <w:b w:val="0"/>
          <w:color w:val="000000" w:themeColor="text1"/>
          <w:szCs w:val="26"/>
          <w:rtl/>
        </w:rPr>
        <w:t xml:space="preserve"> را مبنا</w:t>
      </w:r>
      <w:r w:rsidRPr="002F751A">
        <w:rPr>
          <w:rFonts w:hint="cs"/>
          <w:b w:val="0"/>
          <w:color w:val="000000" w:themeColor="text1"/>
          <w:szCs w:val="26"/>
          <w:rtl/>
        </w:rPr>
        <w:t>ی</w:t>
      </w:r>
      <w:r w:rsidRPr="002F751A">
        <w:rPr>
          <w:b w:val="0"/>
          <w:color w:val="000000" w:themeColor="text1"/>
          <w:szCs w:val="26"/>
          <w:rtl/>
        </w:rPr>
        <w:t xml:space="preserve"> ضمانت‌اجرا قرار داده است. ا</w:t>
      </w:r>
      <w:r w:rsidRPr="002F751A">
        <w:rPr>
          <w:rFonts w:hint="cs"/>
          <w:b w:val="0"/>
          <w:color w:val="000000" w:themeColor="text1"/>
          <w:szCs w:val="26"/>
          <w:rtl/>
        </w:rPr>
        <w:t>ین</w:t>
      </w:r>
      <w:r w:rsidRPr="002F751A">
        <w:rPr>
          <w:b w:val="0"/>
          <w:color w:val="000000" w:themeColor="text1"/>
          <w:szCs w:val="26"/>
          <w:rtl/>
        </w:rPr>
        <w:t xml:space="preserve"> رو</w:t>
      </w:r>
      <w:r w:rsidRPr="002F751A">
        <w:rPr>
          <w:rFonts w:hint="cs"/>
          <w:b w:val="0"/>
          <w:color w:val="000000" w:themeColor="text1"/>
          <w:szCs w:val="26"/>
          <w:rtl/>
        </w:rPr>
        <w:t>یکرد</w:t>
      </w:r>
      <w:r w:rsidRPr="002F751A">
        <w:rPr>
          <w:b w:val="0"/>
          <w:color w:val="000000" w:themeColor="text1"/>
          <w:szCs w:val="26"/>
          <w:rtl/>
        </w:rPr>
        <w:t xml:space="preserve"> با نظر</w:t>
      </w:r>
      <w:r w:rsidRPr="002F751A">
        <w:rPr>
          <w:rFonts w:hint="cs"/>
          <w:b w:val="0"/>
          <w:color w:val="000000" w:themeColor="text1"/>
          <w:szCs w:val="26"/>
          <w:rtl/>
        </w:rPr>
        <w:t>یه</w:t>
      </w:r>
      <w:r w:rsidRPr="002F751A">
        <w:rPr>
          <w:b w:val="0"/>
          <w:color w:val="000000" w:themeColor="text1"/>
          <w:szCs w:val="26"/>
          <w:rtl/>
        </w:rPr>
        <w:t xml:space="preserve"> سوءاستفاده از حق سازگار است و نش</w:t>
      </w:r>
      <w:r w:rsidRPr="002F751A">
        <w:rPr>
          <w:rFonts w:hint="cs"/>
          <w:b w:val="0"/>
          <w:color w:val="000000" w:themeColor="text1"/>
          <w:szCs w:val="26"/>
          <w:rtl/>
        </w:rPr>
        <w:t>ان</w:t>
      </w:r>
      <w:r w:rsidRPr="002F751A">
        <w:rPr>
          <w:b w:val="0"/>
          <w:color w:val="000000" w:themeColor="text1"/>
          <w:szCs w:val="26"/>
          <w:rtl/>
        </w:rPr>
        <w:t xml:space="preserve"> م</w:t>
      </w:r>
      <w:r w:rsidRPr="002F751A">
        <w:rPr>
          <w:rFonts w:hint="cs"/>
          <w:b w:val="0"/>
          <w:color w:val="000000" w:themeColor="text1"/>
          <w:szCs w:val="26"/>
          <w:rtl/>
        </w:rPr>
        <w:t>ی‌دهد</w:t>
      </w:r>
      <w:r w:rsidRPr="002F751A">
        <w:rPr>
          <w:b w:val="0"/>
          <w:color w:val="000000" w:themeColor="text1"/>
          <w:szCs w:val="26"/>
          <w:rtl/>
        </w:rPr>
        <w:t xml:space="preserve"> مع</w:t>
      </w:r>
      <w:r w:rsidRPr="002F751A">
        <w:rPr>
          <w:rFonts w:hint="cs"/>
          <w:b w:val="0"/>
          <w:color w:val="000000" w:themeColor="text1"/>
          <w:szCs w:val="26"/>
          <w:rtl/>
        </w:rPr>
        <w:t>یار</w:t>
      </w:r>
      <w:r w:rsidRPr="002F751A">
        <w:rPr>
          <w:b w:val="0"/>
          <w:color w:val="000000" w:themeColor="text1"/>
          <w:szCs w:val="26"/>
          <w:rtl/>
        </w:rPr>
        <w:t xml:space="preserve"> ذهن</w:t>
      </w:r>
      <w:r w:rsidRPr="002F751A">
        <w:rPr>
          <w:rFonts w:hint="cs"/>
          <w:b w:val="0"/>
          <w:color w:val="000000" w:themeColor="text1"/>
          <w:szCs w:val="26"/>
          <w:rtl/>
        </w:rPr>
        <w:t>ی</w:t>
      </w:r>
      <w:r w:rsidRPr="002F751A">
        <w:rPr>
          <w:b w:val="0"/>
          <w:color w:val="000000" w:themeColor="text1"/>
          <w:szCs w:val="26"/>
          <w:rtl/>
        </w:rPr>
        <w:t xml:space="preserve"> ـ ع</w:t>
      </w:r>
      <w:r w:rsidRPr="002F751A">
        <w:rPr>
          <w:rFonts w:hint="cs"/>
          <w:b w:val="0"/>
          <w:color w:val="000000" w:themeColor="text1"/>
          <w:szCs w:val="26"/>
          <w:rtl/>
        </w:rPr>
        <w:t>ینیِ</w:t>
      </w:r>
      <w:r w:rsidRPr="002F751A">
        <w:rPr>
          <w:b w:val="0"/>
          <w:color w:val="000000" w:themeColor="text1"/>
          <w:szCs w:val="26"/>
          <w:rtl/>
        </w:rPr>
        <w:t xml:space="preserve"> «هدف نامشروع + قرائن پرونده» از قبل در حقوق ا</w:t>
      </w:r>
      <w:r w:rsidRPr="002F751A">
        <w:rPr>
          <w:rFonts w:hint="cs"/>
          <w:b w:val="0"/>
          <w:color w:val="000000" w:themeColor="text1"/>
          <w:szCs w:val="26"/>
          <w:rtl/>
        </w:rPr>
        <w:t>یران</w:t>
      </w:r>
      <w:r w:rsidRPr="002F751A">
        <w:rPr>
          <w:b w:val="0"/>
          <w:color w:val="000000" w:themeColor="text1"/>
          <w:szCs w:val="26"/>
          <w:rtl/>
        </w:rPr>
        <w:t xml:space="preserve"> پذ</w:t>
      </w:r>
      <w:r w:rsidRPr="002F751A">
        <w:rPr>
          <w:rFonts w:hint="cs"/>
          <w:b w:val="0"/>
          <w:color w:val="000000" w:themeColor="text1"/>
          <w:szCs w:val="26"/>
          <w:rtl/>
        </w:rPr>
        <w:t>یرفته</w:t>
      </w:r>
      <w:r w:rsidRPr="002F751A">
        <w:rPr>
          <w:b w:val="0"/>
          <w:color w:val="000000" w:themeColor="text1"/>
          <w:szCs w:val="26"/>
          <w:rtl/>
        </w:rPr>
        <w:t xml:space="preserve"> شده است (حس</w:t>
      </w:r>
      <w:r w:rsidRPr="002F751A">
        <w:rPr>
          <w:rFonts w:hint="cs"/>
          <w:b w:val="0"/>
          <w:color w:val="000000" w:themeColor="text1"/>
          <w:szCs w:val="26"/>
          <w:rtl/>
        </w:rPr>
        <w:t>ین‌آبادی،</w:t>
      </w:r>
      <w:r w:rsidRPr="002F751A">
        <w:rPr>
          <w:b w:val="0"/>
          <w:color w:val="000000" w:themeColor="text1"/>
          <w:szCs w:val="26"/>
          <w:rtl/>
        </w:rPr>
        <w:t xml:space="preserve"> </w:t>
      </w:r>
      <w:r w:rsidRPr="002F751A">
        <w:rPr>
          <w:b w:val="0"/>
          <w:color w:val="000000" w:themeColor="text1"/>
          <w:szCs w:val="26"/>
          <w:rtl/>
          <w:lang w:bidi="fa-IR"/>
        </w:rPr>
        <w:t xml:space="preserve">۱۳۹۶: ۷۴). </w:t>
      </w:r>
      <w:r w:rsidRPr="002F751A">
        <w:rPr>
          <w:b w:val="0"/>
          <w:color w:val="000000" w:themeColor="text1"/>
          <w:szCs w:val="26"/>
          <w:rtl/>
        </w:rPr>
        <w:t>با ا</w:t>
      </w:r>
      <w:r w:rsidRPr="002F751A">
        <w:rPr>
          <w:rFonts w:hint="cs"/>
          <w:b w:val="0"/>
          <w:color w:val="000000" w:themeColor="text1"/>
          <w:szCs w:val="26"/>
          <w:rtl/>
        </w:rPr>
        <w:t>ین</w:t>
      </w:r>
      <w:r w:rsidRPr="002F751A">
        <w:rPr>
          <w:b w:val="0"/>
          <w:color w:val="000000" w:themeColor="text1"/>
          <w:szCs w:val="26"/>
          <w:rtl/>
        </w:rPr>
        <w:t xml:space="preserve"> حال، انتقال مکان</w:t>
      </w:r>
      <w:r w:rsidRPr="002F751A">
        <w:rPr>
          <w:rFonts w:hint="cs"/>
          <w:b w:val="0"/>
          <w:color w:val="000000" w:themeColor="text1"/>
          <w:szCs w:val="26"/>
          <w:rtl/>
        </w:rPr>
        <w:t>یکی</w:t>
      </w:r>
      <w:r w:rsidRPr="002F751A">
        <w:rPr>
          <w:b w:val="0"/>
          <w:color w:val="000000" w:themeColor="text1"/>
          <w:szCs w:val="26"/>
          <w:rtl/>
        </w:rPr>
        <w:t xml:space="preserve"> هم</w:t>
      </w:r>
      <w:r w:rsidRPr="002F751A">
        <w:rPr>
          <w:rFonts w:hint="cs"/>
          <w:b w:val="0"/>
          <w:color w:val="000000" w:themeColor="text1"/>
          <w:szCs w:val="26"/>
          <w:rtl/>
        </w:rPr>
        <w:t>ین</w:t>
      </w:r>
      <w:r w:rsidRPr="002F751A">
        <w:rPr>
          <w:b w:val="0"/>
          <w:color w:val="000000" w:themeColor="text1"/>
          <w:szCs w:val="26"/>
          <w:rtl/>
        </w:rPr>
        <w:t xml:space="preserve"> ضمانت‌اجرا به امور ک</w:t>
      </w:r>
      <w:r w:rsidRPr="002F751A">
        <w:rPr>
          <w:rFonts w:hint="cs"/>
          <w:b w:val="0"/>
          <w:color w:val="000000" w:themeColor="text1"/>
          <w:szCs w:val="26"/>
          <w:rtl/>
        </w:rPr>
        <w:t>یفری</w:t>
      </w:r>
      <w:r w:rsidRPr="002F751A">
        <w:rPr>
          <w:b w:val="0"/>
          <w:color w:val="000000" w:themeColor="text1"/>
          <w:szCs w:val="26"/>
          <w:rtl/>
        </w:rPr>
        <w:t xml:space="preserve"> صح</w:t>
      </w:r>
      <w:r w:rsidRPr="002F751A">
        <w:rPr>
          <w:rFonts w:hint="cs"/>
          <w:b w:val="0"/>
          <w:color w:val="000000" w:themeColor="text1"/>
          <w:szCs w:val="26"/>
          <w:rtl/>
        </w:rPr>
        <w:t>یح</w:t>
      </w:r>
      <w:r w:rsidRPr="002F751A">
        <w:rPr>
          <w:b w:val="0"/>
          <w:color w:val="000000" w:themeColor="text1"/>
          <w:szCs w:val="26"/>
          <w:rtl/>
        </w:rPr>
        <w:t xml:space="preserve"> ن</w:t>
      </w:r>
      <w:r w:rsidRPr="002F751A">
        <w:rPr>
          <w:rFonts w:hint="cs"/>
          <w:b w:val="0"/>
          <w:color w:val="000000" w:themeColor="text1"/>
          <w:szCs w:val="26"/>
          <w:rtl/>
        </w:rPr>
        <w:t>یست؛</w:t>
      </w:r>
      <w:r w:rsidRPr="002F751A">
        <w:rPr>
          <w:b w:val="0"/>
          <w:color w:val="000000" w:themeColor="text1"/>
          <w:szCs w:val="26"/>
          <w:rtl/>
        </w:rPr>
        <w:t xml:space="preserve"> ز</w:t>
      </w:r>
      <w:r w:rsidRPr="002F751A">
        <w:rPr>
          <w:rFonts w:hint="cs"/>
          <w:b w:val="0"/>
          <w:color w:val="000000" w:themeColor="text1"/>
          <w:szCs w:val="26"/>
          <w:rtl/>
        </w:rPr>
        <w:t>یرا</w:t>
      </w:r>
      <w:r w:rsidRPr="002F751A">
        <w:rPr>
          <w:b w:val="0"/>
          <w:color w:val="000000" w:themeColor="text1"/>
          <w:szCs w:val="26"/>
          <w:rtl/>
        </w:rPr>
        <w:t xml:space="preserve"> حق شکا</w:t>
      </w:r>
      <w:r w:rsidRPr="002F751A">
        <w:rPr>
          <w:rFonts w:hint="cs"/>
          <w:b w:val="0"/>
          <w:color w:val="000000" w:themeColor="text1"/>
          <w:szCs w:val="26"/>
          <w:rtl/>
        </w:rPr>
        <w:t>یت</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با منافع عموم</w:t>
      </w:r>
      <w:r w:rsidRPr="002F751A">
        <w:rPr>
          <w:rFonts w:hint="cs"/>
          <w:b w:val="0"/>
          <w:color w:val="000000" w:themeColor="text1"/>
          <w:szCs w:val="26"/>
          <w:rtl/>
        </w:rPr>
        <w:t>ی</w:t>
      </w:r>
      <w:r w:rsidRPr="002F751A">
        <w:rPr>
          <w:b w:val="0"/>
          <w:color w:val="000000" w:themeColor="text1"/>
          <w:szCs w:val="26"/>
          <w:rtl/>
        </w:rPr>
        <w:t xml:space="preserve"> کشف جرم و حما</w:t>
      </w:r>
      <w:r w:rsidRPr="002F751A">
        <w:rPr>
          <w:rFonts w:hint="cs"/>
          <w:b w:val="0"/>
          <w:color w:val="000000" w:themeColor="text1"/>
          <w:szCs w:val="26"/>
          <w:rtl/>
        </w:rPr>
        <w:t>یت</w:t>
      </w:r>
      <w:r w:rsidRPr="002F751A">
        <w:rPr>
          <w:b w:val="0"/>
          <w:color w:val="000000" w:themeColor="text1"/>
          <w:szCs w:val="26"/>
          <w:rtl/>
        </w:rPr>
        <w:t xml:space="preserve"> از بزه‌د</w:t>
      </w:r>
      <w:r w:rsidRPr="002F751A">
        <w:rPr>
          <w:rFonts w:hint="cs"/>
          <w:b w:val="0"/>
          <w:color w:val="000000" w:themeColor="text1"/>
          <w:szCs w:val="26"/>
          <w:rtl/>
        </w:rPr>
        <w:t>یده</w:t>
      </w:r>
      <w:r w:rsidRPr="002F751A">
        <w:rPr>
          <w:b w:val="0"/>
          <w:color w:val="000000" w:themeColor="text1"/>
          <w:szCs w:val="26"/>
          <w:rtl/>
        </w:rPr>
        <w:t xml:space="preserve"> پ</w:t>
      </w:r>
      <w:r w:rsidRPr="002F751A">
        <w:rPr>
          <w:rFonts w:hint="cs"/>
          <w:b w:val="0"/>
          <w:color w:val="000000" w:themeColor="text1"/>
          <w:szCs w:val="26"/>
          <w:rtl/>
        </w:rPr>
        <w:t>یوند</w:t>
      </w:r>
      <w:r w:rsidRPr="002F751A">
        <w:rPr>
          <w:b w:val="0"/>
          <w:color w:val="000000" w:themeColor="text1"/>
          <w:szCs w:val="26"/>
          <w:rtl/>
        </w:rPr>
        <w:t xml:space="preserve"> دارد</w:t>
      </w:r>
      <w:r w:rsidRPr="002F751A">
        <w:rPr>
          <w:b w:val="0"/>
          <w:color w:val="000000" w:themeColor="text1"/>
          <w:szCs w:val="26"/>
        </w:rPr>
        <w:t>..</w:t>
      </w:r>
    </w:p>
    <w:p w14:paraId="63EA3129" w14:textId="77777777" w:rsidR="002F751A" w:rsidRPr="002F751A" w:rsidRDefault="002F751A" w:rsidP="002F751A">
      <w:pPr>
        <w:pStyle w:val="SubFA"/>
        <w:keepNext/>
        <w:bidi/>
        <w:rPr>
          <w:b w:val="0"/>
          <w:color w:val="000000" w:themeColor="text1"/>
          <w:szCs w:val="26"/>
          <w:rtl/>
        </w:rPr>
      </w:pPr>
    </w:p>
    <w:p w14:paraId="2A6CE0CA" w14:textId="4B851FAA" w:rsidR="002F751A" w:rsidRPr="002F751A" w:rsidRDefault="002F751A" w:rsidP="002F751A">
      <w:pPr>
        <w:pStyle w:val="SubFA"/>
        <w:keepNext/>
        <w:bidi/>
        <w:rPr>
          <w:rFonts w:ascii="Cambria" w:hAnsi="Cambria"/>
          <w:bCs/>
          <w:color w:val="000000" w:themeColor="text1"/>
          <w:szCs w:val="26"/>
          <w:rtl/>
          <w:lang w:bidi="fa-IR"/>
        </w:rPr>
      </w:pPr>
      <w:r w:rsidRPr="002F751A">
        <w:rPr>
          <w:rFonts w:hint="cs"/>
          <w:bCs/>
          <w:color w:val="000000" w:themeColor="text1"/>
          <w:szCs w:val="26"/>
          <w:rtl/>
        </w:rPr>
        <w:t>4-</w:t>
      </w:r>
      <w:r w:rsidRPr="002F751A">
        <w:rPr>
          <w:bCs/>
          <w:color w:val="000000" w:themeColor="text1"/>
          <w:szCs w:val="26"/>
        </w:rPr>
        <w:t xml:space="preserve"> </w:t>
      </w:r>
      <w:r w:rsidRPr="002F751A">
        <w:rPr>
          <w:rFonts w:hint="cs"/>
          <w:bCs/>
          <w:color w:val="000000" w:themeColor="text1"/>
          <w:szCs w:val="26"/>
          <w:rtl/>
        </w:rPr>
        <w:t>خلأ</w:t>
      </w:r>
      <w:r w:rsidRPr="002F751A">
        <w:rPr>
          <w:bCs/>
          <w:color w:val="000000" w:themeColor="text1"/>
          <w:szCs w:val="26"/>
          <w:rtl/>
        </w:rPr>
        <w:t xml:space="preserve"> م</w:t>
      </w:r>
      <w:r w:rsidRPr="002F751A">
        <w:rPr>
          <w:rFonts w:hint="cs"/>
          <w:bCs/>
          <w:color w:val="000000" w:themeColor="text1"/>
          <w:szCs w:val="26"/>
          <w:rtl/>
        </w:rPr>
        <w:t>یان</w:t>
      </w:r>
      <w:r w:rsidRPr="002F751A">
        <w:rPr>
          <w:bCs/>
          <w:color w:val="000000" w:themeColor="text1"/>
          <w:szCs w:val="26"/>
          <w:rtl/>
        </w:rPr>
        <w:t xml:space="preserve"> افترا و «استفاده ابزار</w:t>
      </w:r>
      <w:r w:rsidRPr="002F751A">
        <w:rPr>
          <w:rFonts w:hint="cs"/>
          <w:bCs/>
          <w:color w:val="000000" w:themeColor="text1"/>
          <w:szCs w:val="26"/>
          <w:rtl/>
        </w:rPr>
        <w:t>ی</w:t>
      </w:r>
      <w:r w:rsidRPr="002F751A">
        <w:rPr>
          <w:bCs/>
          <w:color w:val="000000" w:themeColor="text1"/>
          <w:szCs w:val="26"/>
          <w:rtl/>
        </w:rPr>
        <w:t xml:space="preserve"> از دادرس</w:t>
      </w:r>
      <w:r w:rsidRPr="002F751A">
        <w:rPr>
          <w:rFonts w:hint="cs"/>
          <w:bCs/>
          <w:color w:val="000000" w:themeColor="text1"/>
          <w:szCs w:val="26"/>
          <w:rtl/>
        </w:rPr>
        <w:t>ی</w:t>
      </w:r>
      <w:r w:rsidRPr="002F751A">
        <w:rPr>
          <w:rFonts w:ascii="Cambria" w:hAnsi="Cambria" w:hint="cs"/>
          <w:bCs/>
          <w:color w:val="000000" w:themeColor="text1"/>
          <w:szCs w:val="26"/>
          <w:rtl/>
          <w:lang w:bidi="fa-IR"/>
        </w:rPr>
        <w:t>»</w:t>
      </w:r>
    </w:p>
    <w:p w14:paraId="2DF878A1"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افترا</w:t>
      </w:r>
      <w:r w:rsidRPr="002F751A">
        <w:rPr>
          <w:b w:val="0"/>
          <w:color w:val="000000" w:themeColor="text1"/>
          <w:szCs w:val="26"/>
          <w:rtl/>
        </w:rPr>
        <w:t xml:space="preserve"> همه مصاد</w:t>
      </w:r>
      <w:r w:rsidRPr="002F751A">
        <w:rPr>
          <w:rFonts w:hint="cs"/>
          <w:b w:val="0"/>
          <w:color w:val="000000" w:themeColor="text1"/>
          <w:szCs w:val="26"/>
          <w:rtl/>
        </w:rPr>
        <w:t>یق</w:t>
      </w:r>
      <w:r w:rsidRPr="002F751A">
        <w:rPr>
          <w:b w:val="0"/>
          <w:color w:val="000000" w:themeColor="text1"/>
          <w:szCs w:val="26"/>
          <w:rtl/>
        </w:rPr>
        <w:t xml:space="preserve"> سوءاستفاده را پوشش نم</w:t>
      </w:r>
      <w:r w:rsidRPr="002F751A">
        <w:rPr>
          <w:rFonts w:hint="cs"/>
          <w:b w:val="0"/>
          <w:color w:val="000000" w:themeColor="text1"/>
          <w:szCs w:val="26"/>
          <w:rtl/>
        </w:rPr>
        <w:t>ی‌دهد</w:t>
      </w:r>
      <w:r w:rsidRPr="002F751A">
        <w:rPr>
          <w:b w:val="0"/>
          <w:color w:val="000000" w:themeColor="text1"/>
          <w:szCs w:val="26"/>
          <w:rtl/>
        </w:rPr>
        <w:t>. ممکن است شاک</w:t>
      </w:r>
      <w:r w:rsidRPr="002F751A">
        <w:rPr>
          <w:rFonts w:hint="cs"/>
          <w:b w:val="0"/>
          <w:color w:val="000000" w:themeColor="text1"/>
          <w:szCs w:val="26"/>
          <w:rtl/>
        </w:rPr>
        <w:t>ی</w:t>
      </w:r>
      <w:r w:rsidRPr="002F751A">
        <w:rPr>
          <w:b w:val="0"/>
          <w:color w:val="000000" w:themeColor="text1"/>
          <w:szCs w:val="26"/>
          <w:rtl/>
        </w:rPr>
        <w:t xml:space="preserve"> در ه</w:t>
      </w:r>
      <w:r w:rsidRPr="002F751A">
        <w:rPr>
          <w:rFonts w:hint="cs"/>
          <w:b w:val="0"/>
          <w:color w:val="000000" w:themeColor="text1"/>
          <w:szCs w:val="26"/>
          <w:rtl/>
        </w:rPr>
        <w:t>یچ</w:t>
      </w:r>
      <w:r w:rsidRPr="002F751A">
        <w:rPr>
          <w:b w:val="0"/>
          <w:color w:val="000000" w:themeColor="text1"/>
          <w:szCs w:val="26"/>
          <w:rtl/>
        </w:rPr>
        <w:t xml:space="preserve"> جمله‌ا</w:t>
      </w:r>
      <w:r w:rsidRPr="002F751A">
        <w:rPr>
          <w:rFonts w:hint="cs"/>
          <w:b w:val="0"/>
          <w:color w:val="000000" w:themeColor="text1"/>
          <w:szCs w:val="26"/>
          <w:rtl/>
        </w:rPr>
        <w:t>ی</w:t>
      </w:r>
      <w:r w:rsidRPr="002F751A">
        <w:rPr>
          <w:b w:val="0"/>
          <w:color w:val="000000" w:themeColor="text1"/>
          <w:szCs w:val="26"/>
          <w:rtl/>
        </w:rPr>
        <w:t xml:space="preserve"> جرم مشخص</w:t>
      </w:r>
      <w:r w:rsidRPr="002F751A">
        <w:rPr>
          <w:rFonts w:hint="cs"/>
          <w:b w:val="0"/>
          <w:color w:val="000000" w:themeColor="text1"/>
          <w:szCs w:val="26"/>
          <w:rtl/>
        </w:rPr>
        <w:t>ی</w:t>
      </w:r>
      <w:r w:rsidRPr="002F751A">
        <w:rPr>
          <w:b w:val="0"/>
          <w:color w:val="000000" w:themeColor="text1"/>
          <w:szCs w:val="26"/>
          <w:rtl/>
        </w:rPr>
        <w:t xml:space="preserve"> را به صورت صر</w:t>
      </w:r>
      <w:r w:rsidRPr="002F751A">
        <w:rPr>
          <w:rFonts w:hint="cs"/>
          <w:b w:val="0"/>
          <w:color w:val="000000" w:themeColor="text1"/>
          <w:szCs w:val="26"/>
          <w:rtl/>
        </w:rPr>
        <w:t>یح</w:t>
      </w:r>
      <w:r w:rsidRPr="002F751A">
        <w:rPr>
          <w:b w:val="0"/>
          <w:color w:val="000000" w:themeColor="text1"/>
          <w:szCs w:val="26"/>
          <w:rtl/>
        </w:rPr>
        <w:t xml:space="preserve"> نسبت ندهد، اما با سلسله‌ا</w:t>
      </w:r>
      <w:r w:rsidRPr="002F751A">
        <w:rPr>
          <w:rFonts w:hint="cs"/>
          <w:b w:val="0"/>
          <w:color w:val="000000" w:themeColor="text1"/>
          <w:szCs w:val="26"/>
          <w:rtl/>
        </w:rPr>
        <w:t>ی</w:t>
      </w:r>
      <w:r w:rsidRPr="002F751A">
        <w:rPr>
          <w:b w:val="0"/>
          <w:color w:val="000000" w:themeColor="text1"/>
          <w:szCs w:val="26"/>
          <w:rtl/>
        </w:rPr>
        <w:t xml:space="preserve"> از شکا</w:t>
      </w:r>
      <w:r w:rsidRPr="002F751A">
        <w:rPr>
          <w:rFonts w:hint="cs"/>
          <w:b w:val="0"/>
          <w:color w:val="000000" w:themeColor="text1"/>
          <w:szCs w:val="26"/>
          <w:rtl/>
        </w:rPr>
        <w:t>یت‌های</w:t>
      </w:r>
      <w:r w:rsidRPr="002F751A">
        <w:rPr>
          <w:b w:val="0"/>
          <w:color w:val="000000" w:themeColor="text1"/>
          <w:szCs w:val="26"/>
          <w:rtl/>
        </w:rPr>
        <w:t xml:space="preserve"> متقابل، درخواست‌ها</w:t>
      </w:r>
      <w:r w:rsidRPr="002F751A">
        <w:rPr>
          <w:rFonts w:hint="cs"/>
          <w:b w:val="0"/>
          <w:color w:val="000000" w:themeColor="text1"/>
          <w:szCs w:val="26"/>
          <w:rtl/>
        </w:rPr>
        <w:t>ی</w:t>
      </w:r>
      <w:r w:rsidRPr="002F751A">
        <w:rPr>
          <w:b w:val="0"/>
          <w:color w:val="000000" w:themeColor="text1"/>
          <w:szCs w:val="26"/>
          <w:rtl/>
        </w:rPr>
        <w:t xml:space="preserve"> تکرار</w:t>
      </w:r>
      <w:r w:rsidRPr="002F751A">
        <w:rPr>
          <w:rFonts w:hint="cs"/>
          <w:b w:val="0"/>
          <w:color w:val="000000" w:themeColor="text1"/>
          <w:szCs w:val="26"/>
          <w:rtl/>
        </w:rPr>
        <w:t>ی</w:t>
      </w:r>
      <w:r w:rsidRPr="002F751A">
        <w:rPr>
          <w:b w:val="0"/>
          <w:color w:val="000000" w:themeColor="text1"/>
          <w:szCs w:val="26"/>
          <w:rtl/>
        </w:rPr>
        <w:t xml:space="preserve"> و ارائه گز</w:t>
      </w:r>
      <w:r w:rsidRPr="002F751A">
        <w:rPr>
          <w:rFonts w:hint="cs"/>
          <w:b w:val="0"/>
          <w:color w:val="000000" w:themeColor="text1"/>
          <w:szCs w:val="26"/>
          <w:rtl/>
        </w:rPr>
        <w:t>ینشی</w:t>
      </w:r>
      <w:r w:rsidRPr="002F751A">
        <w:rPr>
          <w:b w:val="0"/>
          <w:color w:val="000000" w:themeColor="text1"/>
          <w:szCs w:val="26"/>
          <w:rtl/>
        </w:rPr>
        <w:t xml:space="preserve"> اسناد، هدف اصل</w:t>
      </w:r>
      <w:r w:rsidRPr="002F751A">
        <w:rPr>
          <w:rFonts w:hint="cs"/>
          <w:b w:val="0"/>
          <w:color w:val="000000" w:themeColor="text1"/>
          <w:szCs w:val="26"/>
          <w:rtl/>
        </w:rPr>
        <w:t>ی</w:t>
      </w:r>
      <w:r w:rsidRPr="002F751A">
        <w:rPr>
          <w:b w:val="0"/>
          <w:color w:val="000000" w:themeColor="text1"/>
          <w:szCs w:val="26"/>
          <w:rtl/>
        </w:rPr>
        <w:t xml:space="preserve"> خود را فرسوده کردن طرف مقابل قرار دهد. برعکس، ممکن است افت</w:t>
      </w:r>
      <w:r w:rsidRPr="002F751A">
        <w:rPr>
          <w:rFonts w:hint="cs"/>
          <w:b w:val="0"/>
          <w:color w:val="000000" w:themeColor="text1"/>
          <w:szCs w:val="26"/>
          <w:rtl/>
        </w:rPr>
        <w:t>را</w:t>
      </w:r>
      <w:r w:rsidRPr="002F751A">
        <w:rPr>
          <w:b w:val="0"/>
          <w:color w:val="000000" w:themeColor="text1"/>
          <w:szCs w:val="26"/>
          <w:rtl/>
        </w:rPr>
        <w:t xml:space="preserve"> در </w:t>
      </w:r>
      <w:r w:rsidRPr="002F751A">
        <w:rPr>
          <w:rFonts w:hint="cs"/>
          <w:b w:val="0"/>
          <w:color w:val="000000" w:themeColor="text1"/>
          <w:szCs w:val="26"/>
          <w:rtl/>
        </w:rPr>
        <w:t>یک</w:t>
      </w:r>
      <w:r w:rsidRPr="002F751A">
        <w:rPr>
          <w:b w:val="0"/>
          <w:color w:val="000000" w:themeColor="text1"/>
          <w:szCs w:val="26"/>
          <w:rtl/>
        </w:rPr>
        <w:t xml:space="preserve"> ارتباط خارج از فرا</w:t>
      </w:r>
      <w:r w:rsidRPr="002F751A">
        <w:rPr>
          <w:rFonts w:hint="cs"/>
          <w:b w:val="0"/>
          <w:color w:val="000000" w:themeColor="text1"/>
          <w:szCs w:val="26"/>
          <w:rtl/>
        </w:rPr>
        <w:t>یند</w:t>
      </w:r>
      <w:r w:rsidRPr="002F751A">
        <w:rPr>
          <w:b w:val="0"/>
          <w:color w:val="000000" w:themeColor="text1"/>
          <w:szCs w:val="26"/>
          <w:rtl/>
        </w:rPr>
        <w:t xml:space="preserve"> قضا</w:t>
      </w:r>
      <w:r w:rsidRPr="002F751A">
        <w:rPr>
          <w:rFonts w:hint="cs"/>
          <w:b w:val="0"/>
          <w:color w:val="000000" w:themeColor="text1"/>
          <w:szCs w:val="26"/>
          <w:rtl/>
        </w:rPr>
        <w:t>یی</w:t>
      </w:r>
      <w:r w:rsidRPr="002F751A">
        <w:rPr>
          <w:b w:val="0"/>
          <w:color w:val="000000" w:themeColor="text1"/>
          <w:szCs w:val="26"/>
          <w:rtl/>
        </w:rPr>
        <w:t xml:space="preserve"> واقع شود و اساساً با پد</w:t>
      </w:r>
      <w:r w:rsidRPr="002F751A">
        <w:rPr>
          <w:rFonts w:hint="cs"/>
          <w:b w:val="0"/>
          <w:color w:val="000000" w:themeColor="text1"/>
          <w:szCs w:val="26"/>
          <w:rtl/>
        </w:rPr>
        <w:t>یده</w:t>
      </w:r>
      <w:r w:rsidRPr="002F751A">
        <w:rPr>
          <w:b w:val="0"/>
          <w:color w:val="000000" w:themeColor="text1"/>
          <w:szCs w:val="26"/>
          <w:rtl/>
        </w:rPr>
        <w:t xml:space="preserve"> شاک</w:t>
      </w:r>
      <w:r w:rsidRPr="002F751A">
        <w:rPr>
          <w:rFonts w:hint="cs"/>
          <w:b w:val="0"/>
          <w:color w:val="000000" w:themeColor="text1"/>
          <w:szCs w:val="26"/>
          <w:rtl/>
        </w:rPr>
        <w:t>ی</w:t>
      </w:r>
      <w:r w:rsidRPr="002F751A">
        <w:rPr>
          <w:b w:val="0"/>
          <w:color w:val="000000" w:themeColor="text1"/>
          <w:szCs w:val="26"/>
          <w:rtl/>
        </w:rPr>
        <w:t xml:space="preserve"> حرفه‌ا</w:t>
      </w:r>
      <w:r w:rsidRPr="002F751A">
        <w:rPr>
          <w:rFonts w:hint="cs"/>
          <w:b w:val="0"/>
          <w:color w:val="000000" w:themeColor="text1"/>
          <w:szCs w:val="26"/>
          <w:rtl/>
        </w:rPr>
        <w:t>ی</w:t>
      </w:r>
      <w:r w:rsidRPr="002F751A">
        <w:rPr>
          <w:b w:val="0"/>
          <w:color w:val="000000" w:themeColor="text1"/>
          <w:szCs w:val="26"/>
          <w:rtl/>
        </w:rPr>
        <w:t xml:space="preserve"> ارتباط نداشته باشد. بنابرا</w:t>
      </w:r>
      <w:r w:rsidRPr="002F751A">
        <w:rPr>
          <w:rFonts w:hint="cs"/>
          <w:b w:val="0"/>
          <w:color w:val="000000" w:themeColor="text1"/>
          <w:szCs w:val="26"/>
          <w:rtl/>
        </w:rPr>
        <w:t>ین،</w:t>
      </w:r>
      <w:r w:rsidRPr="002F751A">
        <w:rPr>
          <w:b w:val="0"/>
          <w:color w:val="000000" w:themeColor="text1"/>
          <w:szCs w:val="26"/>
          <w:rtl/>
        </w:rPr>
        <w:t xml:space="preserve"> افترا </w:t>
      </w:r>
      <w:r w:rsidRPr="002F751A">
        <w:rPr>
          <w:rFonts w:hint="cs"/>
          <w:b w:val="0"/>
          <w:color w:val="000000" w:themeColor="text1"/>
          <w:szCs w:val="26"/>
          <w:rtl/>
        </w:rPr>
        <w:t>یکی</w:t>
      </w:r>
      <w:r w:rsidRPr="002F751A">
        <w:rPr>
          <w:b w:val="0"/>
          <w:color w:val="000000" w:themeColor="text1"/>
          <w:szCs w:val="26"/>
          <w:rtl/>
        </w:rPr>
        <w:t xml:space="preserve"> از پاسخ‌ها</w:t>
      </w:r>
      <w:r w:rsidRPr="002F751A">
        <w:rPr>
          <w:rFonts w:hint="cs"/>
          <w:b w:val="0"/>
          <w:color w:val="000000" w:themeColor="text1"/>
          <w:szCs w:val="26"/>
          <w:rtl/>
        </w:rPr>
        <w:t>ی</w:t>
      </w:r>
      <w:r w:rsidRPr="002F751A">
        <w:rPr>
          <w:b w:val="0"/>
          <w:color w:val="000000" w:themeColor="text1"/>
          <w:szCs w:val="26"/>
          <w:rtl/>
        </w:rPr>
        <w:t xml:space="preserve"> ممکن است نه تعر</w:t>
      </w:r>
      <w:r w:rsidRPr="002F751A">
        <w:rPr>
          <w:rFonts w:hint="cs"/>
          <w:b w:val="0"/>
          <w:color w:val="000000" w:themeColor="text1"/>
          <w:szCs w:val="26"/>
          <w:rtl/>
        </w:rPr>
        <w:t>یف</w:t>
      </w:r>
      <w:r w:rsidRPr="002F751A">
        <w:rPr>
          <w:b w:val="0"/>
          <w:color w:val="000000" w:themeColor="text1"/>
          <w:szCs w:val="26"/>
          <w:rtl/>
        </w:rPr>
        <w:t xml:space="preserve"> مسئله</w:t>
      </w:r>
      <w:r w:rsidRPr="002F751A">
        <w:rPr>
          <w:b w:val="0"/>
          <w:color w:val="000000" w:themeColor="text1"/>
          <w:szCs w:val="26"/>
        </w:rPr>
        <w:t>.</w:t>
      </w:r>
    </w:p>
    <w:p w14:paraId="30388AC3" w14:textId="5CBD82F3" w:rsidR="002F751A" w:rsidRDefault="002F751A" w:rsidP="002F751A">
      <w:pPr>
        <w:pStyle w:val="SubFA"/>
        <w:keepNext/>
        <w:bidi/>
        <w:rPr>
          <w:b w:val="0"/>
          <w:color w:val="000000" w:themeColor="text1"/>
          <w:szCs w:val="26"/>
          <w:rtl/>
        </w:rPr>
      </w:pPr>
      <w:r w:rsidRPr="002F751A">
        <w:rPr>
          <w:rFonts w:hint="cs"/>
          <w:b w:val="0"/>
          <w:color w:val="000000" w:themeColor="text1"/>
          <w:szCs w:val="26"/>
          <w:rtl/>
        </w:rPr>
        <w:t>مفهوم</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abuse of process</w:t>
      </w:r>
      <w:r w:rsidRPr="002F751A">
        <w:rPr>
          <w:b w:val="0"/>
          <w:color w:val="000000" w:themeColor="text1"/>
          <w:szCs w:val="26"/>
        </w:rPr>
        <w:t xml:space="preserve"> </w:t>
      </w:r>
      <w:r w:rsidRPr="002F751A">
        <w:rPr>
          <w:b w:val="0"/>
          <w:color w:val="000000" w:themeColor="text1"/>
          <w:szCs w:val="26"/>
          <w:rtl/>
        </w:rPr>
        <w:t>در کامن‌لا به هم</w:t>
      </w:r>
      <w:r w:rsidRPr="002F751A">
        <w:rPr>
          <w:rFonts w:hint="cs"/>
          <w:b w:val="0"/>
          <w:color w:val="000000" w:themeColor="text1"/>
          <w:szCs w:val="26"/>
          <w:rtl/>
        </w:rPr>
        <w:t>ین</w:t>
      </w:r>
      <w:r w:rsidRPr="002F751A">
        <w:rPr>
          <w:b w:val="0"/>
          <w:color w:val="000000" w:themeColor="text1"/>
          <w:szCs w:val="26"/>
          <w:rtl/>
        </w:rPr>
        <w:t xml:space="preserve"> فاصله توجه دارد. تفاوت آن با</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malicious prosecution</w:t>
      </w:r>
      <w:r w:rsidRPr="002F751A">
        <w:rPr>
          <w:b w:val="0"/>
          <w:color w:val="000000" w:themeColor="text1"/>
          <w:szCs w:val="26"/>
        </w:rPr>
        <w:t xml:space="preserve"> </w:t>
      </w:r>
      <w:r w:rsidRPr="002F751A">
        <w:rPr>
          <w:b w:val="0"/>
          <w:color w:val="000000" w:themeColor="text1"/>
          <w:szCs w:val="26"/>
          <w:rtl/>
        </w:rPr>
        <w:t>در ا</w:t>
      </w:r>
      <w:r w:rsidRPr="002F751A">
        <w:rPr>
          <w:rFonts w:hint="cs"/>
          <w:b w:val="0"/>
          <w:color w:val="000000" w:themeColor="text1"/>
          <w:szCs w:val="26"/>
          <w:rtl/>
        </w:rPr>
        <w:t>ین</w:t>
      </w:r>
      <w:r w:rsidRPr="002F751A">
        <w:rPr>
          <w:b w:val="0"/>
          <w:color w:val="000000" w:themeColor="text1"/>
          <w:szCs w:val="26"/>
          <w:rtl/>
        </w:rPr>
        <w:t xml:space="preserve"> است که تمرکز م</w:t>
      </w:r>
      <w:r w:rsidRPr="002F751A">
        <w:rPr>
          <w:rFonts w:hint="cs"/>
          <w:b w:val="0"/>
          <w:color w:val="000000" w:themeColor="text1"/>
          <w:szCs w:val="26"/>
          <w:rtl/>
        </w:rPr>
        <w:t>ی‌تواند</w:t>
      </w:r>
      <w:r w:rsidRPr="002F751A">
        <w:rPr>
          <w:b w:val="0"/>
          <w:color w:val="000000" w:themeColor="text1"/>
          <w:szCs w:val="26"/>
          <w:rtl/>
        </w:rPr>
        <w:t xml:space="preserve"> بر «استفاده نادرست از فرا</w:t>
      </w:r>
      <w:r w:rsidRPr="002F751A">
        <w:rPr>
          <w:rFonts w:hint="cs"/>
          <w:b w:val="0"/>
          <w:color w:val="000000" w:themeColor="text1"/>
          <w:szCs w:val="26"/>
          <w:rtl/>
        </w:rPr>
        <w:t>یندی</w:t>
      </w:r>
      <w:r w:rsidRPr="002F751A">
        <w:rPr>
          <w:b w:val="0"/>
          <w:color w:val="000000" w:themeColor="text1"/>
          <w:szCs w:val="26"/>
          <w:rtl/>
        </w:rPr>
        <w:t xml:space="preserve"> که در اخت</w:t>
      </w:r>
      <w:r w:rsidRPr="002F751A">
        <w:rPr>
          <w:rFonts w:hint="cs"/>
          <w:b w:val="0"/>
          <w:color w:val="000000" w:themeColor="text1"/>
          <w:szCs w:val="26"/>
          <w:rtl/>
        </w:rPr>
        <w:t>یار</w:t>
      </w:r>
      <w:r w:rsidRPr="002F751A">
        <w:rPr>
          <w:b w:val="0"/>
          <w:color w:val="000000" w:themeColor="text1"/>
          <w:szCs w:val="26"/>
          <w:rtl/>
        </w:rPr>
        <w:t xml:space="preserve"> شخص قرار گرفته» باشد، نه فقط بر ناموجه بودن آغاز دعوا</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w:t>
      </w:r>
      <w:proofErr w:type="spellStart"/>
      <w:r w:rsidRPr="002F751A">
        <w:rPr>
          <w:rFonts w:asciiTheme="majorBidi" w:hAnsiTheme="majorBidi" w:cstheme="majorBidi"/>
          <w:b w:val="0"/>
          <w:i/>
          <w:iCs/>
          <w:color w:val="000000" w:themeColor="text1"/>
          <w:szCs w:val="26"/>
        </w:rPr>
        <w:t>Ginossar</w:t>
      </w:r>
      <w:proofErr w:type="spellEnd"/>
      <w:r w:rsidRPr="002F751A">
        <w:rPr>
          <w:rFonts w:asciiTheme="majorBidi" w:hAnsiTheme="majorBidi" w:cstheme="majorBidi"/>
          <w:b w:val="0"/>
          <w:i/>
          <w:iCs/>
          <w:color w:val="000000" w:themeColor="text1"/>
          <w:szCs w:val="26"/>
        </w:rPr>
        <w:t>, 1982: 401).</w:t>
      </w:r>
      <w:r w:rsidRPr="002F751A">
        <w:rPr>
          <w:b w:val="0"/>
          <w:color w:val="000000" w:themeColor="text1"/>
          <w:szCs w:val="26"/>
        </w:rPr>
        <w:t xml:space="preserve"> </w:t>
      </w:r>
      <w:r w:rsidRPr="002F751A">
        <w:rPr>
          <w:b w:val="0"/>
          <w:color w:val="000000" w:themeColor="text1"/>
          <w:szCs w:val="26"/>
          <w:rtl/>
        </w:rPr>
        <w:t>در حقوق ک</w:t>
      </w:r>
      <w:r w:rsidRPr="002F751A">
        <w:rPr>
          <w:rFonts w:hint="cs"/>
          <w:b w:val="0"/>
          <w:color w:val="000000" w:themeColor="text1"/>
          <w:szCs w:val="26"/>
          <w:rtl/>
        </w:rPr>
        <w:t>یفری</w:t>
      </w:r>
      <w:r w:rsidRPr="002F751A">
        <w:rPr>
          <w:b w:val="0"/>
          <w:color w:val="000000" w:themeColor="text1"/>
          <w:szCs w:val="26"/>
          <w:rtl/>
        </w:rPr>
        <w:t xml:space="preserve"> </w:t>
      </w:r>
      <w:r w:rsidRPr="002F751A">
        <w:rPr>
          <w:rFonts w:hint="cs"/>
          <w:b w:val="0"/>
          <w:color w:val="000000" w:themeColor="text1"/>
          <w:szCs w:val="26"/>
          <w:rtl/>
        </w:rPr>
        <w:t>نیز</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Choo</w:t>
      </w:r>
      <w:r w:rsidRPr="002F751A">
        <w:rPr>
          <w:b w:val="0"/>
          <w:color w:val="000000" w:themeColor="text1"/>
          <w:szCs w:val="26"/>
        </w:rPr>
        <w:t xml:space="preserve"> </w:t>
      </w:r>
      <w:r w:rsidRPr="002F751A">
        <w:rPr>
          <w:b w:val="0"/>
          <w:color w:val="000000" w:themeColor="text1"/>
          <w:szCs w:val="26"/>
          <w:rtl/>
        </w:rPr>
        <w:t>نشان م</w:t>
      </w:r>
      <w:r w:rsidRPr="002F751A">
        <w:rPr>
          <w:rFonts w:hint="cs"/>
          <w:b w:val="0"/>
          <w:color w:val="000000" w:themeColor="text1"/>
          <w:szCs w:val="26"/>
          <w:rtl/>
        </w:rPr>
        <w:t>ی‌دهد</w:t>
      </w:r>
      <w:r w:rsidRPr="002F751A">
        <w:rPr>
          <w:b w:val="0"/>
          <w:color w:val="000000" w:themeColor="text1"/>
          <w:szCs w:val="26"/>
          <w:rtl/>
        </w:rPr>
        <w:t xml:space="preserve"> سوءاستفاده از فرا</w:t>
      </w:r>
      <w:r w:rsidRPr="002F751A">
        <w:rPr>
          <w:rFonts w:hint="cs"/>
          <w:b w:val="0"/>
          <w:color w:val="000000" w:themeColor="text1"/>
          <w:szCs w:val="26"/>
          <w:rtl/>
        </w:rPr>
        <w:t>یند</w:t>
      </w:r>
      <w:r w:rsidRPr="002F751A">
        <w:rPr>
          <w:b w:val="0"/>
          <w:color w:val="000000" w:themeColor="text1"/>
          <w:szCs w:val="26"/>
          <w:rtl/>
        </w:rPr>
        <w:t xml:space="preserve"> م</w:t>
      </w:r>
      <w:r w:rsidRPr="002F751A">
        <w:rPr>
          <w:rFonts w:hint="cs"/>
          <w:b w:val="0"/>
          <w:color w:val="000000" w:themeColor="text1"/>
          <w:szCs w:val="26"/>
          <w:rtl/>
        </w:rPr>
        <w:t>ی‌تواند</w:t>
      </w:r>
      <w:r w:rsidRPr="002F751A">
        <w:rPr>
          <w:b w:val="0"/>
          <w:color w:val="000000" w:themeColor="text1"/>
          <w:szCs w:val="26"/>
          <w:rtl/>
        </w:rPr>
        <w:t xml:space="preserve"> از دستکار</w:t>
      </w:r>
      <w:r w:rsidRPr="002F751A">
        <w:rPr>
          <w:rFonts w:hint="cs"/>
          <w:b w:val="0"/>
          <w:color w:val="000000" w:themeColor="text1"/>
          <w:szCs w:val="26"/>
          <w:rtl/>
        </w:rPr>
        <w:t>ی</w:t>
      </w:r>
      <w:r w:rsidRPr="002F751A">
        <w:rPr>
          <w:b w:val="0"/>
          <w:color w:val="000000" w:themeColor="text1"/>
          <w:szCs w:val="26"/>
          <w:rtl/>
        </w:rPr>
        <w:t xml:space="preserve"> قواعد </w:t>
      </w:r>
      <w:r w:rsidRPr="002F751A">
        <w:rPr>
          <w:rFonts w:hint="cs"/>
          <w:b w:val="0"/>
          <w:color w:val="000000" w:themeColor="text1"/>
          <w:szCs w:val="26"/>
          <w:rtl/>
        </w:rPr>
        <w:t>یا</w:t>
      </w:r>
      <w:r w:rsidRPr="002F751A">
        <w:rPr>
          <w:b w:val="0"/>
          <w:color w:val="000000" w:themeColor="text1"/>
          <w:szCs w:val="26"/>
          <w:rtl/>
        </w:rPr>
        <w:t xml:space="preserve"> استفاده ناعادلانه از تشر</w:t>
      </w:r>
      <w:r w:rsidRPr="002F751A">
        <w:rPr>
          <w:rFonts w:hint="cs"/>
          <w:b w:val="0"/>
          <w:color w:val="000000" w:themeColor="text1"/>
          <w:szCs w:val="26"/>
          <w:rtl/>
        </w:rPr>
        <w:t>یفات</w:t>
      </w:r>
      <w:r w:rsidRPr="002F751A">
        <w:rPr>
          <w:b w:val="0"/>
          <w:color w:val="000000" w:themeColor="text1"/>
          <w:szCs w:val="26"/>
          <w:rtl/>
        </w:rPr>
        <w:t xml:space="preserve"> برا</w:t>
      </w:r>
      <w:r w:rsidRPr="002F751A">
        <w:rPr>
          <w:rFonts w:hint="cs"/>
          <w:b w:val="0"/>
          <w:color w:val="000000" w:themeColor="text1"/>
          <w:szCs w:val="26"/>
          <w:rtl/>
        </w:rPr>
        <w:t>ی</w:t>
      </w:r>
      <w:r w:rsidRPr="002F751A">
        <w:rPr>
          <w:b w:val="0"/>
          <w:color w:val="000000" w:themeColor="text1"/>
          <w:szCs w:val="26"/>
          <w:rtl/>
        </w:rPr>
        <w:t xml:space="preserve"> محروم کردن طرف مقابل از حما</w:t>
      </w:r>
      <w:r w:rsidRPr="002F751A">
        <w:rPr>
          <w:rFonts w:hint="cs"/>
          <w:b w:val="0"/>
          <w:color w:val="000000" w:themeColor="text1"/>
          <w:szCs w:val="26"/>
          <w:rtl/>
        </w:rPr>
        <w:t>یت</w:t>
      </w:r>
      <w:r w:rsidRPr="002F751A">
        <w:rPr>
          <w:b w:val="0"/>
          <w:color w:val="000000" w:themeColor="text1"/>
          <w:szCs w:val="26"/>
          <w:rtl/>
        </w:rPr>
        <w:t xml:space="preserve"> قانون</w:t>
      </w:r>
      <w:r w:rsidRPr="002F751A">
        <w:rPr>
          <w:rFonts w:hint="cs"/>
          <w:b w:val="0"/>
          <w:color w:val="000000" w:themeColor="text1"/>
          <w:szCs w:val="26"/>
          <w:rtl/>
        </w:rPr>
        <w:t>ی</w:t>
      </w:r>
      <w:r w:rsidRPr="002F751A">
        <w:rPr>
          <w:b w:val="0"/>
          <w:color w:val="000000" w:themeColor="text1"/>
          <w:szCs w:val="26"/>
          <w:rtl/>
        </w:rPr>
        <w:t xml:space="preserve"> ناش</w:t>
      </w:r>
      <w:r w:rsidRPr="002F751A">
        <w:rPr>
          <w:rFonts w:hint="cs"/>
          <w:b w:val="0"/>
          <w:color w:val="000000" w:themeColor="text1"/>
          <w:szCs w:val="26"/>
          <w:rtl/>
        </w:rPr>
        <w:t>ی</w:t>
      </w:r>
      <w:r w:rsidRPr="002F751A">
        <w:rPr>
          <w:b w:val="0"/>
          <w:color w:val="000000" w:themeColor="text1"/>
          <w:szCs w:val="26"/>
          <w:rtl/>
        </w:rPr>
        <w:t xml:space="preserve"> شود</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 xml:space="preserve">(Choo, 2008: 23). </w:t>
      </w:r>
      <w:r w:rsidRPr="002F751A">
        <w:rPr>
          <w:b w:val="0"/>
          <w:color w:val="000000" w:themeColor="text1"/>
          <w:szCs w:val="26"/>
          <w:rtl/>
        </w:rPr>
        <w:t>ا</w:t>
      </w:r>
      <w:r w:rsidRPr="002F751A">
        <w:rPr>
          <w:rFonts w:hint="cs"/>
          <w:b w:val="0"/>
          <w:color w:val="000000" w:themeColor="text1"/>
          <w:szCs w:val="26"/>
          <w:rtl/>
        </w:rPr>
        <w:t>ین</w:t>
      </w:r>
      <w:r w:rsidRPr="002F751A">
        <w:rPr>
          <w:b w:val="0"/>
          <w:color w:val="000000" w:themeColor="text1"/>
          <w:szCs w:val="26"/>
          <w:rtl/>
        </w:rPr>
        <w:t xml:space="preserve"> ادب</w:t>
      </w:r>
      <w:r w:rsidRPr="002F751A">
        <w:rPr>
          <w:rFonts w:hint="cs"/>
          <w:b w:val="0"/>
          <w:color w:val="000000" w:themeColor="text1"/>
          <w:szCs w:val="26"/>
          <w:rtl/>
        </w:rPr>
        <w:t>یات</w:t>
      </w:r>
      <w:r w:rsidRPr="002F751A">
        <w:rPr>
          <w:b w:val="0"/>
          <w:color w:val="000000" w:themeColor="text1"/>
          <w:szCs w:val="26"/>
          <w:rtl/>
        </w:rPr>
        <w:t xml:space="preserve"> برا</w:t>
      </w:r>
      <w:r w:rsidRPr="002F751A">
        <w:rPr>
          <w:rFonts w:hint="cs"/>
          <w:b w:val="0"/>
          <w:color w:val="000000" w:themeColor="text1"/>
          <w:szCs w:val="26"/>
          <w:rtl/>
        </w:rPr>
        <w:t>ی</w:t>
      </w:r>
      <w:r w:rsidRPr="002F751A">
        <w:rPr>
          <w:b w:val="0"/>
          <w:color w:val="000000" w:themeColor="text1"/>
          <w:szCs w:val="26"/>
          <w:rtl/>
        </w:rPr>
        <w:t xml:space="preserve"> ا</w:t>
      </w:r>
      <w:r w:rsidRPr="002F751A">
        <w:rPr>
          <w:rFonts w:hint="cs"/>
          <w:b w:val="0"/>
          <w:color w:val="000000" w:themeColor="text1"/>
          <w:szCs w:val="26"/>
          <w:rtl/>
        </w:rPr>
        <w:t>یران</w:t>
      </w:r>
      <w:r w:rsidRPr="002F751A">
        <w:rPr>
          <w:b w:val="0"/>
          <w:color w:val="000000" w:themeColor="text1"/>
          <w:szCs w:val="26"/>
          <w:rtl/>
        </w:rPr>
        <w:t xml:space="preserve"> </w:t>
      </w:r>
      <w:r w:rsidRPr="002F751A">
        <w:rPr>
          <w:rFonts w:hint="cs"/>
          <w:b w:val="0"/>
          <w:color w:val="000000" w:themeColor="text1"/>
          <w:szCs w:val="26"/>
          <w:rtl/>
        </w:rPr>
        <w:t>یادآور</w:t>
      </w:r>
      <w:r w:rsidRPr="002F751A">
        <w:rPr>
          <w:b w:val="0"/>
          <w:color w:val="000000" w:themeColor="text1"/>
          <w:szCs w:val="26"/>
          <w:rtl/>
        </w:rPr>
        <w:t xml:space="preserve"> م</w:t>
      </w:r>
      <w:r w:rsidRPr="002F751A">
        <w:rPr>
          <w:rFonts w:hint="cs"/>
          <w:b w:val="0"/>
          <w:color w:val="000000" w:themeColor="text1"/>
          <w:szCs w:val="26"/>
          <w:rtl/>
        </w:rPr>
        <w:t>ی‌شود</w:t>
      </w:r>
      <w:r w:rsidRPr="002F751A">
        <w:rPr>
          <w:b w:val="0"/>
          <w:color w:val="000000" w:themeColor="text1"/>
          <w:szCs w:val="26"/>
          <w:rtl/>
        </w:rPr>
        <w:t xml:space="preserve"> که پاسخ نبا</w:t>
      </w:r>
      <w:r w:rsidRPr="002F751A">
        <w:rPr>
          <w:rFonts w:hint="cs"/>
          <w:b w:val="0"/>
          <w:color w:val="000000" w:themeColor="text1"/>
          <w:szCs w:val="26"/>
          <w:rtl/>
        </w:rPr>
        <w:t>ید</w:t>
      </w:r>
      <w:r w:rsidRPr="002F751A">
        <w:rPr>
          <w:b w:val="0"/>
          <w:color w:val="000000" w:themeColor="text1"/>
          <w:szCs w:val="26"/>
          <w:rtl/>
        </w:rPr>
        <w:t xml:space="preserve"> صرفاً به عنوان مجرمانه انتساب کذب تقل</w:t>
      </w:r>
      <w:r w:rsidRPr="002F751A">
        <w:rPr>
          <w:rFonts w:hint="cs"/>
          <w:b w:val="0"/>
          <w:color w:val="000000" w:themeColor="text1"/>
          <w:szCs w:val="26"/>
          <w:rtl/>
        </w:rPr>
        <w:t>یل</w:t>
      </w:r>
      <w:r w:rsidRPr="002F751A">
        <w:rPr>
          <w:b w:val="0"/>
          <w:color w:val="000000" w:themeColor="text1"/>
          <w:szCs w:val="26"/>
          <w:rtl/>
        </w:rPr>
        <w:t xml:space="preserve"> </w:t>
      </w:r>
      <w:r w:rsidRPr="002F751A">
        <w:rPr>
          <w:rFonts w:hint="cs"/>
          <w:b w:val="0"/>
          <w:color w:val="000000" w:themeColor="text1"/>
          <w:szCs w:val="26"/>
          <w:rtl/>
        </w:rPr>
        <w:t>یابد</w:t>
      </w:r>
      <w:r w:rsidRPr="002F751A">
        <w:rPr>
          <w:b w:val="0"/>
          <w:color w:val="000000" w:themeColor="text1"/>
          <w:szCs w:val="26"/>
        </w:rPr>
        <w:t>.</w:t>
      </w:r>
    </w:p>
    <w:p w14:paraId="6D559AE3" w14:textId="77777777" w:rsidR="002F751A" w:rsidRPr="002F751A" w:rsidRDefault="002F751A" w:rsidP="002F751A">
      <w:pPr>
        <w:pStyle w:val="SubFA"/>
        <w:keepNext/>
        <w:bidi/>
        <w:rPr>
          <w:bCs/>
          <w:color w:val="000000" w:themeColor="text1"/>
          <w:szCs w:val="26"/>
          <w:rtl/>
        </w:rPr>
      </w:pPr>
    </w:p>
    <w:p w14:paraId="04301F41" w14:textId="64118E97" w:rsidR="002F751A" w:rsidRPr="002F751A" w:rsidRDefault="002F751A" w:rsidP="002F751A">
      <w:pPr>
        <w:pStyle w:val="SubFA"/>
        <w:keepNext/>
        <w:bidi/>
        <w:rPr>
          <w:bCs/>
          <w:color w:val="000000" w:themeColor="text1"/>
          <w:szCs w:val="26"/>
          <w:rtl/>
        </w:rPr>
      </w:pPr>
      <w:r w:rsidRPr="002F751A">
        <w:rPr>
          <w:rFonts w:hint="cs"/>
          <w:bCs/>
          <w:color w:val="000000" w:themeColor="text1"/>
          <w:szCs w:val="26"/>
          <w:rtl/>
          <w:lang w:bidi="fa-IR"/>
        </w:rPr>
        <w:t>5</w:t>
      </w:r>
      <w:r w:rsidRPr="002F751A">
        <w:rPr>
          <w:bCs/>
          <w:color w:val="000000" w:themeColor="text1"/>
          <w:szCs w:val="26"/>
          <w:lang w:bidi="fa-IR"/>
        </w:rPr>
        <w:t xml:space="preserve">- </w:t>
      </w:r>
      <w:r w:rsidRPr="002F751A">
        <w:rPr>
          <w:bCs/>
          <w:color w:val="000000" w:themeColor="text1"/>
          <w:szCs w:val="26"/>
          <w:rtl/>
          <w:lang w:bidi="fa-IR"/>
        </w:rPr>
        <w:t>شاخص‌ها</w:t>
      </w:r>
      <w:r w:rsidRPr="002F751A">
        <w:rPr>
          <w:rFonts w:hint="cs"/>
          <w:bCs/>
          <w:color w:val="000000" w:themeColor="text1"/>
          <w:szCs w:val="26"/>
          <w:rtl/>
          <w:lang w:bidi="fa-IR"/>
        </w:rPr>
        <w:t>ی</w:t>
      </w:r>
      <w:r w:rsidRPr="002F751A">
        <w:rPr>
          <w:bCs/>
          <w:color w:val="000000" w:themeColor="text1"/>
          <w:szCs w:val="26"/>
          <w:rtl/>
          <w:lang w:bidi="fa-IR"/>
        </w:rPr>
        <w:t xml:space="preserve"> پ</w:t>
      </w:r>
      <w:r w:rsidRPr="002F751A">
        <w:rPr>
          <w:rFonts w:hint="cs"/>
          <w:bCs/>
          <w:color w:val="000000" w:themeColor="text1"/>
          <w:szCs w:val="26"/>
          <w:rtl/>
          <w:lang w:bidi="fa-IR"/>
        </w:rPr>
        <w:t>یشنهادی</w:t>
      </w:r>
      <w:r w:rsidRPr="002F751A">
        <w:rPr>
          <w:bCs/>
          <w:color w:val="000000" w:themeColor="text1"/>
          <w:szCs w:val="26"/>
          <w:rtl/>
          <w:lang w:bidi="fa-IR"/>
        </w:rPr>
        <w:t xml:space="preserve"> برا</w:t>
      </w:r>
      <w:r w:rsidRPr="002F751A">
        <w:rPr>
          <w:rFonts w:hint="cs"/>
          <w:bCs/>
          <w:color w:val="000000" w:themeColor="text1"/>
          <w:szCs w:val="26"/>
          <w:rtl/>
          <w:lang w:bidi="fa-IR"/>
        </w:rPr>
        <w:t>ی</w:t>
      </w:r>
      <w:r w:rsidRPr="002F751A">
        <w:rPr>
          <w:bCs/>
          <w:color w:val="000000" w:themeColor="text1"/>
          <w:szCs w:val="26"/>
          <w:rtl/>
          <w:lang w:bidi="fa-IR"/>
        </w:rPr>
        <w:t xml:space="preserve"> تشخ</w:t>
      </w:r>
      <w:r w:rsidRPr="002F751A">
        <w:rPr>
          <w:rFonts w:hint="cs"/>
          <w:bCs/>
          <w:color w:val="000000" w:themeColor="text1"/>
          <w:szCs w:val="26"/>
          <w:rtl/>
          <w:lang w:bidi="fa-IR"/>
        </w:rPr>
        <w:t>یص</w:t>
      </w:r>
      <w:r w:rsidRPr="002F751A">
        <w:rPr>
          <w:bCs/>
          <w:color w:val="000000" w:themeColor="text1"/>
          <w:szCs w:val="26"/>
          <w:rtl/>
          <w:lang w:bidi="fa-IR"/>
        </w:rPr>
        <w:t xml:space="preserve"> الگو</w:t>
      </w:r>
      <w:r w:rsidRPr="002F751A">
        <w:rPr>
          <w:rFonts w:hint="cs"/>
          <w:bCs/>
          <w:color w:val="000000" w:themeColor="text1"/>
          <w:szCs w:val="26"/>
          <w:rtl/>
          <w:lang w:bidi="fa-IR"/>
        </w:rPr>
        <w:t>ی</w:t>
      </w:r>
      <w:r w:rsidRPr="002F751A">
        <w:rPr>
          <w:bCs/>
          <w:color w:val="000000" w:themeColor="text1"/>
          <w:szCs w:val="26"/>
          <w:rtl/>
          <w:lang w:bidi="fa-IR"/>
        </w:rPr>
        <w:t xml:space="preserve"> سوءاستفاده</w:t>
      </w:r>
    </w:p>
    <w:p w14:paraId="452BADDF" w14:textId="635AC9BA"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برای</w:t>
      </w:r>
      <w:r w:rsidRPr="002F751A">
        <w:rPr>
          <w:b w:val="0"/>
          <w:color w:val="000000" w:themeColor="text1"/>
          <w:szCs w:val="26"/>
          <w:rtl/>
        </w:rPr>
        <w:t xml:space="preserve"> جلوگ</w:t>
      </w:r>
      <w:r w:rsidRPr="002F751A">
        <w:rPr>
          <w:rFonts w:hint="cs"/>
          <w:b w:val="0"/>
          <w:color w:val="000000" w:themeColor="text1"/>
          <w:szCs w:val="26"/>
          <w:rtl/>
        </w:rPr>
        <w:t>یری</w:t>
      </w:r>
      <w:r w:rsidRPr="002F751A">
        <w:rPr>
          <w:b w:val="0"/>
          <w:color w:val="000000" w:themeColor="text1"/>
          <w:szCs w:val="26"/>
          <w:rtl/>
        </w:rPr>
        <w:t xml:space="preserve"> از سل</w:t>
      </w:r>
      <w:r w:rsidRPr="002F751A">
        <w:rPr>
          <w:rFonts w:hint="cs"/>
          <w:b w:val="0"/>
          <w:color w:val="000000" w:themeColor="text1"/>
          <w:szCs w:val="26"/>
          <w:rtl/>
        </w:rPr>
        <w:t>یقه‌ای</w:t>
      </w:r>
      <w:r w:rsidRPr="002F751A">
        <w:rPr>
          <w:b w:val="0"/>
          <w:color w:val="000000" w:themeColor="text1"/>
          <w:szCs w:val="26"/>
          <w:rtl/>
        </w:rPr>
        <w:t xml:space="preserve"> شدن مفهوم، تشخ</w:t>
      </w:r>
      <w:r w:rsidRPr="002F751A">
        <w:rPr>
          <w:rFonts w:hint="cs"/>
          <w:b w:val="0"/>
          <w:color w:val="000000" w:themeColor="text1"/>
          <w:szCs w:val="26"/>
          <w:rtl/>
        </w:rPr>
        <w:t>یص</w:t>
      </w:r>
      <w:r w:rsidRPr="002F751A">
        <w:rPr>
          <w:b w:val="0"/>
          <w:color w:val="000000" w:themeColor="text1"/>
          <w:szCs w:val="26"/>
          <w:rtl/>
        </w:rPr>
        <w:t xml:space="preserve"> با</w:t>
      </w:r>
      <w:r w:rsidRPr="002F751A">
        <w:rPr>
          <w:rFonts w:hint="cs"/>
          <w:b w:val="0"/>
          <w:color w:val="000000" w:themeColor="text1"/>
          <w:szCs w:val="26"/>
          <w:rtl/>
        </w:rPr>
        <w:t>ید</w:t>
      </w:r>
      <w:r w:rsidRPr="002F751A">
        <w:rPr>
          <w:b w:val="0"/>
          <w:color w:val="000000" w:themeColor="text1"/>
          <w:szCs w:val="26"/>
          <w:rtl/>
        </w:rPr>
        <w:t xml:space="preserve"> بر شاخص‌ها</w:t>
      </w:r>
      <w:r w:rsidRPr="002F751A">
        <w:rPr>
          <w:rFonts w:hint="cs"/>
          <w:b w:val="0"/>
          <w:color w:val="000000" w:themeColor="text1"/>
          <w:szCs w:val="26"/>
          <w:rtl/>
        </w:rPr>
        <w:t>ی</w:t>
      </w:r>
      <w:r w:rsidRPr="002F751A">
        <w:rPr>
          <w:b w:val="0"/>
          <w:color w:val="000000" w:themeColor="text1"/>
          <w:szCs w:val="26"/>
          <w:rtl/>
        </w:rPr>
        <w:t xml:space="preserve"> قابل ثبت استوار باشد. نخست</w:t>
      </w:r>
      <w:r w:rsidRPr="002F751A">
        <w:rPr>
          <w:rFonts w:hint="cs"/>
          <w:b w:val="0"/>
          <w:color w:val="000000" w:themeColor="text1"/>
          <w:szCs w:val="26"/>
          <w:rtl/>
        </w:rPr>
        <w:t>ین</w:t>
      </w:r>
      <w:r w:rsidRPr="002F751A">
        <w:rPr>
          <w:b w:val="0"/>
          <w:color w:val="000000" w:themeColor="text1"/>
          <w:szCs w:val="26"/>
          <w:rtl/>
        </w:rPr>
        <w:t xml:space="preserve"> شاخص، تکرار شکا</w:t>
      </w:r>
      <w:r w:rsidRPr="002F751A">
        <w:rPr>
          <w:rFonts w:hint="cs"/>
          <w:b w:val="0"/>
          <w:color w:val="000000" w:themeColor="text1"/>
          <w:szCs w:val="26"/>
          <w:rtl/>
        </w:rPr>
        <w:t>یت‌های</w:t>
      </w:r>
      <w:r w:rsidRPr="002F751A">
        <w:rPr>
          <w:b w:val="0"/>
          <w:color w:val="000000" w:themeColor="text1"/>
          <w:szCs w:val="26"/>
          <w:rtl/>
        </w:rPr>
        <w:t xml:space="preserve"> مبتن</w:t>
      </w:r>
      <w:r w:rsidRPr="002F751A">
        <w:rPr>
          <w:rFonts w:hint="cs"/>
          <w:b w:val="0"/>
          <w:color w:val="000000" w:themeColor="text1"/>
          <w:szCs w:val="26"/>
          <w:rtl/>
        </w:rPr>
        <w:t>ی</w:t>
      </w:r>
      <w:r w:rsidRPr="002F751A">
        <w:rPr>
          <w:b w:val="0"/>
          <w:color w:val="000000" w:themeColor="text1"/>
          <w:szCs w:val="26"/>
          <w:rtl/>
        </w:rPr>
        <w:t xml:space="preserve"> بر هسته واقع</w:t>
      </w:r>
      <w:r w:rsidRPr="002F751A">
        <w:rPr>
          <w:rFonts w:hint="cs"/>
          <w:b w:val="0"/>
          <w:color w:val="000000" w:themeColor="text1"/>
          <w:szCs w:val="26"/>
          <w:rtl/>
        </w:rPr>
        <w:t>ی</w:t>
      </w:r>
      <w:r w:rsidRPr="002F751A">
        <w:rPr>
          <w:b w:val="0"/>
          <w:color w:val="000000" w:themeColor="text1"/>
          <w:szCs w:val="26"/>
          <w:rtl/>
        </w:rPr>
        <w:t xml:space="preserve"> واحد پس از تع</w:t>
      </w:r>
      <w:r w:rsidRPr="002F751A">
        <w:rPr>
          <w:rFonts w:hint="cs"/>
          <w:b w:val="0"/>
          <w:color w:val="000000" w:themeColor="text1"/>
          <w:szCs w:val="26"/>
          <w:rtl/>
        </w:rPr>
        <w:t>یین</w:t>
      </w:r>
      <w:r w:rsidRPr="002F751A">
        <w:rPr>
          <w:b w:val="0"/>
          <w:color w:val="000000" w:themeColor="text1"/>
          <w:szCs w:val="26"/>
          <w:rtl/>
        </w:rPr>
        <w:t xml:space="preserve"> تکل</w:t>
      </w:r>
      <w:r w:rsidRPr="002F751A">
        <w:rPr>
          <w:rFonts w:hint="cs"/>
          <w:b w:val="0"/>
          <w:color w:val="000000" w:themeColor="text1"/>
          <w:szCs w:val="26"/>
          <w:rtl/>
        </w:rPr>
        <w:t>یف</w:t>
      </w:r>
      <w:r w:rsidRPr="002F751A">
        <w:rPr>
          <w:b w:val="0"/>
          <w:color w:val="000000" w:themeColor="text1"/>
          <w:szCs w:val="26"/>
          <w:rtl/>
        </w:rPr>
        <w:t xml:space="preserve"> قطع</w:t>
      </w:r>
      <w:r w:rsidRPr="002F751A">
        <w:rPr>
          <w:rFonts w:hint="cs"/>
          <w:b w:val="0"/>
          <w:color w:val="000000" w:themeColor="text1"/>
          <w:szCs w:val="26"/>
          <w:rtl/>
        </w:rPr>
        <w:t>ی</w:t>
      </w:r>
      <w:r w:rsidRPr="002F751A">
        <w:rPr>
          <w:b w:val="0"/>
          <w:color w:val="000000" w:themeColor="text1"/>
          <w:szCs w:val="26"/>
          <w:rtl/>
        </w:rPr>
        <w:t xml:space="preserve"> است؛ به‌خصوص هنگام</w:t>
      </w:r>
      <w:r w:rsidRPr="002F751A">
        <w:rPr>
          <w:rFonts w:hint="cs"/>
          <w:b w:val="0"/>
          <w:color w:val="000000" w:themeColor="text1"/>
          <w:szCs w:val="26"/>
          <w:rtl/>
        </w:rPr>
        <w:t>ی</w:t>
      </w:r>
      <w:r w:rsidRPr="002F751A">
        <w:rPr>
          <w:b w:val="0"/>
          <w:color w:val="000000" w:themeColor="text1"/>
          <w:szCs w:val="26"/>
          <w:rtl/>
        </w:rPr>
        <w:t xml:space="preserve"> که عنوان جرم </w:t>
      </w:r>
      <w:r w:rsidRPr="002F751A">
        <w:rPr>
          <w:rFonts w:hint="cs"/>
          <w:b w:val="0"/>
          <w:color w:val="000000" w:themeColor="text1"/>
          <w:szCs w:val="26"/>
          <w:rtl/>
        </w:rPr>
        <w:t>یا</w:t>
      </w:r>
      <w:r w:rsidRPr="002F751A">
        <w:rPr>
          <w:b w:val="0"/>
          <w:color w:val="000000" w:themeColor="text1"/>
          <w:szCs w:val="26"/>
          <w:rtl/>
        </w:rPr>
        <w:t xml:space="preserve"> مرجع تغ</w:t>
      </w:r>
      <w:r w:rsidRPr="002F751A">
        <w:rPr>
          <w:rFonts w:hint="cs"/>
          <w:b w:val="0"/>
          <w:color w:val="000000" w:themeColor="text1"/>
          <w:szCs w:val="26"/>
          <w:rtl/>
        </w:rPr>
        <w:t>ییر</w:t>
      </w:r>
      <w:r w:rsidRPr="002F751A">
        <w:rPr>
          <w:b w:val="0"/>
          <w:color w:val="000000" w:themeColor="text1"/>
          <w:szCs w:val="26"/>
          <w:rtl/>
        </w:rPr>
        <w:t xml:space="preserve"> م</w:t>
      </w:r>
      <w:r w:rsidRPr="002F751A">
        <w:rPr>
          <w:rFonts w:hint="cs"/>
          <w:b w:val="0"/>
          <w:color w:val="000000" w:themeColor="text1"/>
          <w:szCs w:val="26"/>
          <w:rtl/>
        </w:rPr>
        <w:t>ی‌کند</w:t>
      </w:r>
      <w:r w:rsidRPr="002F751A">
        <w:rPr>
          <w:b w:val="0"/>
          <w:color w:val="000000" w:themeColor="text1"/>
          <w:szCs w:val="26"/>
          <w:rtl/>
        </w:rPr>
        <w:t xml:space="preserve"> اما ادعا</w:t>
      </w:r>
      <w:r w:rsidRPr="002F751A">
        <w:rPr>
          <w:rFonts w:hint="cs"/>
          <w:b w:val="0"/>
          <w:color w:val="000000" w:themeColor="text1"/>
          <w:szCs w:val="26"/>
          <w:rtl/>
        </w:rPr>
        <w:t>ی</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factual</w:t>
      </w:r>
      <w:r w:rsidRPr="002F751A">
        <w:rPr>
          <w:b w:val="0"/>
          <w:color w:val="000000" w:themeColor="text1"/>
          <w:szCs w:val="26"/>
        </w:rPr>
        <w:t xml:space="preserve"> </w:t>
      </w:r>
      <w:r>
        <w:rPr>
          <w:rFonts w:hint="cs"/>
          <w:b w:val="0"/>
          <w:color w:val="000000" w:themeColor="text1"/>
          <w:szCs w:val="26"/>
          <w:rtl/>
        </w:rPr>
        <w:t xml:space="preserve"> </w:t>
      </w:r>
      <w:r w:rsidRPr="002F751A">
        <w:rPr>
          <w:b w:val="0"/>
          <w:color w:val="000000" w:themeColor="text1"/>
          <w:szCs w:val="26"/>
          <w:rtl/>
        </w:rPr>
        <w:t>همان است. دوم، وجود تناقض‌</w:t>
      </w:r>
      <w:r w:rsidRPr="002F751A">
        <w:rPr>
          <w:rFonts w:hint="cs"/>
          <w:b w:val="0"/>
          <w:color w:val="000000" w:themeColor="text1"/>
          <w:szCs w:val="26"/>
          <w:rtl/>
        </w:rPr>
        <w:t>های</w:t>
      </w:r>
      <w:r w:rsidRPr="002F751A">
        <w:rPr>
          <w:b w:val="0"/>
          <w:color w:val="000000" w:themeColor="text1"/>
          <w:szCs w:val="26"/>
          <w:rtl/>
        </w:rPr>
        <w:t xml:space="preserve"> بن</w:t>
      </w:r>
      <w:r w:rsidRPr="002F751A">
        <w:rPr>
          <w:rFonts w:hint="cs"/>
          <w:b w:val="0"/>
          <w:color w:val="000000" w:themeColor="text1"/>
          <w:szCs w:val="26"/>
          <w:rtl/>
        </w:rPr>
        <w:t>یادین</w:t>
      </w:r>
      <w:r w:rsidRPr="002F751A">
        <w:rPr>
          <w:b w:val="0"/>
          <w:color w:val="000000" w:themeColor="text1"/>
          <w:szCs w:val="26"/>
          <w:rtl/>
        </w:rPr>
        <w:t xml:space="preserve"> و نه جزئ</w:t>
      </w:r>
      <w:r w:rsidRPr="002F751A">
        <w:rPr>
          <w:rFonts w:hint="cs"/>
          <w:b w:val="0"/>
          <w:color w:val="000000" w:themeColor="text1"/>
          <w:szCs w:val="26"/>
          <w:rtl/>
        </w:rPr>
        <w:t>ی</w:t>
      </w:r>
      <w:r w:rsidRPr="002F751A">
        <w:rPr>
          <w:b w:val="0"/>
          <w:color w:val="000000" w:themeColor="text1"/>
          <w:szCs w:val="26"/>
          <w:rtl/>
        </w:rPr>
        <w:t xml:space="preserve"> م</w:t>
      </w:r>
      <w:r w:rsidRPr="002F751A">
        <w:rPr>
          <w:rFonts w:hint="cs"/>
          <w:b w:val="0"/>
          <w:color w:val="000000" w:themeColor="text1"/>
          <w:szCs w:val="26"/>
          <w:rtl/>
        </w:rPr>
        <w:t>یان</w:t>
      </w:r>
      <w:r w:rsidRPr="002F751A">
        <w:rPr>
          <w:b w:val="0"/>
          <w:color w:val="000000" w:themeColor="text1"/>
          <w:szCs w:val="26"/>
          <w:rtl/>
        </w:rPr>
        <w:t xml:space="preserve"> روا</w:t>
      </w:r>
      <w:r w:rsidRPr="002F751A">
        <w:rPr>
          <w:rFonts w:hint="cs"/>
          <w:b w:val="0"/>
          <w:color w:val="000000" w:themeColor="text1"/>
          <w:szCs w:val="26"/>
          <w:rtl/>
        </w:rPr>
        <w:t>یت‌های</w:t>
      </w:r>
      <w:r w:rsidRPr="002F751A">
        <w:rPr>
          <w:b w:val="0"/>
          <w:color w:val="000000" w:themeColor="text1"/>
          <w:szCs w:val="26"/>
          <w:rtl/>
        </w:rPr>
        <w:t xml:space="preserve"> </w:t>
      </w:r>
      <w:r w:rsidRPr="002F751A">
        <w:rPr>
          <w:rFonts w:hint="cs"/>
          <w:b w:val="0"/>
          <w:color w:val="000000" w:themeColor="text1"/>
          <w:szCs w:val="26"/>
          <w:rtl/>
        </w:rPr>
        <w:t>یک</w:t>
      </w:r>
      <w:r w:rsidRPr="002F751A">
        <w:rPr>
          <w:b w:val="0"/>
          <w:color w:val="000000" w:themeColor="text1"/>
          <w:szCs w:val="26"/>
          <w:rtl/>
        </w:rPr>
        <w:t xml:space="preserve"> شخص در پرونده‌ها</w:t>
      </w:r>
      <w:r w:rsidRPr="002F751A">
        <w:rPr>
          <w:rFonts w:hint="cs"/>
          <w:b w:val="0"/>
          <w:color w:val="000000" w:themeColor="text1"/>
          <w:szCs w:val="26"/>
          <w:rtl/>
        </w:rPr>
        <w:t>ی</w:t>
      </w:r>
      <w:r w:rsidRPr="002F751A">
        <w:rPr>
          <w:b w:val="0"/>
          <w:color w:val="000000" w:themeColor="text1"/>
          <w:szCs w:val="26"/>
          <w:rtl/>
        </w:rPr>
        <w:t xml:space="preserve"> مرتبط است. سوم، </w:t>
      </w:r>
      <w:r w:rsidRPr="002F751A">
        <w:rPr>
          <w:b w:val="0"/>
          <w:color w:val="000000" w:themeColor="text1"/>
          <w:szCs w:val="26"/>
          <w:rtl/>
        </w:rPr>
        <w:lastRenderedPageBreak/>
        <w:t xml:space="preserve">ارائه اسناد </w:t>
      </w:r>
      <w:r w:rsidRPr="002F751A">
        <w:rPr>
          <w:rFonts w:hint="cs"/>
          <w:b w:val="0"/>
          <w:color w:val="000000" w:themeColor="text1"/>
          <w:szCs w:val="26"/>
          <w:rtl/>
        </w:rPr>
        <w:t>یا</w:t>
      </w:r>
      <w:r w:rsidRPr="002F751A">
        <w:rPr>
          <w:b w:val="0"/>
          <w:color w:val="000000" w:themeColor="text1"/>
          <w:szCs w:val="26"/>
          <w:rtl/>
        </w:rPr>
        <w:t xml:space="preserve"> داده‌ها</w:t>
      </w:r>
      <w:r w:rsidRPr="002F751A">
        <w:rPr>
          <w:rFonts w:hint="cs"/>
          <w:b w:val="0"/>
          <w:color w:val="000000" w:themeColor="text1"/>
          <w:szCs w:val="26"/>
          <w:rtl/>
        </w:rPr>
        <w:t>یی</w:t>
      </w:r>
      <w:r w:rsidRPr="002F751A">
        <w:rPr>
          <w:b w:val="0"/>
          <w:color w:val="000000" w:themeColor="text1"/>
          <w:szCs w:val="26"/>
          <w:rtl/>
        </w:rPr>
        <w:t xml:space="preserve"> است که منشأ آنها عمداً مخف</w:t>
      </w:r>
      <w:r w:rsidRPr="002F751A">
        <w:rPr>
          <w:rFonts w:hint="cs"/>
          <w:b w:val="0"/>
          <w:color w:val="000000" w:themeColor="text1"/>
          <w:szCs w:val="26"/>
          <w:rtl/>
        </w:rPr>
        <w:t>ی</w:t>
      </w:r>
      <w:r w:rsidRPr="002F751A">
        <w:rPr>
          <w:b w:val="0"/>
          <w:color w:val="000000" w:themeColor="text1"/>
          <w:szCs w:val="26"/>
          <w:rtl/>
        </w:rPr>
        <w:t xml:space="preserve"> شده </w:t>
      </w:r>
      <w:r w:rsidRPr="002F751A">
        <w:rPr>
          <w:rFonts w:hint="cs"/>
          <w:b w:val="0"/>
          <w:color w:val="000000" w:themeColor="text1"/>
          <w:szCs w:val="26"/>
          <w:rtl/>
        </w:rPr>
        <w:t>یا</w:t>
      </w:r>
      <w:r w:rsidRPr="002F751A">
        <w:rPr>
          <w:b w:val="0"/>
          <w:color w:val="000000" w:themeColor="text1"/>
          <w:szCs w:val="26"/>
          <w:rtl/>
        </w:rPr>
        <w:t xml:space="preserve"> بخش مؤثر آنها حذف شده است. چهارم، وجود پ</w:t>
      </w:r>
      <w:r w:rsidRPr="002F751A">
        <w:rPr>
          <w:rFonts w:hint="cs"/>
          <w:b w:val="0"/>
          <w:color w:val="000000" w:themeColor="text1"/>
          <w:szCs w:val="26"/>
          <w:rtl/>
        </w:rPr>
        <w:t>یام،</w:t>
      </w:r>
      <w:r w:rsidRPr="002F751A">
        <w:rPr>
          <w:b w:val="0"/>
          <w:color w:val="000000" w:themeColor="text1"/>
          <w:szCs w:val="26"/>
          <w:rtl/>
        </w:rPr>
        <w:t xml:space="preserve"> قرارداد </w:t>
      </w:r>
      <w:r w:rsidRPr="002F751A">
        <w:rPr>
          <w:rFonts w:hint="cs"/>
          <w:b w:val="0"/>
          <w:color w:val="000000" w:themeColor="text1"/>
          <w:szCs w:val="26"/>
          <w:rtl/>
        </w:rPr>
        <w:t>یا</w:t>
      </w:r>
      <w:r w:rsidRPr="002F751A">
        <w:rPr>
          <w:b w:val="0"/>
          <w:color w:val="000000" w:themeColor="text1"/>
          <w:szCs w:val="26"/>
          <w:rtl/>
        </w:rPr>
        <w:t xml:space="preserve"> مکاتبه‌ا</w:t>
      </w:r>
      <w:r w:rsidRPr="002F751A">
        <w:rPr>
          <w:rFonts w:hint="cs"/>
          <w:b w:val="0"/>
          <w:color w:val="000000" w:themeColor="text1"/>
          <w:szCs w:val="26"/>
          <w:rtl/>
        </w:rPr>
        <w:t>ی</w:t>
      </w:r>
      <w:r w:rsidRPr="002F751A">
        <w:rPr>
          <w:b w:val="0"/>
          <w:color w:val="000000" w:themeColor="text1"/>
          <w:szCs w:val="26"/>
          <w:rtl/>
        </w:rPr>
        <w:t xml:space="preserve"> است که نشان م</w:t>
      </w:r>
      <w:r w:rsidRPr="002F751A">
        <w:rPr>
          <w:rFonts w:hint="cs"/>
          <w:b w:val="0"/>
          <w:color w:val="000000" w:themeColor="text1"/>
          <w:szCs w:val="26"/>
          <w:rtl/>
        </w:rPr>
        <w:t>ی‌دهد</w:t>
      </w:r>
      <w:r w:rsidRPr="002F751A">
        <w:rPr>
          <w:b w:val="0"/>
          <w:color w:val="000000" w:themeColor="text1"/>
          <w:szCs w:val="26"/>
          <w:rtl/>
        </w:rPr>
        <w:t xml:space="preserve"> هدف واقع</w:t>
      </w:r>
      <w:r w:rsidRPr="002F751A">
        <w:rPr>
          <w:rFonts w:hint="cs"/>
          <w:b w:val="0"/>
          <w:color w:val="000000" w:themeColor="text1"/>
          <w:szCs w:val="26"/>
          <w:rtl/>
        </w:rPr>
        <w:t>ی</w:t>
      </w:r>
      <w:r w:rsidRPr="002F751A">
        <w:rPr>
          <w:b w:val="0"/>
          <w:color w:val="000000" w:themeColor="text1"/>
          <w:szCs w:val="26"/>
          <w:rtl/>
        </w:rPr>
        <w:t xml:space="preserve"> شکا</w:t>
      </w:r>
      <w:r w:rsidRPr="002F751A">
        <w:rPr>
          <w:rFonts w:hint="cs"/>
          <w:b w:val="0"/>
          <w:color w:val="000000" w:themeColor="text1"/>
          <w:szCs w:val="26"/>
          <w:rtl/>
        </w:rPr>
        <w:t>یت،</w:t>
      </w:r>
      <w:r w:rsidRPr="002F751A">
        <w:rPr>
          <w:b w:val="0"/>
          <w:color w:val="000000" w:themeColor="text1"/>
          <w:szCs w:val="26"/>
          <w:rtl/>
        </w:rPr>
        <w:t xml:space="preserve"> وادار کردن طرف مقابل به امت</w:t>
      </w:r>
      <w:r w:rsidRPr="002F751A">
        <w:rPr>
          <w:rFonts w:hint="cs"/>
          <w:b w:val="0"/>
          <w:color w:val="000000" w:themeColor="text1"/>
          <w:szCs w:val="26"/>
          <w:rtl/>
        </w:rPr>
        <w:t>یازدهی</w:t>
      </w:r>
      <w:r w:rsidRPr="002F751A">
        <w:rPr>
          <w:b w:val="0"/>
          <w:color w:val="000000" w:themeColor="text1"/>
          <w:szCs w:val="26"/>
          <w:rtl/>
        </w:rPr>
        <w:t xml:space="preserve"> در نزاع</w:t>
      </w:r>
      <w:r w:rsidRPr="002F751A">
        <w:rPr>
          <w:rFonts w:hint="cs"/>
          <w:b w:val="0"/>
          <w:color w:val="000000" w:themeColor="text1"/>
          <w:szCs w:val="26"/>
          <w:rtl/>
        </w:rPr>
        <w:t>ی</w:t>
      </w:r>
      <w:r w:rsidRPr="002F751A">
        <w:rPr>
          <w:b w:val="0"/>
          <w:color w:val="000000" w:themeColor="text1"/>
          <w:szCs w:val="26"/>
          <w:rtl/>
        </w:rPr>
        <w:t xml:space="preserve"> د</w:t>
      </w:r>
      <w:r w:rsidRPr="002F751A">
        <w:rPr>
          <w:rFonts w:hint="cs"/>
          <w:b w:val="0"/>
          <w:color w:val="000000" w:themeColor="text1"/>
          <w:szCs w:val="26"/>
          <w:rtl/>
        </w:rPr>
        <w:t>یگر</w:t>
      </w:r>
      <w:r w:rsidRPr="002F751A">
        <w:rPr>
          <w:b w:val="0"/>
          <w:color w:val="000000" w:themeColor="text1"/>
          <w:szCs w:val="26"/>
          <w:rtl/>
        </w:rPr>
        <w:t xml:space="preserve"> بوده است</w:t>
      </w:r>
      <w:r w:rsidRPr="002F751A">
        <w:rPr>
          <w:b w:val="0"/>
          <w:color w:val="000000" w:themeColor="text1"/>
          <w:szCs w:val="26"/>
        </w:rPr>
        <w:t>.</w:t>
      </w:r>
    </w:p>
    <w:p w14:paraId="37BA12C3" w14:textId="19AF9806"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در</w:t>
      </w:r>
      <w:r w:rsidRPr="002F751A">
        <w:rPr>
          <w:b w:val="0"/>
          <w:color w:val="000000" w:themeColor="text1"/>
          <w:szCs w:val="26"/>
          <w:rtl/>
        </w:rPr>
        <w:t xml:space="preserve"> ادب</w:t>
      </w:r>
      <w:r w:rsidRPr="002F751A">
        <w:rPr>
          <w:rFonts w:hint="cs"/>
          <w:b w:val="0"/>
          <w:color w:val="000000" w:themeColor="text1"/>
          <w:szCs w:val="26"/>
          <w:rtl/>
        </w:rPr>
        <w:t>یات</w:t>
      </w:r>
      <w:r w:rsidRPr="002F751A">
        <w:rPr>
          <w:b w:val="0"/>
          <w:color w:val="000000" w:themeColor="text1"/>
          <w:szCs w:val="26"/>
          <w:rtl/>
        </w:rPr>
        <w:t xml:space="preserve"> تطب</w:t>
      </w:r>
      <w:r w:rsidRPr="002F751A">
        <w:rPr>
          <w:rFonts w:hint="cs"/>
          <w:b w:val="0"/>
          <w:color w:val="000000" w:themeColor="text1"/>
          <w:szCs w:val="26"/>
          <w:rtl/>
        </w:rPr>
        <w:t>یقی،</w:t>
      </w:r>
      <w:r w:rsidRPr="002F751A">
        <w:rPr>
          <w:b w:val="0"/>
          <w:color w:val="000000" w:themeColor="text1"/>
          <w:szCs w:val="26"/>
          <w:rtl/>
        </w:rPr>
        <w:t xml:space="preserve"> آزمون‌ها</w:t>
      </w:r>
      <w:r w:rsidRPr="002F751A">
        <w:rPr>
          <w:rFonts w:hint="cs"/>
          <w:b w:val="0"/>
          <w:color w:val="000000" w:themeColor="text1"/>
          <w:szCs w:val="26"/>
          <w:rtl/>
        </w:rPr>
        <w:t>ی</w:t>
      </w:r>
      <w:r w:rsidRPr="002F751A">
        <w:rPr>
          <w:b w:val="0"/>
          <w:color w:val="000000" w:themeColor="text1"/>
          <w:szCs w:val="26"/>
          <w:rtl/>
        </w:rPr>
        <w:t xml:space="preserve"> مربوط به</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vexatious litigants</w:t>
      </w:r>
      <w:r w:rsidRPr="002F751A">
        <w:rPr>
          <w:b w:val="0"/>
          <w:color w:val="000000" w:themeColor="text1"/>
          <w:szCs w:val="26"/>
        </w:rPr>
        <w:t xml:space="preserve"> </w:t>
      </w:r>
      <w:r w:rsidRPr="002F751A">
        <w:rPr>
          <w:b w:val="0"/>
          <w:color w:val="000000" w:themeColor="text1"/>
          <w:szCs w:val="26"/>
          <w:rtl/>
        </w:rPr>
        <w:t>معمولاً سابقه طرح دعاو</w:t>
      </w:r>
      <w:r w:rsidRPr="002F751A">
        <w:rPr>
          <w:rFonts w:hint="cs"/>
          <w:b w:val="0"/>
          <w:color w:val="000000" w:themeColor="text1"/>
          <w:szCs w:val="26"/>
          <w:rtl/>
        </w:rPr>
        <w:t>ی</w:t>
      </w:r>
      <w:r w:rsidRPr="002F751A">
        <w:rPr>
          <w:b w:val="0"/>
          <w:color w:val="000000" w:themeColor="text1"/>
          <w:szCs w:val="26"/>
          <w:rtl/>
        </w:rPr>
        <w:t xml:space="preserve"> تکرار</w:t>
      </w:r>
      <w:r w:rsidRPr="002F751A">
        <w:rPr>
          <w:rFonts w:hint="cs"/>
          <w:b w:val="0"/>
          <w:color w:val="000000" w:themeColor="text1"/>
          <w:szCs w:val="26"/>
          <w:rtl/>
        </w:rPr>
        <w:t>ی</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آزارگرانه، وجود </w:t>
      </w:r>
      <w:r w:rsidRPr="002F751A">
        <w:rPr>
          <w:rFonts w:hint="cs"/>
          <w:b w:val="0"/>
          <w:color w:val="000000" w:themeColor="text1"/>
          <w:szCs w:val="26"/>
          <w:rtl/>
        </w:rPr>
        <w:t>یا</w:t>
      </w:r>
      <w:r w:rsidRPr="002F751A">
        <w:rPr>
          <w:b w:val="0"/>
          <w:color w:val="000000" w:themeColor="text1"/>
          <w:szCs w:val="26"/>
          <w:rtl/>
        </w:rPr>
        <w:t xml:space="preserve"> فقدان مبنا</w:t>
      </w:r>
      <w:r w:rsidRPr="002F751A">
        <w:rPr>
          <w:rFonts w:hint="cs"/>
          <w:b w:val="0"/>
          <w:color w:val="000000" w:themeColor="text1"/>
          <w:szCs w:val="26"/>
          <w:rtl/>
        </w:rPr>
        <w:t>ی</w:t>
      </w:r>
      <w:r w:rsidRPr="002F751A">
        <w:rPr>
          <w:b w:val="0"/>
          <w:color w:val="000000" w:themeColor="text1"/>
          <w:szCs w:val="26"/>
          <w:rtl/>
        </w:rPr>
        <w:t xml:space="preserve"> حسن‌ن</w:t>
      </w:r>
      <w:r w:rsidRPr="002F751A">
        <w:rPr>
          <w:rFonts w:hint="cs"/>
          <w:b w:val="0"/>
          <w:color w:val="000000" w:themeColor="text1"/>
          <w:szCs w:val="26"/>
          <w:rtl/>
        </w:rPr>
        <w:t>یت،</w:t>
      </w:r>
      <w:r w:rsidRPr="002F751A">
        <w:rPr>
          <w:b w:val="0"/>
          <w:color w:val="000000" w:themeColor="text1"/>
          <w:szCs w:val="26"/>
          <w:rtl/>
        </w:rPr>
        <w:t xml:space="preserve"> م</w:t>
      </w:r>
      <w:r w:rsidRPr="002F751A">
        <w:rPr>
          <w:rFonts w:hint="cs"/>
          <w:b w:val="0"/>
          <w:color w:val="000000" w:themeColor="text1"/>
          <w:szCs w:val="26"/>
          <w:rtl/>
        </w:rPr>
        <w:t>یزان</w:t>
      </w:r>
      <w:r w:rsidRPr="002F751A">
        <w:rPr>
          <w:b w:val="0"/>
          <w:color w:val="000000" w:themeColor="text1"/>
          <w:szCs w:val="26"/>
          <w:rtl/>
        </w:rPr>
        <w:t xml:space="preserve"> بار تحم</w:t>
      </w:r>
      <w:r w:rsidRPr="002F751A">
        <w:rPr>
          <w:rFonts w:hint="cs"/>
          <w:b w:val="0"/>
          <w:color w:val="000000" w:themeColor="text1"/>
          <w:szCs w:val="26"/>
          <w:rtl/>
        </w:rPr>
        <w:t>یل‌شده</w:t>
      </w:r>
      <w:r w:rsidRPr="002F751A">
        <w:rPr>
          <w:b w:val="0"/>
          <w:color w:val="000000" w:themeColor="text1"/>
          <w:szCs w:val="26"/>
          <w:rtl/>
        </w:rPr>
        <w:t xml:space="preserve"> به طرف مقابل و دادگاه و کفا</w:t>
      </w:r>
      <w:r w:rsidRPr="002F751A">
        <w:rPr>
          <w:rFonts w:hint="cs"/>
          <w:b w:val="0"/>
          <w:color w:val="000000" w:themeColor="text1"/>
          <w:szCs w:val="26"/>
          <w:rtl/>
        </w:rPr>
        <w:t>یت</w:t>
      </w:r>
      <w:r w:rsidRPr="002F751A">
        <w:rPr>
          <w:b w:val="0"/>
          <w:color w:val="000000" w:themeColor="text1"/>
          <w:szCs w:val="26"/>
          <w:rtl/>
        </w:rPr>
        <w:t xml:space="preserve"> ضمانت‌اجراها</w:t>
      </w:r>
      <w:r w:rsidRPr="002F751A">
        <w:rPr>
          <w:rFonts w:hint="cs"/>
          <w:b w:val="0"/>
          <w:color w:val="000000" w:themeColor="text1"/>
          <w:szCs w:val="26"/>
          <w:rtl/>
        </w:rPr>
        <w:t>ی</w:t>
      </w:r>
      <w:r w:rsidRPr="002F751A">
        <w:rPr>
          <w:b w:val="0"/>
          <w:color w:val="000000" w:themeColor="text1"/>
          <w:szCs w:val="26"/>
          <w:rtl/>
        </w:rPr>
        <w:t xml:space="preserve"> جا</w:t>
      </w:r>
      <w:r w:rsidRPr="002F751A">
        <w:rPr>
          <w:rFonts w:hint="cs"/>
          <w:b w:val="0"/>
          <w:color w:val="000000" w:themeColor="text1"/>
          <w:szCs w:val="26"/>
          <w:rtl/>
        </w:rPr>
        <w:t>یگزین</w:t>
      </w:r>
      <w:r w:rsidRPr="002F751A">
        <w:rPr>
          <w:b w:val="0"/>
          <w:color w:val="000000" w:themeColor="text1"/>
          <w:szCs w:val="26"/>
          <w:rtl/>
        </w:rPr>
        <w:t xml:space="preserve"> را کنار هم م</w:t>
      </w:r>
      <w:r w:rsidRPr="002F751A">
        <w:rPr>
          <w:rFonts w:hint="cs"/>
          <w:b w:val="0"/>
          <w:color w:val="000000" w:themeColor="text1"/>
          <w:szCs w:val="26"/>
          <w:rtl/>
        </w:rPr>
        <w:t>ی‌گذارند</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 xml:space="preserve">(Rust, </w:t>
      </w:r>
      <w:r w:rsidRPr="002F751A">
        <w:rPr>
          <w:rFonts w:asciiTheme="majorBidi" w:hAnsiTheme="majorBidi" w:cstheme="majorBidi"/>
          <w:b w:val="0"/>
          <w:i/>
          <w:iCs/>
          <w:color w:val="000000" w:themeColor="text1"/>
          <w:szCs w:val="26"/>
          <w:rtl/>
        </w:rPr>
        <w:t xml:space="preserve"> </w:t>
      </w:r>
      <w:r w:rsidRPr="002F751A">
        <w:rPr>
          <w:b w:val="0"/>
          <w:color w:val="000000" w:themeColor="text1"/>
          <w:szCs w:val="26"/>
        </w:rPr>
        <w:t xml:space="preserve">2024: 453). </w:t>
      </w:r>
      <w:r>
        <w:rPr>
          <w:rFonts w:hint="cs"/>
          <w:b w:val="0"/>
          <w:color w:val="000000" w:themeColor="text1"/>
          <w:szCs w:val="26"/>
          <w:rtl/>
        </w:rPr>
        <w:t xml:space="preserve"> </w:t>
      </w:r>
      <w:r w:rsidRPr="002F751A">
        <w:rPr>
          <w:b w:val="0"/>
          <w:color w:val="000000" w:themeColor="text1"/>
          <w:szCs w:val="26"/>
          <w:rtl/>
        </w:rPr>
        <w:t>ارزش ا</w:t>
      </w:r>
      <w:r w:rsidRPr="002F751A">
        <w:rPr>
          <w:rFonts w:hint="cs"/>
          <w:b w:val="0"/>
          <w:color w:val="000000" w:themeColor="text1"/>
          <w:szCs w:val="26"/>
          <w:rtl/>
        </w:rPr>
        <w:t>ین</w:t>
      </w:r>
      <w:r w:rsidRPr="002F751A">
        <w:rPr>
          <w:b w:val="0"/>
          <w:color w:val="000000" w:themeColor="text1"/>
          <w:szCs w:val="26"/>
          <w:rtl/>
        </w:rPr>
        <w:t xml:space="preserve"> رو</w:t>
      </w:r>
      <w:r w:rsidRPr="002F751A">
        <w:rPr>
          <w:rFonts w:hint="cs"/>
          <w:b w:val="0"/>
          <w:color w:val="000000" w:themeColor="text1"/>
          <w:szCs w:val="26"/>
          <w:rtl/>
        </w:rPr>
        <w:t>یک</w:t>
      </w:r>
      <w:r w:rsidRPr="002F751A">
        <w:rPr>
          <w:b w:val="0"/>
          <w:color w:val="000000" w:themeColor="text1"/>
          <w:szCs w:val="26"/>
          <w:rtl/>
        </w:rPr>
        <w:t>رد در «تجم</w:t>
      </w:r>
      <w:r w:rsidRPr="002F751A">
        <w:rPr>
          <w:rFonts w:hint="cs"/>
          <w:b w:val="0"/>
          <w:color w:val="000000" w:themeColor="text1"/>
          <w:szCs w:val="26"/>
          <w:rtl/>
        </w:rPr>
        <w:t>یع</w:t>
      </w:r>
      <w:r w:rsidRPr="002F751A">
        <w:rPr>
          <w:b w:val="0"/>
          <w:color w:val="000000" w:themeColor="text1"/>
          <w:szCs w:val="26"/>
          <w:rtl/>
        </w:rPr>
        <w:t xml:space="preserve"> قرائن» است؛ </w:t>
      </w:r>
      <w:r w:rsidRPr="002F751A">
        <w:rPr>
          <w:rFonts w:hint="cs"/>
          <w:b w:val="0"/>
          <w:color w:val="000000" w:themeColor="text1"/>
          <w:szCs w:val="26"/>
          <w:rtl/>
        </w:rPr>
        <w:t>یعنی</w:t>
      </w:r>
      <w:r w:rsidRPr="002F751A">
        <w:rPr>
          <w:b w:val="0"/>
          <w:color w:val="000000" w:themeColor="text1"/>
          <w:szCs w:val="26"/>
          <w:rtl/>
        </w:rPr>
        <w:t xml:space="preserve"> ه</w:t>
      </w:r>
      <w:r w:rsidRPr="002F751A">
        <w:rPr>
          <w:rFonts w:hint="cs"/>
          <w:b w:val="0"/>
          <w:color w:val="000000" w:themeColor="text1"/>
          <w:szCs w:val="26"/>
          <w:rtl/>
        </w:rPr>
        <w:t>یچ</w:t>
      </w:r>
      <w:r w:rsidRPr="002F751A">
        <w:rPr>
          <w:b w:val="0"/>
          <w:color w:val="000000" w:themeColor="text1"/>
          <w:szCs w:val="26"/>
          <w:rtl/>
        </w:rPr>
        <w:t xml:space="preserve"> عامل منفرد</w:t>
      </w:r>
      <w:r w:rsidRPr="002F751A">
        <w:rPr>
          <w:rFonts w:hint="cs"/>
          <w:b w:val="0"/>
          <w:color w:val="000000" w:themeColor="text1"/>
          <w:szCs w:val="26"/>
          <w:rtl/>
        </w:rPr>
        <w:t>ی،</w:t>
      </w:r>
      <w:r w:rsidRPr="002F751A">
        <w:rPr>
          <w:b w:val="0"/>
          <w:color w:val="000000" w:themeColor="text1"/>
          <w:szCs w:val="26"/>
          <w:rtl/>
        </w:rPr>
        <w:t xml:space="preserve"> به‌و</w:t>
      </w:r>
      <w:r w:rsidRPr="002F751A">
        <w:rPr>
          <w:rFonts w:hint="cs"/>
          <w:b w:val="0"/>
          <w:color w:val="000000" w:themeColor="text1"/>
          <w:szCs w:val="26"/>
          <w:rtl/>
        </w:rPr>
        <w:t>یژه</w:t>
      </w:r>
      <w:r w:rsidRPr="002F751A">
        <w:rPr>
          <w:b w:val="0"/>
          <w:color w:val="000000" w:themeColor="text1"/>
          <w:szCs w:val="26"/>
          <w:rtl/>
        </w:rPr>
        <w:t xml:space="preserve"> تعداد پرونده، نبا</w:t>
      </w:r>
      <w:r w:rsidRPr="002F751A">
        <w:rPr>
          <w:rFonts w:hint="cs"/>
          <w:b w:val="0"/>
          <w:color w:val="000000" w:themeColor="text1"/>
          <w:szCs w:val="26"/>
          <w:rtl/>
        </w:rPr>
        <w:t>ید</w:t>
      </w:r>
      <w:r w:rsidRPr="002F751A">
        <w:rPr>
          <w:b w:val="0"/>
          <w:color w:val="000000" w:themeColor="text1"/>
          <w:szCs w:val="26"/>
          <w:rtl/>
        </w:rPr>
        <w:t xml:space="preserve"> تع</w:t>
      </w:r>
      <w:r w:rsidRPr="002F751A">
        <w:rPr>
          <w:rFonts w:hint="cs"/>
          <w:b w:val="0"/>
          <w:color w:val="000000" w:themeColor="text1"/>
          <w:szCs w:val="26"/>
          <w:rtl/>
        </w:rPr>
        <w:t>یین‌کننده</w:t>
      </w:r>
      <w:r w:rsidRPr="002F751A">
        <w:rPr>
          <w:b w:val="0"/>
          <w:color w:val="000000" w:themeColor="text1"/>
          <w:szCs w:val="26"/>
          <w:rtl/>
        </w:rPr>
        <w:t xml:space="preserve"> باشد</w:t>
      </w:r>
      <w:r w:rsidRPr="002F751A">
        <w:rPr>
          <w:b w:val="0"/>
          <w:color w:val="000000" w:themeColor="text1"/>
          <w:szCs w:val="26"/>
        </w:rPr>
        <w:t>.</w:t>
      </w:r>
    </w:p>
    <w:p w14:paraId="786E9901"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پنجمین</w:t>
      </w:r>
      <w:r w:rsidRPr="002F751A">
        <w:rPr>
          <w:b w:val="0"/>
          <w:color w:val="000000" w:themeColor="text1"/>
          <w:szCs w:val="26"/>
          <w:rtl/>
        </w:rPr>
        <w:t xml:space="preserve"> شاخص، ساخت </w:t>
      </w:r>
      <w:r w:rsidRPr="002F751A">
        <w:rPr>
          <w:rFonts w:hint="cs"/>
          <w:b w:val="0"/>
          <w:color w:val="000000" w:themeColor="text1"/>
          <w:szCs w:val="26"/>
          <w:rtl/>
        </w:rPr>
        <w:t>یا</w:t>
      </w:r>
      <w:r w:rsidRPr="002F751A">
        <w:rPr>
          <w:b w:val="0"/>
          <w:color w:val="000000" w:themeColor="text1"/>
          <w:szCs w:val="26"/>
          <w:rtl/>
        </w:rPr>
        <w:t xml:space="preserve"> دستکار</w:t>
      </w:r>
      <w:r w:rsidRPr="002F751A">
        <w:rPr>
          <w:rFonts w:hint="cs"/>
          <w:b w:val="0"/>
          <w:color w:val="000000" w:themeColor="text1"/>
          <w:szCs w:val="26"/>
          <w:rtl/>
        </w:rPr>
        <w:t>ی</w:t>
      </w:r>
      <w:r w:rsidRPr="002F751A">
        <w:rPr>
          <w:b w:val="0"/>
          <w:color w:val="000000" w:themeColor="text1"/>
          <w:szCs w:val="26"/>
          <w:rtl/>
        </w:rPr>
        <w:t xml:space="preserve"> دل</w:t>
      </w:r>
      <w:r w:rsidRPr="002F751A">
        <w:rPr>
          <w:rFonts w:hint="cs"/>
          <w:b w:val="0"/>
          <w:color w:val="000000" w:themeColor="text1"/>
          <w:szCs w:val="26"/>
          <w:rtl/>
        </w:rPr>
        <w:t>یل</w:t>
      </w:r>
      <w:r w:rsidRPr="002F751A">
        <w:rPr>
          <w:b w:val="0"/>
          <w:color w:val="000000" w:themeColor="text1"/>
          <w:szCs w:val="26"/>
          <w:rtl/>
        </w:rPr>
        <w:t xml:space="preserve"> است. در عصر پ</w:t>
      </w:r>
      <w:r w:rsidRPr="002F751A">
        <w:rPr>
          <w:rFonts w:hint="cs"/>
          <w:b w:val="0"/>
          <w:color w:val="000000" w:themeColor="text1"/>
          <w:szCs w:val="26"/>
          <w:rtl/>
        </w:rPr>
        <w:t>یام‌رسان‌ها</w:t>
      </w:r>
      <w:r w:rsidRPr="002F751A">
        <w:rPr>
          <w:b w:val="0"/>
          <w:color w:val="000000" w:themeColor="text1"/>
          <w:szCs w:val="26"/>
          <w:rtl/>
        </w:rPr>
        <w:t xml:space="preserve"> و اسناد د</w:t>
      </w:r>
      <w:r w:rsidRPr="002F751A">
        <w:rPr>
          <w:rFonts w:hint="cs"/>
          <w:b w:val="0"/>
          <w:color w:val="000000" w:themeColor="text1"/>
          <w:szCs w:val="26"/>
          <w:rtl/>
        </w:rPr>
        <w:t>یجیتال،</w:t>
      </w:r>
      <w:r w:rsidRPr="002F751A">
        <w:rPr>
          <w:b w:val="0"/>
          <w:color w:val="000000" w:themeColor="text1"/>
          <w:szCs w:val="26"/>
          <w:rtl/>
        </w:rPr>
        <w:t xml:space="preserve"> حذف ابتدا</w:t>
      </w:r>
      <w:r w:rsidRPr="002F751A">
        <w:rPr>
          <w:rFonts w:hint="cs"/>
          <w:b w:val="0"/>
          <w:color w:val="000000" w:themeColor="text1"/>
          <w:szCs w:val="26"/>
          <w:rtl/>
        </w:rPr>
        <w:t>ی</w:t>
      </w:r>
      <w:r w:rsidRPr="002F751A">
        <w:rPr>
          <w:b w:val="0"/>
          <w:color w:val="000000" w:themeColor="text1"/>
          <w:szCs w:val="26"/>
          <w:rtl/>
        </w:rPr>
        <w:t xml:space="preserve"> </w:t>
      </w:r>
      <w:r w:rsidRPr="002F751A">
        <w:rPr>
          <w:rFonts w:hint="cs"/>
          <w:b w:val="0"/>
          <w:color w:val="000000" w:themeColor="text1"/>
          <w:szCs w:val="26"/>
          <w:rtl/>
        </w:rPr>
        <w:t>یک</w:t>
      </w:r>
      <w:r w:rsidRPr="002F751A">
        <w:rPr>
          <w:b w:val="0"/>
          <w:color w:val="000000" w:themeColor="text1"/>
          <w:szCs w:val="26"/>
          <w:rtl/>
        </w:rPr>
        <w:t xml:space="preserve"> گفت‌وگو، بر</w:t>
      </w:r>
      <w:r w:rsidRPr="002F751A">
        <w:rPr>
          <w:rFonts w:hint="cs"/>
          <w:b w:val="0"/>
          <w:color w:val="000000" w:themeColor="text1"/>
          <w:szCs w:val="26"/>
          <w:rtl/>
        </w:rPr>
        <w:t>یدن</w:t>
      </w:r>
      <w:r w:rsidRPr="002F751A">
        <w:rPr>
          <w:b w:val="0"/>
          <w:color w:val="000000" w:themeColor="text1"/>
          <w:szCs w:val="26"/>
          <w:rtl/>
        </w:rPr>
        <w:t xml:space="preserve"> فا</w:t>
      </w:r>
      <w:r w:rsidRPr="002F751A">
        <w:rPr>
          <w:rFonts w:hint="cs"/>
          <w:b w:val="0"/>
          <w:color w:val="000000" w:themeColor="text1"/>
          <w:szCs w:val="26"/>
          <w:rtl/>
        </w:rPr>
        <w:t>یل</w:t>
      </w:r>
      <w:r w:rsidRPr="002F751A">
        <w:rPr>
          <w:b w:val="0"/>
          <w:color w:val="000000" w:themeColor="text1"/>
          <w:szCs w:val="26"/>
          <w:rtl/>
        </w:rPr>
        <w:t xml:space="preserve"> صوت</w:t>
      </w:r>
      <w:r w:rsidRPr="002F751A">
        <w:rPr>
          <w:rFonts w:hint="cs"/>
          <w:b w:val="0"/>
          <w:color w:val="000000" w:themeColor="text1"/>
          <w:szCs w:val="26"/>
          <w:rtl/>
        </w:rPr>
        <w:t>ی،</w:t>
      </w:r>
      <w:r w:rsidRPr="002F751A">
        <w:rPr>
          <w:b w:val="0"/>
          <w:color w:val="000000" w:themeColor="text1"/>
          <w:szCs w:val="26"/>
          <w:rtl/>
        </w:rPr>
        <w:t xml:space="preserve"> تغ</w:t>
      </w:r>
      <w:r w:rsidRPr="002F751A">
        <w:rPr>
          <w:rFonts w:hint="cs"/>
          <w:b w:val="0"/>
          <w:color w:val="000000" w:themeColor="text1"/>
          <w:szCs w:val="26"/>
          <w:rtl/>
        </w:rPr>
        <w:t>ییر</w:t>
      </w:r>
      <w:r w:rsidRPr="002F751A">
        <w:rPr>
          <w:b w:val="0"/>
          <w:color w:val="000000" w:themeColor="text1"/>
          <w:szCs w:val="26"/>
        </w:rPr>
        <w:t xml:space="preserve"> </w:t>
      </w:r>
      <w:r w:rsidRPr="002F751A">
        <w:rPr>
          <w:rFonts w:asciiTheme="majorBidi" w:hAnsiTheme="majorBidi" w:cstheme="majorBidi"/>
          <w:b w:val="0"/>
          <w:i/>
          <w:iCs/>
          <w:color w:val="000000" w:themeColor="text1"/>
          <w:szCs w:val="26"/>
        </w:rPr>
        <w:t>metadata</w:t>
      </w:r>
      <w:r w:rsidRPr="002F751A">
        <w:rPr>
          <w:b w:val="0"/>
          <w:color w:val="000000" w:themeColor="text1"/>
          <w:szCs w:val="26"/>
        </w:rPr>
        <w:t xml:space="preserve"> </w:t>
      </w:r>
      <w:r w:rsidRPr="002F751A">
        <w:rPr>
          <w:rFonts w:hint="cs"/>
          <w:b w:val="0"/>
          <w:color w:val="000000" w:themeColor="text1"/>
          <w:szCs w:val="26"/>
          <w:rtl/>
        </w:rPr>
        <w:t>یا</w:t>
      </w:r>
      <w:r w:rsidRPr="002F751A">
        <w:rPr>
          <w:b w:val="0"/>
          <w:color w:val="000000" w:themeColor="text1"/>
          <w:szCs w:val="26"/>
          <w:rtl/>
        </w:rPr>
        <w:t xml:space="preserve"> ارائه تصو</w:t>
      </w:r>
      <w:r w:rsidRPr="002F751A">
        <w:rPr>
          <w:rFonts w:hint="cs"/>
          <w:b w:val="0"/>
          <w:color w:val="000000" w:themeColor="text1"/>
          <w:szCs w:val="26"/>
          <w:rtl/>
        </w:rPr>
        <w:t>یر</w:t>
      </w:r>
      <w:r w:rsidRPr="002F751A">
        <w:rPr>
          <w:b w:val="0"/>
          <w:color w:val="000000" w:themeColor="text1"/>
          <w:szCs w:val="26"/>
          <w:rtl/>
        </w:rPr>
        <w:t xml:space="preserve"> بدون فا</w:t>
      </w:r>
      <w:r w:rsidRPr="002F751A">
        <w:rPr>
          <w:rFonts w:hint="cs"/>
          <w:b w:val="0"/>
          <w:color w:val="000000" w:themeColor="text1"/>
          <w:szCs w:val="26"/>
          <w:rtl/>
        </w:rPr>
        <w:t>یل</w:t>
      </w:r>
      <w:r w:rsidRPr="002F751A">
        <w:rPr>
          <w:b w:val="0"/>
          <w:color w:val="000000" w:themeColor="text1"/>
          <w:szCs w:val="26"/>
          <w:rtl/>
        </w:rPr>
        <w:t xml:space="preserve"> اصل</w:t>
      </w:r>
      <w:r w:rsidRPr="002F751A">
        <w:rPr>
          <w:rFonts w:hint="cs"/>
          <w:b w:val="0"/>
          <w:color w:val="000000" w:themeColor="text1"/>
          <w:szCs w:val="26"/>
          <w:rtl/>
        </w:rPr>
        <w:t>ی</w:t>
      </w:r>
      <w:r w:rsidRPr="002F751A">
        <w:rPr>
          <w:b w:val="0"/>
          <w:color w:val="000000" w:themeColor="text1"/>
          <w:szCs w:val="26"/>
          <w:rtl/>
        </w:rPr>
        <w:t xml:space="preserve"> م</w:t>
      </w:r>
      <w:r w:rsidRPr="002F751A">
        <w:rPr>
          <w:rFonts w:hint="cs"/>
          <w:b w:val="0"/>
          <w:color w:val="000000" w:themeColor="text1"/>
          <w:szCs w:val="26"/>
          <w:rtl/>
        </w:rPr>
        <w:t>ی‌تواند</w:t>
      </w:r>
      <w:r w:rsidRPr="002F751A">
        <w:rPr>
          <w:b w:val="0"/>
          <w:color w:val="000000" w:themeColor="text1"/>
          <w:szCs w:val="26"/>
          <w:rtl/>
        </w:rPr>
        <w:t xml:space="preserve"> زم</w:t>
      </w:r>
      <w:r w:rsidRPr="002F751A">
        <w:rPr>
          <w:rFonts w:hint="cs"/>
          <w:b w:val="0"/>
          <w:color w:val="000000" w:themeColor="text1"/>
          <w:szCs w:val="26"/>
          <w:rtl/>
        </w:rPr>
        <w:t>ینه</w:t>
      </w:r>
      <w:r w:rsidRPr="002F751A">
        <w:rPr>
          <w:b w:val="0"/>
          <w:color w:val="000000" w:themeColor="text1"/>
          <w:szCs w:val="26"/>
          <w:rtl/>
        </w:rPr>
        <w:t xml:space="preserve"> انتساب نادرست ا</w:t>
      </w:r>
      <w:r w:rsidRPr="002F751A">
        <w:rPr>
          <w:rFonts w:hint="cs"/>
          <w:b w:val="0"/>
          <w:color w:val="000000" w:themeColor="text1"/>
          <w:szCs w:val="26"/>
          <w:rtl/>
        </w:rPr>
        <w:t>یجاد</w:t>
      </w:r>
      <w:r w:rsidRPr="002F751A">
        <w:rPr>
          <w:b w:val="0"/>
          <w:color w:val="000000" w:themeColor="text1"/>
          <w:szCs w:val="26"/>
          <w:rtl/>
        </w:rPr>
        <w:t xml:space="preserve"> کند. ا</w:t>
      </w:r>
      <w:r w:rsidRPr="002F751A">
        <w:rPr>
          <w:rFonts w:hint="cs"/>
          <w:b w:val="0"/>
          <w:color w:val="000000" w:themeColor="text1"/>
          <w:szCs w:val="26"/>
          <w:rtl/>
        </w:rPr>
        <w:t>ینجاست</w:t>
      </w:r>
      <w:r w:rsidRPr="002F751A">
        <w:rPr>
          <w:b w:val="0"/>
          <w:color w:val="000000" w:themeColor="text1"/>
          <w:szCs w:val="26"/>
          <w:rtl/>
        </w:rPr>
        <w:t xml:space="preserve"> که نقش کارشناس</w:t>
      </w:r>
      <w:r w:rsidRPr="002F751A">
        <w:rPr>
          <w:rFonts w:hint="cs"/>
          <w:b w:val="0"/>
          <w:color w:val="000000" w:themeColor="text1"/>
          <w:szCs w:val="26"/>
          <w:rtl/>
        </w:rPr>
        <w:t>ی</w:t>
      </w:r>
      <w:r w:rsidRPr="002F751A">
        <w:rPr>
          <w:b w:val="0"/>
          <w:color w:val="000000" w:themeColor="text1"/>
          <w:szCs w:val="26"/>
          <w:rtl/>
        </w:rPr>
        <w:t xml:space="preserve"> و زنج</w:t>
      </w:r>
      <w:r w:rsidRPr="002F751A">
        <w:rPr>
          <w:rFonts w:hint="cs"/>
          <w:b w:val="0"/>
          <w:color w:val="000000" w:themeColor="text1"/>
          <w:szCs w:val="26"/>
          <w:rtl/>
        </w:rPr>
        <w:t>یره</w:t>
      </w:r>
      <w:r w:rsidRPr="002F751A">
        <w:rPr>
          <w:b w:val="0"/>
          <w:color w:val="000000" w:themeColor="text1"/>
          <w:szCs w:val="26"/>
          <w:rtl/>
        </w:rPr>
        <w:t xml:space="preserve"> اصالت برجسته م</w:t>
      </w:r>
      <w:r w:rsidRPr="002F751A">
        <w:rPr>
          <w:rFonts w:hint="cs"/>
          <w:b w:val="0"/>
          <w:color w:val="000000" w:themeColor="text1"/>
          <w:szCs w:val="26"/>
          <w:rtl/>
        </w:rPr>
        <w:t>ی‌شود</w:t>
      </w:r>
      <w:r w:rsidRPr="002F751A">
        <w:rPr>
          <w:b w:val="0"/>
          <w:color w:val="000000" w:themeColor="text1"/>
          <w:szCs w:val="26"/>
          <w:rtl/>
        </w:rPr>
        <w:t>. ق</w:t>
      </w:r>
      <w:r w:rsidRPr="002F751A">
        <w:rPr>
          <w:rFonts w:hint="cs"/>
          <w:b w:val="0"/>
          <w:color w:val="000000" w:themeColor="text1"/>
          <w:szCs w:val="26"/>
          <w:rtl/>
        </w:rPr>
        <w:t>اضی</w:t>
      </w:r>
      <w:r w:rsidRPr="002F751A">
        <w:rPr>
          <w:b w:val="0"/>
          <w:color w:val="000000" w:themeColor="text1"/>
          <w:szCs w:val="26"/>
          <w:rtl/>
        </w:rPr>
        <w:t xml:space="preserve"> با</w:t>
      </w:r>
      <w:r w:rsidRPr="002F751A">
        <w:rPr>
          <w:rFonts w:hint="cs"/>
          <w:b w:val="0"/>
          <w:color w:val="000000" w:themeColor="text1"/>
          <w:szCs w:val="26"/>
          <w:rtl/>
        </w:rPr>
        <w:t>ید</w:t>
      </w:r>
      <w:r w:rsidRPr="002F751A">
        <w:rPr>
          <w:b w:val="0"/>
          <w:color w:val="000000" w:themeColor="text1"/>
          <w:szCs w:val="26"/>
          <w:rtl/>
        </w:rPr>
        <w:t xml:space="preserve"> م</w:t>
      </w:r>
      <w:r w:rsidRPr="002F751A">
        <w:rPr>
          <w:rFonts w:hint="cs"/>
          <w:b w:val="0"/>
          <w:color w:val="000000" w:themeColor="text1"/>
          <w:szCs w:val="26"/>
          <w:rtl/>
        </w:rPr>
        <w:t>یان</w:t>
      </w:r>
      <w:r w:rsidRPr="002F751A">
        <w:rPr>
          <w:b w:val="0"/>
          <w:color w:val="000000" w:themeColor="text1"/>
          <w:szCs w:val="26"/>
          <w:rtl/>
        </w:rPr>
        <w:t xml:space="preserve"> «دل</w:t>
      </w:r>
      <w:r w:rsidRPr="002F751A">
        <w:rPr>
          <w:rFonts w:hint="cs"/>
          <w:b w:val="0"/>
          <w:color w:val="000000" w:themeColor="text1"/>
          <w:szCs w:val="26"/>
          <w:rtl/>
        </w:rPr>
        <w:t>یل</w:t>
      </w:r>
      <w:r w:rsidRPr="002F751A">
        <w:rPr>
          <w:b w:val="0"/>
          <w:color w:val="000000" w:themeColor="text1"/>
          <w:szCs w:val="26"/>
          <w:rtl/>
        </w:rPr>
        <w:t xml:space="preserve"> ضع</w:t>
      </w:r>
      <w:r w:rsidRPr="002F751A">
        <w:rPr>
          <w:rFonts w:hint="cs"/>
          <w:b w:val="0"/>
          <w:color w:val="000000" w:themeColor="text1"/>
          <w:szCs w:val="26"/>
          <w:rtl/>
        </w:rPr>
        <w:t>یف</w:t>
      </w:r>
      <w:r w:rsidRPr="002F751A">
        <w:rPr>
          <w:rFonts w:hint="eastAsia"/>
          <w:b w:val="0"/>
          <w:color w:val="000000" w:themeColor="text1"/>
          <w:szCs w:val="26"/>
          <w:rtl/>
        </w:rPr>
        <w:t>»</w:t>
      </w:r>
      <w:r w:rsidRPr="002F751A">
        <w:rPr>
          <w:b w:val="0"/>
          <w:color w:val="000000" w:themeColor="text1"/>
          <w:szCs w:val="26"/>
          <w:rtl/>
        </w:rPr>
        <w:t xml:space="preserve"> و «دل</w:t>
      </w:r>
      <w:r w:rsidRPr="002F751A">
        <w:rPr>
          <w:rFonts w:hint="cs"/>
          <w:b w:val="0"/>
          <w:color w:val="000000" w:themeColor="text1"/>
          <w:szCs w:val="26"/>
          <w:rtl/>
        </w:rPr>
        <w:t>یل</w:t>
      </w:r>
      <w:r w:rsidRPr="002F751A">
        <w:rPr>
          <w:b w:val="0"/>
          <w:color w:val="000000" w:themeColor="text1"/>
          <w:szCs w:val="26"/>
          <w:rtl/>
        </w:rPr>
        <w:t xml:space="preserve"> دستکار</w:t>
      </w:r>
      <w:r w:rsidRPr="002F751A">
        <w:rPr>
          <w:rFonts w:hint="cs"/>
          <w:b w:val="0"/>
          <w:color w:val="000000" w:themeColor="text1"/>
          <w:szCs w:val="26"/>
          <w:rtl/>
        </w:rPr>
        <w:t>ی‌شده</w:t>
      </w:r>
      <w:r w:rsidRPr="002F751A">
        <w:rPr>
          <w:rFonts w:hint="eastAsia"/>
          <w:b w:val="0"/>
          <w:color w:val="000000" w:themeColor="text1"/>
          <w:szCs w:val="26"/>
          <w:rtl/>
        </w:rPr>
        <w:t>»</w:t>
      </w:r>
      <w:r w:rsidRPr="002F751A">
        <w:rPr>
          <w:b w:val="0"/>
          <w:color w:val="000000" w:themeColor="text1"/>
          <w:szCs w:val="26"/>
          <w:rtl/>
        </w:rPr>
        <w:t xml:space="preserve"> تما</w:t>
      </w:r>
      <w:r w:rsidRPr="002F751A">
        <w:rPr>
          <w:rFonts w:hint="cs"/>
          <w:b w:val="0"/>
          <w:color w:val="000000" w:themeColor="text1"/>
          <w:szCs w:val="26"/>
          <w:rtl/>
        </w:rPr>
        <w:t>یز</w:t>
      </w:r>
      <w:r w:rsidRPr="002F751A">
        <w:rPr>
          <w:b w:val="0"/>
          <w:color w:val="000000" w:themeColor="text1"/>
          <w:szCs w:val="26"/>
          <w:rtl/>
        </w:rPr>
        <w:t xml:space="preserve"> بگذارد؛ اول</w:t>
      </w:r>
      <w:r w:rsidRPr="002F751A">
        <w:rPr>
          <w:rFonts w:hint="cs"/>
          <w:b w:val="0"/>
          <w:color w:val="000000" w:themeColor="text1"/>
          <w:szCs w:val="26"/>
          <w:rtl/>
        </w:rPr>
        <w:t>ی</w:t>
      </w:r>
      <w:r w:rsidRPr="002F751A">
        <w:rPr>
          <w:b w:val="0"/>
          <w:color w:val="000000" w:themeColor="text1"/>
          <w:szCs w:val="26"/>
          <w:rtl/>
        </w:rPr>
        <w:t xml:space="preserve"> ممکن است ناش</w:t>
      </w:r>
      <w:r w:rsidRPr="002F751A">
        <w:rPr>
          <w:rFonts w:hint="cs"/>
          <w:b w:val="0"/>
          <w:color w:val="000000" w:themeColor="text1"/>
          <w:szCs w:val="26"/>
          <w:rtl/>
        </w:rPr>
        <w:t>ی</w:t>
      </w:r>
      <w:r w:rsidRPr="002F751A">
        <w:rPr>
          <w:b w:val="0"/>
          <w:color w:val="000000" w:themeColor="text1"/>
          <w:szCs w:val="26"/>
          <w:rtl/>
        </w:rPr>
        <w:t xml:space="preserve"> از ناتوان</w:t>
      </w:r>
      <w:r w:rsidRPr="002F751A">
        <w:rPr>
          <w:rFonts w:hint="cs"/>
          <w:b w:val="0"/>
          <w:color w:val="000000" w:themeColor="text1"/>
          <w:szCs w:val="26"/>
          <w:rtl/>
        </w:rPr>
        <w:t>ی</w:t>
      </w:r>
      <w:r w:rsidRPr="002F751A">
        <w:rPr>
          <w:b w:val="0"/>
          <w:color w:val="000000" w:themeColor="text1"/>
          <w:szCs w:val="26"/>
          <w:rtl/>
        </w:rPr>
        <w:t xml:space="preserve"> شاک</w:t>
      </w:r>
      <w:r w:rsidRPr="002F751A">
        <w:rPr>
          <w:rFonts w:hint="cs"/>
          <w:b w:val="0"/>
          <w:color w:val="000000" w:themeColor="text1"/>
          <w:szCs w:val="26"/>
          <w:rtl/>
        </w:rPr>
        <w:t>ی</w:t>
      </w:r>
      <w:r w:rsidRPr="002F751A">
        <w:rPr>
          <w:b w:val="0"/>
          <w:color w:val="000000" w:themeColor="text1"/>
          <w:szCs w:val="26"/>
          <w:rtl/>
        </w:rPr>
        <w:t xml:space="preserve"> باشد و دوم</w:t>
      </w:r>
      <w:r w:rsidRPr="002F751A">
        <w:rPr>
          <w:rFonts w:hint="cs"/>
          <w:b w:val="0"/>
          <w:color w:val="000000" w:themeColor="text1"/>
          <w:szCs w:val="26"/>
          <w:rtl/>
        </w:rPr>
        <w:t>ی</w:t>
      </w:r>
      <w:r w:rsidRPr="002F751A">
        <w:rPr>
          <w:b w:val="0"/>
          <w:color w:val="000000" w:themeColor="text1"/>
          <w:szCs w:val="26"/>
          <w:rtl/>
        </w:rPr>
        <w:t xml:space="preserve"> م</w:t>
      </w:r>
      <w:r w:rsidRPr="002F751A">
        <w:rPr>
          <w:rFonts w:hint="cs"/>
          <w:b w:val="0"/>
          <w:color w:val="000000" w:themeColor="text1"/>
          <w:szCs w:val="26"/>
          <w:rtl/>
        </w:rPr>
        <w:t>ی‌تواند</w:t>
      </w:r>
      <w:r w:rsidRPr="002F751A">
        <w:rPr>
          <w:b w:val="0"/>
          <w:color w:val="000000" w:themeColor="text1"/>
          <w:szCs w:val="26"/>
          <w:rtl/>
        </w:rPr>
        <w:t xml:space="preserve"> قر</w:t>
      </w:r>
      <w:r w:rsidRPr="002F751A">
        <w:rPr>
          <w:rFonts w:hint="cs"/>
          <w:b w:val="0"/>
          <w:color w:val="000000" w:themeColor="text1"/>
          <w:szCs w:val="26"/>
          <w:rtl/>
        </w:rPr>
        <w:t>ینه</w:t>
      </w:r>
      <w:r w:rsidRPr="002F751A">
        <w:rPr>
          <w:b w:val="0"/>
          <w:color w:val="000000" w:themeColor="text1"/>
          <w:szCs w:val="26"/>
          <w:rtl/>
        </w:rPr>
        <w:t xml:space="preserve"> روشن سوءن</w:t>
      </w:r>
      <w:r w:rsidRPr="002F751A">
        <w:rPr>
          <w:rFonts w:hint="cs"/>
          <w:b w:val="0"/>
          <w:color w:val="000000" w:themeColor="text1"/>
          <w:szCs w:val="26"/>
          <w:rtl/>
        </w:rPr>
        <w:t>یت</w:t>
      </w:r>
      <w:r w:rsidRPr="002F751A">
        <w:rPr>
          <w:b w:val="0"/>
          <w:color w:val="000000" w:themeColor="text1"/>
          <w:szCs w:val="26"/>
          <w:rtl/>
        </w:rPr>
        <w:t xml:space="preserve"> باشد</w:t>
      </w:r>
      <w:r w:rsidRPr="002F751A">
        <w:rPr>
          <w:b w:val="0"/>
          <w:color w:val="000000" w:themeColor="text1"/>
          <w:szCs w:val="26"/>
        </w:rPr>
        <w:t>.</w:t>
      </w:r>
    </w:p>
    <w:p w14:paraId="45F0B738" w14:textId="101381AE" w:rsidR="002F751A" w:rsidRDefault="002F751A" w:rsidP="002F751A">
      <w:pPr>
        <w:pStyle w:val="SubFA"/>
        <w:keepNext/>
        <w:bidi/>
        <w:rPr>
          <w:b w:val="0"/>
          <w:color w:val="000000" w:themeColor="text1"/>
          <w:szCs w:val="26"/>
          <w:rtl/>
        </w:rPr>
      </w:pPr>
      <w:r w:rsidRPr="002F751A">
        <w:rPr>
          <w:rFonts w:hint="cs"/>
          <w:b w:val="0"/>
          <w:color w:val="000000" w:themeColor="text1"/>
          <w:szCs w:val="26"/>
          <w:rtl/>
        </w:rPr>
        <w:t>ششمین</w:t>
      </w:r>
      <w:r w:rsidRPr="002F751A">
        <w:rPr>
          <w:b w:val="0"/>
          <w:color w:val="000000" w:themeColor="text1"/>
          <w:szCs w:val="26"/>
          <w:rtl/>
        </w:rPr>
        <w:t xml:space="preserve"> شاخص، رفتار پس از روشن شدن حق</w:t>
      </w:r>
      <w:r w:rsidRPr="002F751A">
        <w:rPr>
          <w:rFonts w:hint="cs"/>
          <w:b w:val="0"/>
          <w:color w:val="000000" w:themeColor="text1"/>
          <w:szCs w:val="26"/>
          <w:rtl/>
        </w:rPr>
        <w:t>یقت</w:t>
      </w:r>
      <w:r w:rsidRPr="002F751A">
        <w:rPr>
          <w:b w:val="0"/>
          <w:color w:val="000000" w:themeColor="text1"/>
          <w:szCs w:val="26"/>
          <w:rtl/>
        </w:rPr>
        <w:t xml:space="preserve"> است. شخص</w:t>
      </w:r>
      <w:r w:rsidRPr="002F751A">
        <w:rPr>
          <w:rFonts w:hint="cs"/>
          <w:b w:val="0"/>
          <w:color w:val="000000" w:themeColor="text1"/>
          <w:szCs w:val="26"/>
          <w:rtl/>
        </w:rPr>
        <w:t>ی</w:t>
      </w:r>
      <w:r w:rsidRPr="002F751A">
        <w:rPr>
          <w:b w:val="0"/>
          <w:color w:val="000000" w:themeColor="text1"/>
          <w:szCs w:val="26"/>
          <w:rtl/>
        </w:rPr>
        <w:t xml:space="preserve"> که پس از در</w:t>
      </w:r>
      <w:r w:rsidRPr="002F751A">
        <w:rPr>
          <w:rFonts w:hint="cs"/>
          <w:b w:val="0"/>
          <w:color w:val="000000" w:themeColor="text1"/>
          <w:szCs w:val="26"/>
          <w:rtl/>
        </w:rPr>
        <w:t>یافت</w:t>
      </w:r>
      <w:r w:rsidRPr="002F751A">
        <w:rPr>
          <w:b w:val="0"/>
          <w:color w:val="000000" w:themeColor="text1"/>
          <w:szCs w:val="26"/>
          <w:rtl/>
        </w:rPr>
        <w:t xml:space="preserve"> نظر کارشناس</w:t>
      </w:r>
      <w:r w:rsidRPr="002F751A">
        <w:rPr>
          <w:rFonts w:hint="cs"/>
          <w:b w:val="0"/>
          <w:color w:val="000000" w:themeColor="text1"/>
          <w:szCs w:val="26"/>
          <w:rtl/>
        </w:rPr>
        <w:t>ی</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رأ</w:t>
      </w:r>
      <w:r w:rsidRPr="002F751A">
        <w:rPr>
          <w:rFonts w:hint="cs"/>
          <w:b w:val="0"/>
          <w:color w:val="000000" w:themeColor="text1"/>
          <w:szCs w:val="26"/>
          <w:rtl/>
        </w:rPr>
        <w:t>ی</w:t>
      </w:r>
      <w:r w:rsidRPr="002F751A">
        <w:rPr>
          <w:b w:val="0"/>
          <w:color w:val="000000" w:themeColor="text1"/>
          <w:szCs w:val="26"/>
          <w:rtl/>
        </w:rPr>
        <w:t xml:space="preserve"> قطع</w:t>
      </w:r>
      <w:r w:rsidRPr="002F751A">
        <w:rPr>
          <w:rFonts w:hint="cs"/>
          <w:b w:val="0"/>
          <w:color w:val="000000" w:themeColor="text1"/>
          <w:szCs w:val="26"/>
          <w:rtl/>
        </w:rPr>
        <w:t>ی</w:t>
      </w:r>
      <w:r w:rsidRPr="002F751A">
        <w:rPr>
          <w:b w:val="0"/>
          <w:color w:val="000000" w:themeColor="text1"/>
          <w:szCs w:val="26"/>
          <w:rtl/>
        </w:rPr>
        <w:t xml:space="preserve"> مستدل، همان هسته ادعا</w:t>
      </w:r>
      <w:r w:rsidRPr="002F751A">
        <w:rPr>
          <w:rFonts w:hint="cs"/>
          <w:b w:val="0"/>
          <w:color w:val="000000" w:themeColor="text1"/>
          <w:szCs w:val="26"/>
          <w:rtl/>
        </w:rPr>
        <w:t>یی</w:t>
      </w:r>
      <w:r w:rsidRPr="002F751A">
        <w:rPr>
          <w:b w:val="0"/>
          <w:color w:val="000000" w:themeColor="text1"/>
          <w:szCs w:val="26"/>
          <w:rtl/>
        </w:rPr>
        <w:t xml:space="preserve"> را با تغ</w:t>
      </w:r>
      <w:r w:rsidRPr="002F751A">
        <w:rPr>
          <w:rFonts w:hint="cs"/>
          <w:b w:val="0"/>
          <w:color w:val="000000" w:themeColor="text1"/>
          <w:szCs w:val="26"/>
          <w:rtl/>
        </w:rPr>
        <w:t>ییر</w:t>
      </w:r>
      <w:r w:rsidRPr="002F751A">
        <w:rPr>
          <w:b w:val="0"/>
          <w:color w:val="000000" w:themeColor="text1"/>
          <w:szCs w:val="26"/>
          <w:rtl/>
        </w:rPr>
        <w:t xml:space="preserve"> جزئ</w:t>
      </w:r>
      <w:r w:rsidRPr="002F751A">
        <w:rPr>
          <w:rFonts w:hint="cs"/>
          <w:b w:val="0"/>
          <w:color w:val="000000" w:themeColor="text1"/>
          <w:szCs w:val="26"/>
          <w:rtl/>
        </w:rPr>
        <w:t>ی</w:t>
      </w:r>
      <w:r w:rsidRPr="002F751A">
        <w:rPr>
          <w:b w:val="0"/>
          <w:color w:val="000000" w:themeColor="text1"/>
          <w:szCs w:val="26"/>
          <w:rtl/>
        </w:rPr>
        <w:t xml:space="preserve"> عل</w:t>
      </w:r>
      <w:r w:rsidRPr="002F751A">
        <w:rPr>
          <w:rFonts w:hint="cs"/>
          <w:b w:val="0"/>
          <w:color w:val="000000" w:themeColor="text1"/>
          <w:szCs w:val="26"/>
          <w:rtl/>
        </w:rPr>
        <w:t>یه</w:t>
      </w:r>
      <w:r w:rsidRPr="002F751A">
        <w:rPr>
          <w:b w:val="0"/>
          <w:color w:val="000000" w:themeColor="text1"/>
          <w:szCs w:val="26"/>
          <w:rtl/>
        </w:rPr>
        <w:t xml:space="preserve"> همان شخص </w:t>
      </w:r>
      <w:r w:rsidRPr="002F751A">
        <w:rPr>
          <w:rFonts w:hint="cs"/>
          <w:b w:val="0"/>
          <w:color w:val="000000" w:themeColor="text1"/>
          <w:szCs w:val="26"/>
          <w:rtl/>
        </w:rPr>
        <w:t>یا</w:t>
      </w:r>
      <w:r w:rsidRPr="002F751A">
        <w:rPr>
          <w:b w:val="0"/>
          <w:color w:val="000000" w:themeColor="text1"/>
          <w:szCs w:val="26"/>
          <w:rtl/>
        </w:rPr>
        <w:t xml:space="preserve"> اشخاص وابسته تکرار م</w:t>
      </w:r>
      <w:r w:rsidRPr="002F751A">
        <w:rPr>
          <w:rFonts w:hint="cs"/>
          <w:b w:val="0"/>
          <w:color w:val="000000" w:themeColor="text1"/>
          <w:szCs w:val="26"/>
          <w:rtl/>
        </w:rPr>
        <w:t>ی‌کند،</w:t>
      </w:r>
      <w:r w:rsidRPr="002F751A">
        <w:rPr>
          <w:b w:val="0"/>
          <w:color w:val="000000" w:themeColor="text1"/>
          <w:szCs w:val="26"/>
          <w:rtl/>
        </w:rPr>
        <w:t xml:space="preserve"> وضع</w:t>
      </w:r>
      <w:r w:rsidRPr="002F751A">
        <w:rPr>
          <w:rFonts w:hint="cs"/>
          <w:b w:val="0"/>
          <w:color w:val="000000" w:themeColor="text1"/>
          <w:szCs w:val="26"/>
          <w:rtl/>
        </w:rPr>
        <w:t>یت</w:t>
      </w:r>
      <w:r w:rsidRPr="002F751A">
        <w:rPr>
          <w:b w:val="0"/>
          <w:color w:val="000000" w:themeColor="text1"/>
          <w:szCs w:val="26"/>
          <w:rtl/>
        </w:rPr>
        <w:t xml:space="preserve"> متفاوت</w:t>
      </w:r>
      <w:r w:rsidRPr="002F751A">
        <w:rPr>
          <w:rFonts w:hint="cs"/>
          <w:b w:val="0"/>
          <w:color w:val="000000" w:themeColor="text1"/>
          <w:szCs w:val="26"/>
          <w:rtl/>
        </w:rPr>
        <w:t>ی</w:t>
      </w:r>
      <w:r w:rsidRPr="002F751A">
        <w:rPr>
          <w:b w:val="0"/>
          <w:color w:val="000000" w:themeColor="text1"/>
          <w:szCs w:val="26"/>
          <w:rtl/>
        </w:rPr>
        <w:t xml:space="preserve"> از شاک</w:t>
      </w:r>
      <w:r w:rsidRPr="002F751A">
        <w:rPr>
          <w:rFonts w:hint="cs"/>
          <w:b w:val="0"/>
          <w:color w:val="000000" w:themeColor="text1"/>
          <w:szCs w:val="26"/>
          <w:rtl/>
        </w:rPr>
        <w:t>ی‌ای</w:t>
      </w:r>
      <w:r w:rsidRPr="002F751A">
        <w:rPr>
          <w:b w:val="0"/>
          <w:color w:val="000000" w:themeColor="text1"/>
          <w:szCs w:val="26"/>
          <w:rtl/>
        </w:rPr>
        <w:t xml:space="preserve"> دارد که صرفاً از حق اعتراض قانون</w:t>
      </w:r>
      <w:r w:rsidRPr="002F751A">
        <w:rPr>
          <w:rFonts w:hint="cs"/>
          <w:b w:val="0"/>
          <w:color w:val="000000" w:themeColor="text1"/>
          <w:szCs w:val="26"/>
          <w:rtl/>
        </w:rPr>
        <w:t>ی</w:t>
      </w:r>
      <w:r w:rsidRPr="002F751A">
        <w:rPr>
          <w:b w:val="0"/>
          <w:color w:val="000000" w:themeColor="text1"/>
          <w:szCs w:val="26"/>
          <w:rtl/>
        </w:rPr>
        <w:t xml:space="preserve"> خود استفاده م</w:t>
      </w:r>
      <w:r w:rsidRPr="002F751A">
        <w:rPr>
          <w:rFonts w:hint="cs"/>
          <w:b w:val="0"/>
          <w:color w:val="000000" w:themeColor="text1"/>
          <w:szCs w:val="26"/>
          <w:rtl/>
        </w:rPr>
        <w:t>ی‌کند</w:t>
      </w:r>
      <w:r w:rsidRPr="002F751A">
        <w:rPr>
          <w:b w:val="0"/>
          <w:color w:val="000000" w:themeColor="text1"/>
          <w:szCs w:val="26"/>
          <w:rtl/>
        </w:rPr>
        <w:t>. مر</w:t>
      </w:r>
      <w:r w:rsidRPr="002F751A">
        <w:rPr>
          <w:rFonts w:hint="cs"/>
          <w:b w:val="0"/>
          <w:color w:val="000000" w:themeColor="text1"/>
          <w:szCs w:val="26"/>
          <w:rtl/>
        </w:rPr>
        <w:t>ز</w:t>
      </w:r>
      <w:r w:rsidRPr="002F751A">
        <w:rPr>
          <w:b w:val="0"/>
          <w:color w:val="000000" w:themeColor="text1"/>
          <w:szCs w:val="26"/>
          <w:rtl/>
        </w:rPr>
        <w:t xml:space="preserve"> در ا</w:t>
      </w:r>
      <w:r w:rsidRPr="002F751A">
        <w:rPr>
          <w:rFonts w:hint="cs"/>
          <w:b w:val="0"/>
          <w:color w:val="000000" w:themeColor="text1"/>
          <w:szCs w:val="26"/>
          <w:rtl/>
        </w:rPr>
        <w:t>ینجا</w:t>
      </w:r>
      <w:r w:rsidRPr="002F751A">
        <w:rPr>
          <w:b w:val="0"/>
          <w:color w:val="000000" w:themeColor="text1"/>
          <w:szCs w:val="26"/>
          <w:rtl/>
        </w:rPr>
        <w:t xml:space="preserve"> ظر</w:t>
      </w:r>
      <w:r w:rsidRPr="002F751A">
        <w:rPr>
          <w:rFonts w:hint="cs"/>
          <w:b w:val="0"/>
          <w:color w:val="000000" w:themeColor="text1"/>
          <w:szCs w:val="26"/>
          <w:rtl/>
        </w:rPr>
        <w:t>یف</w:t>
      </w:r>
      <w:r w:rsidRPr="002F751A">
        <w:rPr>
          <w:b w:val="0"/>
          <w:color w:val="000000" w:themeColor="text1"/>
          <w:szCs w:val="26"/>
          <w:rtl/>
        </w:rPr>
        <w:t xml:space="preserve"> است و با</w:t>
      </w:r>
      <w:r w:rsidRPr="002F751A">
        <w:rPr>
          <w:rFonts w:hint="cs"/>
          <w:b w:val="0"/>
          <w:color w:val="000000" w:themeColor="text1"/>
          <w:szCs w:val="26"/>
          <w:rtl/>
        </w:rPr>
        <w:t>ید</w:t>
      </w:r>
      <w:r w:rsidRPr="002F751A">
        <w:rPr>
          <w:b w:val="0"/>
          <w:color w:val="000000" w:themeColor="text1"/>
          <w:szCs w:val="26"/>
          <w:rtl/>
        </w:rPr>
        <w:t xml:space="preserve"> حق تجد</w:t>
      </w:r>
      <w:r w:rsidRPr="002F751A">
        <w:rPr>
          <w:rFonts w:hint="cs"/>
          <w:b w:val="0"/>
          <w:color w:val="000000" w:themeColor="text1"/>
          <w:szCs w:val="26"/>
          <w:rtl/>
        </w:rPr>
        <w:t>یدنظر،</w:t>
      </w:r>
      <w:r w:rsidRPr="002F751A">
        <w:rPr>
          <w:b w:val="0"/>
          <w:color w:val="000000" w:themeColor="text1"/>
          <w:szCs w:val="26"/>
          <w:rtl/>
        </w:rPr>
        <w:t xml:space="preserve"> اعاده دادرس</w:t>
      </w:r>
      <w:r w:rsidRPr="002F751A">
        <w:rPr>
          <w:rFonts w:hint="cs"/>
          <w:b w:val="0"/>
          <w:color w:val="000000" w:themeColor="text1"/>
          <w:szCs w:val="26"/>
          <w:rtl/>
        </w:rPr>
        <w:t>ی</w:t>
      </w:r>
      <w:r w:rsidRPr="002F751A">
        <w:rPr>
          <w:b w:val="0"/>
          <w:color w:val="000000" w:themeColor="text1"/>
          <w:szCs w:val="26"/>
          <w:rtl/>
        </w:rPr>
        <w:t xml:space="preserve"> و شکا</w:t>
      </w:r>
      <w:r w:rsidRPr="002F751A">
        <w:rPr>
          <w:rFonts w:hint="cs"/>
          <w:b w:val="0"/>
          <w:color w:val="000000" w:themeColor="text1"/>
          <w:szCs w:val="26"/>
          <w:rtl/>
        </w:rPr>
        <w:t>یت</w:t>
      </w:r>
      <w:r w:rsidRPr="002F751A">
        <w:rPr>
          <w:b w:val="0"/>
          <w:color w:val="000000" w:themeColor="text1"/>
          <w:szCs w:val="26"/>
          <w:rtl/>
        </w:rPr>
        <w:t xml:space="preserve"> قانون</w:t>
      </w:r>
      <w:r w:rsidRPr="002F751A">
        <w:rPr>
          <w:rFonts w:hint="cs"/>
          <w:b w:val="0"/>
          <w:color w:val="000000" w:themeColor="text1"/>
          <w:szCs w:val="26"/>
          <w:rtl/>
        </w:rPr>
        <w:t>ی</w:t>
      </w:r>
      <w:r w:rsidRPr="002F751A">
        <w:rPr>
          <w:b w:val="0"/>
          <w:color w:val="000000" w:themeColor="text1"/>
          <w:szCs w:val="26"/>
          <w:rtl/>
        </w:rPr>
        <w:t xml:space="preserve"> از تصم</w:t>
      </w:r>
      <w:r w:rsidRPr="002F751A">
        <w:rPr>
          <w:rFonts w:hint="cs"/>
          <w:b w:val="0"/>
          <w:color w:val="000000" w:themeColor="text1"/>
          <w:szCs w:val="26"/>
          <w:rtl/>
        </w:rPr>
        <w:t>یم‌ها</w:t>
      </w:r>
      <w:r w:rsidRPr="002F751A">
        <w:rPr>
          <w:b w:val="0"/>
          <w:color w:val="000000" w:themeColor="text1"/>
          <w:szCs w:val="26"/>
          <w:rtl/>
        </w:rPr>
        <w:t xml:space="preserve"> کاملاً محترم بماند</w:t>
      </w:r>
      <w:r w:rsidRPr="002F751A">
        <w:rPr>
          <w:b w:val="0"/>
          <w:color w:val="000000" w:themeColor="text1"/>
          <w:szCs w:val="26"/>
        </w:rPr>
        <w:t>.</w:t>
      </w:r>
    </w:p>
    <w:p w14:paraId="5762A449" w14:textId="77777777" w:rsidR="002F751A" w:rsidRPr="002F751A" w:rsidRDefault="002F751A" w:rsidP="002F751A">
      <w:pPr>
        <w:pStyle w:val="SubFA"/>
        <w:keepNext/>
        <w:bidi/>
        <w:rPr>
          <w:b w:val="0"/>
          <w:color w:val="000000" w:themeColor="text1"/>
          <w:szCs w:val="26"/>
          <w:rtl/>
        </w:rPr>
      </w:pPr>
    </w:p>
    <w:p w14:paraId="3EB1C2ED" w14:textId="1222C8CD" w:rsidR="002F751A" w:rsidRPr="00B800F5" w:rsidRDefault="00B800F5" w:rsidP="002F751A">
      <w:pPr>
        <w:pStyle w:val="SubFA"/>
        <w:keepNext/>
        <w:bidi/>
        <w:rPr>
          <w:bCs/>
          <w:color w:val="000000" w:themeColor="text1"/>
          <w:szCs w:val="26"/>
          <w:rtl/>
        </w:rPr>
      </w:pPr>
      <w:r w:rsidRPr="00B800F5">
        <w:rPr>
          <w:rFonts w:hint="cs"/>
          <w:bCs/>
          <w:color w:val="000000" w:themeColor="text1"/>
          <w:szCs w:val="26"/>
          <w:rtl/>
          <w:lang w:bidi="fa-IR"/>
        </w:rPr>
        <w:t>1-5-</w:t>
      </w:r>
      <w:r w:rsidR="002F751A" w:rsidRPr="00B800F5">
        <w:rPr>
          <w:bCs/>
          <w:color w:val="000000" w:themeColor="text1"/>
          <w:szCs w:val="26"/>
          <w:lang w:bidi="fa-IR"/>
        </w:rPr>
        <w:t xml:space="preserve"> </w:t>
      </w:r>
      <w:r w:rsidR="002F751A" w:rsidRPr="00B800F5">
        <w:rPr>
          <w:bCs/>
          <w:color w:val="000000" w:themeColor="text1"/>
          <w:szCs w:val="26"/>
          <w:rtl/>
          <w:lang w:bidi="fa-IR"/>
        </w:rPr>
        <w:t>نمونه پرونده تحل</w:t>
      </w:r>
      <w:r w:rsidR="002F751A" w:rsidRPr="00B800F5">
        <w:rPr>
          <w:rFonts w:hint="cs"/>
          <w:bCs/>
          <w:color w:val="000000" w:themeColor="text1"/>
          <w:szCs w:val="26"/>
          <w:rtl/>
          <w:lang w:bidi="fa-IR"/>
        </w:rPr>
        <w:t>یلی</w:t>
      </w:r>
      <w:r w:rsidR="002F751A" w:rsidRPr="00B800F5">
        <w:rPr>
          <w:bCs/>
          <w:color w:val="000000" w:themeColor="text1"/>
          <w:szCs w:val="26"/>
          <w:rtl/>
          <w:lang w:bidi="fa-IR"/>
        </w:rPr>
        <w:t xml:space="preserve"> اول: ک</w:t>
      </w:r>
      <w:r w:rsidR="002F751A" w:rsidRPr="00B800F5">
        <w:rPr>
          <w:rFonts w:hint="cs"/>
          <w:bCs/>
          <w:color w:val="000000" w:themeColor="text1"/>
          <w:szCs w:val="26"/>
          <w:rtl/>
          <w:lang w:bidi="fa-IR"/>
        </w:rPr>
        <w:t>یفری‌سازی</w:t>
      </w:r>
      <w:r w:rsidR="002F751A" w:rsidRPr="00B800F5">
        <w:rPr>
          <w:bCs/>
          <w:color w:val="000000" w:themeColor="text1"/>
          <w:szCs w:val="26"/>
          <w:rtl/>
          <w:lang w:bidi="fa-IR"/>
        </w:rPr>
        <w:t xml:space="preserve"> اختلاف قرارداد</w:t>
      </w:r>
      <w:r w:rsidR="002F751A" w:rsidRPr="00B800F5">
        <w:rPr>
          <w:rFonts w:hint="cs"/>
          <w:bCs/>
          <w:color w:val="000000" w:themeColor="text1"/>
          <w:szCs w:val="26"/>
          <w:rtl/>
          <w:lang w:bidi="fa-IR"/>
        </w:rPr>
        <w:t>ی</w:t>
      </w:r>
    </w:p>
    <w:p w14:paraId="448FC0EF"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فرض</w:t>
      </w:r>
      <w:r w:rsidRPr="002F751A">
        <w:rPr>
          <w:b w:val="0"/>
          <w:color w:val="000000" w:themeColor="text1"/>
          <w:szCs w:val="26"/>
          <w:rtl/>
        </w:rPr>
        <w:t xml:space="preserve"> شود «الف» بابت مشارکت تجار</w:t>
      </w:r>
      <w:r w:rsidRPr="002F751A">
        <w:rPr>
          <w:rFonts w:hint="cs"/>
          <w:b w:val="0"/>
          <w:color w:val="000000" w:themeColor="text1"/>
          <w:szCs w:val="26"/>
          <w:rtl/>
        </w:rPr>
        <w:t>ی</w:t>
      </w:r>
      <w:r w:rsidRPr="002F751A">
        <w:rPr>
          <w:b w:val="0"/>
          <w:color w:val="000000" w:themeColor="text1"/>
          <w:szCs w:val="26"/>
          <w:rtl/>
        </w:rPr>
        <w:t xml:space="preserve"> از «ب» طلبکار است، اما قرارداد ه</w:t>
      </w:r>
      <w:r w:rsidRPr="002F751A">
        <w:rPr>
          <w:rFonts w:hint="cs"/>
          <w:b w:val="0"/>
          <w:color w:val="000000" w:themeColor="text1"/>
          <w:szCs w:val="26"/>
          <w:rtl/>
        </w:rPr>
        <w:t>یچ</w:t>
      </w:r>
      <w:r w:rsidRPr="002F751A">
        <w:rPr>
          <w:b w:val="0"/>
          <w:color w:val="000000" w:themeColor="text1"/>
          <w:szCs w:val="26"/>
          <w:rtl/>
        </w:rPr>
        <w:t xml:space="preserve"> تعهد امان</w:t>
      </w:r>
      <w:r w:rsidRPr="002F751A">
        <w:rPr>
          <w:rFonts w:hint="cs"/>
          <w:b w:val="0"/>
          <w:color w:val="000000" w:themeColor="text1"/>
          <w:szCs w:val="26"/>
          <w:rtl/>
        </w:rPr>
        <w:t>ی</w:t>
      </w:r>
      <w:r w:rsidRPr="002F751A">
        <w:rPr>
          <w:b w:val="0"/>
          <w:color w:val="000000" w:themeColor="text1"/>
          <w:szCs w:val="26"/>
          <w:rtl/>
        </w:rPr>
        <w:t xml:space="preserve"> مستقل</w:t>
      </w:r>
      <w:r w:rsidRPr="002F751A">
        <w:rPr>
          <w:rFonts w:hint="cs"/>
          <w:b w:val="0"/>
          <w:color w:val="000000" w:themeColor="text1"/>
          <w:szCs w:val="26"/>
          <w:rtl/>
        </w:rPr>
        <w:t>ی</w:t>
      </w:r>
      <w:r w:rsidRPr="002F751A">
        <w:rPr>
          <w:b w:val="0"/>
          <w:color w:val="000000" w:themeColor="text1"/>
          <w:szCs w:val="26"/>
          <w:rtl/>
        </w:rPr>
        <w:t xml:space="preserve"> درباره مبلغ مورد اختلاف ا</w:t>
      </w:r>
      <w:r w:rsidRPr="002F751A">
        <w:rPr>
          <w:rFonts w:hint="cs"/>
          <w:b w:val="0"/>
          <w:color w:val="000000" w:themeColor="text1"/>
          <w:szCs w:val="26"/>
          <w:rtl/>
        </w:rPr>
        <w:t>یجاد</w:t>
      </w:r>
      <w:r w:rsidRPr="002F751A">
        <w:rPr>
          <w:b w:val="0"/>
          <w:color w:val="000000" w:themeColor="text1"/>
          <w:szCs w:val="26"/>
          <w:rtl/>
        </w:rPr>
        <w:t xml:space="preserve"> نکرده است. الف ابتدا اظهارنامه‌ا</w:t>
      </w:r>
      <w:r w:rsidRPr="002F751A">
        <w:rPr>
          <w:rFonts w:hint="cs"/>
          <w:b w:val="0"/>
          <w:color w:val="000000" w:themeColor="text1"/>
          <w:szCs w:val="26"/>
          <w:rtl/>
        </w:rPr>
        <w:t>ی</w:t>
      </w:r>
      <w:r w:rsidRPr="002F751A">
        <w:rPr>
          <w:b w:val="0"/>
          <w:color w:val="000000" w:themeColor="text1"/>
          <w:szCs w:val="26"/>
          <w:rtl/>
        </w:rPr>
        <w:t xml:space="preserve"> ارسال م</w:t>
      </w:r>
      <w:r w:rsidRPr="002F751A">
        <w:rPr>
          <w:rFonts w:hint="cs"/>
          <w:b w:val="0"/>
          <w:color w:val="000000" w:themeColor="text1"/>
          <w:szCs w:val="26"/>
          <w:rtl/>
        </w:rPr>
        <w:t>ی‌کند</w:t>
      </w:r>
      <w:r w:rsidRPr="002F751A">
        <w:rPr>
          <w:b w:val="0"/>
          <w:color w:val="000000" w:themeColor="text1"/>
          <w:szCs w:val="26"/>
          <w:rtl/>
        </w:rPr>
        <w:t xml:space="preserve"> و در آن صر</w:t>
      </w:r>
      <w:r w:rsidRPr="002F751A">
        <w:rPr>
          <w:rFonts w:hint="cs"/>
          <w:b w:val="0"/>
          <w:color w:val="000000" w:themeColor="text1"/>
          <w:szCs w:val="26"/>
          <w:rtl/>
        </w:rPr>
        <w:t>یحاً</w:t>
      </w:r>
      <w:r w:rsidRPr="002F751A">
        <w:rPr>
          <w:b w:val="0"/>
          <w:color w:val="000000" w:themeColor="text1"/>
          <w:szCs w:val="26"/>
          <w:rtl/>
        </w:rPr>
        <w:t xml:space="preserve"> اختلاف را «تسو</w:t>
      </w:r>
      <w:r w:rsidRPr="002F751A">
        <w:rPr>
          <w:rFonts w:hint="cs"/>
          <w:b w:val="0"/>
          <w:color w:val="000000" w:themeColor="text1"/>
          <w:szCs w:val="26"/>
          <w:rtl/>
        </w:rPr>
        <w:t>یه</w:t>
      </w:r>
      <w:r w:rsidRPr="002F751A">
        <w:rPr>
          <w:b w:val="0"/>
          <w:color w:val="000000" w:themeColor="text1"/>
          <w:szCs w:val="26"/>
          <w:rtl/>
        </w:rPr>
        <w:t xml:space="preserve"> حساب قرارداد</w:t>
      </w:r>
      <w:r w:rsidRPr="002F751A">
        <w:rPr>
          <w:rFonts w:hint="cs"/>
          <w:b w:val="0"/>
          <w:color w:val="000000" w:themeColor="text1"/>
          <w:szCs w:val="26"/>
          <w:rtl/>
        </w:rPr>
        <w:t>ی</w:t>
      </w:r>
      <w:r w:rsidRPr="002F751A">
        <w:rPr>
          <w:rFonts w:hint="eastAsia"/>
          <w:b w:val="0"/>
          <w:color w:val="000000" w:themeColor="text1"/>
          <w:szCs w:val="26"/>
          <w:rtl/>
        </w:rPr>
        <w:t>»</w:t>
      </w:r>
      <w:r w:rsidRPr="002F751A">
        <w:rPr>
          <w:b w:val="0"/>
          <w:color w:val="000000" w:themeColor="text1"/>
          <w:szCs w:val="26"/>
          <w:rtl/>
        </w:rPr>
        <w:t xml:space="preserve"> م</w:t>
      </w:r>
      <w:r w:rsidRPr="002F751A">
        <w:rPr>
          <w:rFonts w:hint="cs"/>
          <w:b w:val="0"/>
          <w:color w:val="000000" w:themeColor="text1"/>
          <w:szCs w:val="26"/>
          <w:rtl/>
        </w:rPr>
        <w:t>ی‌نامد</w:t>
      </w:r>
      <w:r w:rsidRPr="002F751A">
        <w:rPr>
          <w:b w:val="0"/>
          <w:color w:val="000000" w:themeColor="text1"/>
          <w:szCs w:val="26"/>
          <w:rtl/>
        </w:rPr>
        <w:t>. پس از ب</w:t>
      </w:r>
      <w:r w:rsidRPr="002F751A">
        <w:rPr>
          <w:rFonts w:hint="cs"/>
          <w:b w:val="0"/>
          <w:color w:val="000000" w:themeColor="text1"/>
          <w:szCs w:val="26"/>
          <w:rtl/>
        </w:rPr>
        <w:t>ی‌نتیجه</w:t>
      </w:r>
      <w:r w:rsidRPr="002F751A">
        <w:rPr>
          <w:b w:val="0"/>
          <w:color w:val="000000" w:themeColor="text1"/>
          <w:szCs w:val="26"/>
          <w:rtl/>
        </w:rPr>
        <w:t xml:space="preserve"> ماندن مذاکره، در شکوا</w:t>
      </w:r>
      <w:r w:rsidRPr="002F751A">
        <w:rPr>
          <w:rFonts w:hint="cs"/>
          <w:b w:val="0"/>
          <w:color w:val="000000" w:themeColor="text1"/>
          <w:szCs w:val="26"/>
          <w:rtl/>
        </w:rPr>
        <w:t>یی</w:t>
      </w:r>
      <w:r w:rsidRPr="002F751A">
        <w:rPr>
          <w:b w:val="0"/>
          <w:color w:val="000000" w:themeColor="text1"/>
          <w:szCs w:val="26"/>
          <w:rtl/>
        </w:rPr>
        <w:t>ه بعد</w:t>
      </w:r>
      <w:r w:rsidRPr="002F751A">
        <w:rPr>
          <w:rFonts w:hint="cs"/>
          <w:b w:val="0"/>
          <w:color w:val="000000" w:themeColor="text1"/>
          <w:szCs w:val="26"/>
          <w:rtl/>
        </w:rPr>
        <w:t>ی</w:t>
      </w:r>
      <w:r w:rsidRPr="002F751A">
        <w:rPr>
          <w:b w:val="0"/>
          <w:color w:val="000000" w:themeColor="text1"/>
          <w:szCs w:val="26"/>
          <w:rtl/>
        </w:rPr>
        <w:t xml:space="preserve"> همان در</w:t>
      </w:r>
      <w:r w:rsidRPr="002F751A">
        <w:rPr>
          <w:rFonts w:hint="cs"/>
          <w:b w:val="0"/>
          <w:color w:val="000000" w:themeColor="text1"/>
          <w:szCs w:val="26"/>
          <w:rtl/>
        </w:rPr>
        <w:t>یافت</w:t>
      </w:r>
      <w:r w:rsidRPr="002F751A">
        <w:rPr>
          <w:b w:val="0"/>
          <w:color w:val="000000" w:themeColor="text1"/>
          <w:szCs w:val="26"/>
          <w:rtl/>
        </w:rPr>
        <w:t xml:space="preserve"> وجه را «خ</w:t>
      </w:r>
      <w:r w:rsidRPr="002F751A">
        <w:rPr>
          <w:rFonts w:hint="cs"/>
          <w:b w:val="0"/>
          <w:color w:val="000000" w:themeColor="text1"/>
          <w:szCs w:val="26"/>
          <w:rtl/>
        </w:rPr>
        <w:t>یانت</w:t>
      </w:r>
      <w:r w:rsidRPr="002F751A">
        <w:rPr>
          <w:b w:val="0"/>
          <w:color w:val="000000" w:themeColor="text1"/>
          <w:szCs w:val="26"/>
          <w:rtl/>
        </w:rPr>
        <w:t xml:space="preserve"> در امانت» توص</w:t>
      </w:r>
      <w:r w:rsidRPr="002F751A">
        <w:rPr>
          <w:rFonts w:hint="cs"/>
          <w:b w:val="0"/>
          <w:color w:val="000000" w:themeColor="text1"/>
          <w:szCs w:val="26"/>
          <w:rtl/>
        </w:rPr>
        <w:t>یف</w:t>
      </w:r>
      <w:r w:rsidRPr="002F751A">
        <w:rPr>
          <w:b w:val="0"/>
          <w:color w:val="000000" w:themeColor="text1"/>
          <w:szCs w:val="26"/>
          <w:rtl/>
        </w:rPr>
        <w:t xml:space="preserve"> م</w:t>
      </w:r>
      <w:r w:rsidRPr="002F751A">
        <w:rPr>
          <w:rFonts w:hint="cs"/>
          <w:b w:val="0"/>
          <w:color w:val="000000" w:themeColor="text1"/>
          <w:szCs w:val="26"/>
          <w:rtl/>
        </w:rPr>
        <w:t>ی‌کند</w:t>
      </w:r>
      <w:r w:rsidRPr="002F751A">
        <w:rPr>
          <w:b w:val="0"/>
          <w:color w:val="000000" w:themeColor="text1"/>
          <w:szCs w:val="26"/>
          <w:rtl/>
        </w:rPr>
        <w:t xml:space="preserve"> و اظهارنامه قبل</w:t>
      </w:r>
      <w:r w:rsidRPr="002F751A">
        <w:rPr>
          <w:rFonts w:hint="cs"/>
          <w:b w:val="0"/>
          <w:color w:val="000000" w:themeColor="text1"/>
          <w:szCs w:val="26"/>
          <w:rtl/>
        </w:rPr>
        <w:t>ی</w:t>
      </w:r>
      <w:r w:rsidRPr="002F751A">
        <w:rPr>
          <w:b w:val="0"/>
          <w:color w:val="000000" w:themeColor="text1"/>
          <w:szCs w:val="26"/>
          <w:rtl/>
        </w:rPr>
        <w:t xml:space="preserve"> را ضم</w:t>
      </w:r>
      <w:r w:rsidRPr="002F751A">
        <w:rPr>
          <w:rFonts w:hint="cs"/>
          <w:b w:val="0"/>
          <w:color w:val="000000" w:themeColor="text1"/>
          <w:szCs w:val="26"/>
          <w:rtl/>
        </w:rPr>
        <w:t>یمه</w:t>
      </w:r>
      <w:r w:rsidRPr="002F751A">
        <w:rPr>
          <w:b w:val="0"/>
          <w:color w:val="000000" w:themeColor="text1"/>
          <w:szCs w:val="26"/>
          <w:rtl/>
        </w:rPr>
        <w:t xml:space="preserve"> نم</w:t>
      </w:r>
      <w:r w:rsidRPr="002F751A">
        <w:rPr>
          <w:rFonts w:hint="cs"/>
          <w:b w:val="0"/>
          <w:color w:val="000000" w:themeColor="text1"/>
          <w:szCs w:val="26"/>
          <w:rtl/>
        </w:rPr>
        <w:t>ی‌سازد</w:t>
      </w:r>
      <w:r w:rsidRPr="002F751A">
        <w:rPr>
          <w:b w:val="0"/>
          <w:color w:val="000000" w:themeColor="text1"/>
          <w:szCs w:val="26"/>
          <w:rtl/>
        </w:rPr>
        <w:t>. هم‌زمان در پ</w:t>
      </w:r>
      <w:r w:rsidRPr="002F751A">
        <w:rPr>
          <w:rFonts w:hint="cs"/>
          <w:b w:val="0"/>
          <w:color w:val="000000" w:themeColor="text1"/>
          <w:szCs w:val="26"/>
          <w:rtl/>
        </w:rPr>
        <w:t>یام</w:t>
      </w:r>
      <w:r w:rsidRPr="002F751A">
        <w:rPr>
          <w:b w:val="0"/>
          <w:color w:val="000000" w:themeColor="text1"/>
          <w:szCs w:val="26"/>
          <w:rtl/>
        </w:rPr>
        <w:t xml:space="preserve"> خصوص</w:t>
      </w:r>
      <w:r w:rsidRPr="002F751A">
        <w:rPr>
          <w:rFonts w:hint="cs"/>
          <w:b w:val="0"/>
          <w:color w:val="000000" w:themeColor="text1"/>
          <w:szCs w:val="26"/>
          <w:rtl/>
        </w:rPr>
        <w:t>ی</w:t>
      </w:r>
      <w:r w:rsidRPr="002F751A">
        <w:rPr>
          <w:b w:val="0"/>
          <w:color w:val="000000" w:themeColor="text1"/>
          <w:szCs w:val="26"/>
          <w:rtl/>
        </w:rPr>
        <w:t xml:space="preserve"> به ب اعلام م</w:t>
      </w:r>
      <w:r w:rsidRPr="002F751A">
        <w:rPr>
          <w:rFonts w:hint="cs"/>
          <w:b w:val="0"/>
          <w:color w:val="000000" w:themeColor="text1"/>
          <w:szCs w:val="26"/>
          <w:rtl/>
        </w:rPr>
        <w:t>ی‌کند</w:t>
      </w:r>
      <w:r w:rsidRPr="002F751A">
        <w:rPr>
          <w:b w:val="0"/>
          <w:color w:val="000000" w:themeColor="text1"/>
          <w:szCs w:val="26"/>
          <w:rtl/>
        </w:rPr>
        <w:t xml:space="preserve"> اگر بخش</w:t>
      </w:r>
      <w:r w:rsidRPr="002F751A">
        <w:rPr>
          <w:rFonts w:hint="cs"/>
          <w:b w:val="0"/>
          <w:color w:val="000000" w:themeColor="text1"/>
          <w:szCs w:val="26"/>
          <w:rtl/>
        </w:rPr>
        <w:t>ی</w:t>
      </w:r>
      <w:r w:rsidRPr="002F751A">
        <w:rPr>
          <w:b w:val="0"/>
          <w:color w:val="000000" w:themeColor="text1"/>
          <w:szCs w:val="26"/>
          <w:rtl/>
        </w:rPr>
        <w:t xml:space="preserve"> از مبلغ مورد اختلاف را فوراً بپردازد شکا</w:t>
      </w:r>
      <w:r w:rsidRPr="002F751A">
        <w:rPr>
          <w:rFonts w:hint="cs"/>
          <w:b w:val="0"/>
          <w:color w:val="000000" w:themeColor="text1"/>
          <w:szCs w:val="26"/>
          <w:rtl/>
        </w:rPr>
        <w:t>یت</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را پس م</w:t>
      </w:r>
      <w:r w:rsidRPr="002F751A">
        <w:rPr>
          <w:rFonts w:hint="cs"/>
          <w:b w:val="0"/>
          <w:color w:val="000000" w:themeColor="text1"/>
          <w:szCs w:val="26"/>
          <w:rtl/>
        </w:rPr>
        <w:t>ی‌گیرد</w:t>
      </w:r>
      <w:r w:rsidRPr="002F751A">
        <w:rPr>
          <w:b w:val="0"/>
          <w:color w:val="000000" w:themeColor="text1"/>
          <w:szCs w:val="26"/>
        </w:rPr>
        <w:t>.</w:t>
      </w:r>
    </w:p>
    <w:p w14:paraId="59E96B90" w14:textId="74D00040" w:rsidR="002F751A" w:rsidRDefault="002F751A" w:rsidP="002F751A">
      <w:pPr>
        <w:pStyle w:val="SubFA"/>
        <w:keepNext/>
        <w:bidi/>
        <w:rPr>
          <w:b w:val="0"/>
          <w:color w:val="000000" w:themeColor="text1"/>
          <w:szCs w:val="26"/>
          <w:rtl/>
        </w:rPr>
      </w:pPr>
      <w:r w:rsidRPr="002F751A">
        <w:rPr>
          <w:rFonts w:hint="cs"/>
          <w:b w:val="0"/>
          <w:color w:val="000000" w:themeColor="text1"/>
          <w:szCs w:val="26"/>
          <w:rtl/>
        </w:rPr>
        <w:t>در</w:t>
      </w:r>
      <w:r w:rsidRPr="002F751A">
        <w:rPr>
          <w:b w:val="0"/>
          <w:color w:val="000000" w:themeColor="text1"/>
          <w:szCs w:val="26"/>
          <w:rtl/>
        </w:rPr>
        <w:t xml:space="preserve"> ا</w:t>
      </w:r>
      <w:r w:rsidRPr="002F751A">
        <w:rPr>
          <w:rFonts w:hint="cs"/>
          <w:b w:val="0"/>
          <w:color w:val="000000" w:themeColor="text1"/>
          <w:szCs w:val="26"/>
          <w:rtl/>
        </w:rPr>
        <w:t>ین</w:t>
      </w:r>
      <w:r w:rsidRPr="002F751A">
        <w:rPr>
          <w:b w:val="0"/>
          <w:color w:val="000000" w:themeColor="text1"/>
          <w:szCs w:val="26"/>
          <w:rtl/>
        </w:rPr>
        <w:t xml:space="preserve"> فرض، صرف طرح عنوان نادرست ک</w:t>
      </w:r>
      <w:r w:rsidRPr="002F751A">
        <w:rPr>
          <w:rFonts w:hint="cs"/>
          <w:b w:val="0"/>
          <w:color w:val="000000" w:themeColor="text1"/>
          <w:szCs w:val="26"/>
          <w:rtl/>
        </w:rPr>
        <w:t>یفری</w:t>
      </w:r>
      <w:r w:rsidRPr="002F751A">
        <w:rPr>
          <w:b w:val="0"/>
          <w:color w:val="000000" w:themeColor="text1"/>
          <w:szCs w:val="26"/>
          <w:rtl/>
        </w:rPr>
        <w:t xml:space="preserve"> کاف</w:t>
      </w:r>
      <w:r w:rsidRPr="002F751A">
        <w:rPr>
          <w:rFonts w:hint="cs"/>
          <w:b w:val="0"/>
          <w:color w:val="000000" w:themeColor="text1"/>
          <w:szCs w:val="26"/>
          <w:rtl/>
        </w:rPr>
        <w:t>ی</w:t>
      </w:r>
      <w:r w:rsidRPr="002F751A">
        <w:rPr>
          <w:b w:val="0"/>
          <w:color w:val="000000" w:themeColor="text1"/>
          <w:szCs w:val="26"/>
          <w:rtl/>
        </w:rPr>
        <w:t xml:space="preserve"> برا</w:t>
      </w:r>
      <w:r w:rsidRPr="002F751A">
        <w:rPr>
          <w:rFonts w:hint="cs"/>
          <w:b w:val="0"/>
          <w:color w:val="000000" w:themeColor="text1"/>
          <w:szCs w:val="26"/>
          <w:rtl/>
        </w:rPr>
        <w:t>ی</w:t>
      </w:r>
      <w:r w:rsidRPr="002F751A">
        <w:rPr>
          <w:b w:val="0"/>
          <w:color w:val="000000" w:themeColor="text1"/>
          <w:szCs w:val="26"/>
          <w:rtl/>
        </w:rPr>
        <w:t xml:space="preserve"> مسئول</w:t>
      </w:r>
      <w:r w:rsidRPr="002F751A">
        <w:rPr>
          <w:rFonts w:hint="cs"/>
          <w:b w:val="0"/>
          <w:color w:val="000000" w:themeColor="text1"/>
          <w:szCs w:val="26"/>
          <w:rtl/>
        </w:rPr>
        <w:t>یت</w:t>
      </w:r>
      <w:r w:rsidRPr="002F751A">
        <w:rPr>
          <w:b w:val="0"/>
          <w:color w:val="000000" w:themeColor="text1"/>
          <w:szCs w:val="26"/>
          <w:rtl/>
        </w:rPr>
        <w:t xml:space="preserve"> شاک</w:t>
      </w:r>
      <w:r w:rsidRPr="002F751A">
        <w:rPr>
          <w:rFonts w:hint="cs"/>
          <w:b w:val="0"/>
          <w:color w:val="000000" w:themeColor="text1"/>
          <w:szCs w:val="26"/>
          <w:rtl/>
        </w:rPr>
        <w:t>ی</w:t>
      </w:r>
      <w:r w:rsidRPr="002F751A">
        <w:rPr>
          <w:b w:val="0"/>
          <w:color w:val="000000" w:themeColor="text1"/>
          <w:szCs w:val="26"/>
          <w:rtl/>
        </w:rPr>
        <w:t xml:space="preserve"> ن</w:t>
      </w:r>
      <w:r w:rsidRPr="002F751A">
        <w:rPr>
          <w:rFonts w:hint="cs"/>
          <w:b w:val="0"/>
          <w:color w:val="000000" w:themeColor="text1"/>
          <w:szCs w:val="26"/>
          <w:rtl/>
        </w:rPr>
        <w:t>یست؛</w:t>
      </w:r>
      <w:r w:rsidRPr="002F751A">
        <w:rPr>
          <w:b w:val="0"/>
          <w:color w:val="000000" w:themeColor="text1"/>
          <w:szCs w:val="26"/>
          <w:rtl/>
        </w:rPr>
        <w:t xml:space="preserve"> ز</w:t>
      </w:r>
      <w:r w:rsidRPr="002F751A">
        <w:rPr>
          <w:rFonts w:hint="cs"/>
          <w:b w:val="0"/>
          <w:color w:val="000000" w:themeColor="text1"/>
          <w:szCs w:val="26"/>
          <w:rtl/>
        </w:rPr>
        <w:t>یرا</w:t>
      </w:r>
      <w:r w:rsidRPr="002F751A">
        <w:rPr>
          <w:b w:val="0"/>
          <w:color w:val="000000" w:themeColor="text1"/>
          <w:szCs w:val="26"/>
          <w:rtl/>
        </w:rPr>
        <w:t xml:space="preserve"> تشخ</w:t>
      </w:r>
      <w:r w:rsidRPr="002F751A">
        <w:rPr>
          <w:rFonts w:hint="cs"/>
          <w:b w:val="0"/>
          <w:color w:val="000000" w:themeColor="text1"/>
          <w:szCs w:val="26"/>
          <w:rtl/>
        </w:rPr>
        <w:t>یص</w:t>
      </w:r>
      <w:r w:rsidRPr="002F751A">
        <w:rPr>
          <w:b w:val="0"/>
          <w:color w:val="000000" w:themeColor="text1"/>
          <w:szCs w:val="26"/>
          <w:rtl/>
        </w:rPr>
        <w:t xml:space="preserve"> مرز قرارداد و جرم ممکن است تخصص</w:t>
      </w:r>
      <w:r w:rsidRPr="002F751A">
        <w:rPr>
          <w:rFonts w:hint="cs"/>
          <w:b w:val="0"/>
          <w:color w:val="000000" w:themeColor="text1"/>
          <w:szCs w:val="26"/>
          <w:rtl/>
        </w:rPr>
        <w:t>ی</w:t>
      </w:r>
      <w:r w:rsidRPr="002F751A">
        <w:rPr>
          <w:b w:val="0"/>
          <w:color w:val="000000" w:themeColor="text1"/>
          <w:szCs w:val="26"/>
          <w:rtl/>
        </w:rPr>
        <w:t xml:space="preserve"> باشد. اما ترک</w:t>
      </w:r>
      <w:r w:rsidRPr="002F751A">
        <w:rPr>
          <w:rFonts w:hint="cs"/>
          <w:b w:val="0"/>
          <w:color w:val="000000" w:themeColor="text1"/>
          <w:szCs w:val="26"/>
          <w:rtl/>
        </w:rPr>
        <w:t>یب</w:t>
      </w:r>
      <w:r w:rsidRPr="002F751A">
        <w:rPr>
          <w:b w:val="0"/>
          <w:color w:val="000000" w:themeColor="text1"/>
          <w:szCs w:val="26"/>
          <w:rtl/>
        </w:rPr>
        <w:t xml:space="preserve"> سه قر</w:t>
      </w:r>
      <w:r w:rsidRPr="002F751A">
        <w:rPr>
          <w:rFonts w:hint="cs"/>
          <w:b w:val="0"/>
          <w:color w:val="000000" w:themeColor="text1"/>
          <w:szCs w:val="26"/>
          <w:rtl/>
        </w:rPr>
        <w:t>ینه</w:t>
      </w:r>
      <w:r w:rsidRPr="002F751A">
        <w:rPr>
          <w:b w:val="0"/>
          <w:color w:val="000000" w:themeColor="text1"/>
          <w:szCs w:val="26"/>
          <w:rtl/>
        </w:rPr>
        <w:t xml:space="preserve"> ـ آگاه</w:t>
      </w:r>
      <w:r w:rsidRPr="002F751A">
        <w:rPr>
          <w:rFonts w:hint="cs"/>
          <w:b w:val="0"/>
          <w:color w:val="000000" w:themeColor="text1"/>
          <w:szCs w:val="26"/>
          <w:rtl/>
        </w:rPr>
        <w:t>ی</w:t>
      </w:r>
      <w:r w:rsidRPr="002F751A">
        <w:rPr>
          <w:b w:val="0"/>
          <w:color w:val="000000" w:themeColor="text1"/>
          <w:szCs w:val="26"/>
          <w:rtl/>
        </w:rPr>
        <w:t xml:space="preserve"> قبل</w:t>
      </w:r>
      <w:r w:rsidRPr="002F751A">
        <w:rPr>
          <w:rFonts w:hint="cs"/>
          <w:b w:val="0"/>
          <w:color w:val="000000" w:themeColor="text1"/>
          <w:szCs w:val="26"/>
          <w:rtl/>
        </w:rPr>
        <w:t>ی</w:t>
      </w:r>
      <w:r w:rsidRPr="002F751A">
        <w:rPr>
          <w:b w:val="0"/>
          <w:color w:val="000000" w:themeColor="text1"/>
          <w:szCs w:val="26"/>
          <w:rtl/>
        </w:rPr>
        <w:t xml:space="preserve"> از ماه</w:t>
      </w:r>
      <w:r w:rsidRPr="002F751A">
        <w:rPr>
          <w:rFonts w:hint="cs"/>
          <w:b w:val="0"/>
          <w:color w:val="000000" w:themeColor="text1"/>
          <w:szCs w:val="26"/>
          <w:rtl/>
        </w:rPr>
        <w:t>یت</w:t>
      </w:r>
      <w:r w:rsidRPr="002F751A">
        <w:rPr>
          <w:b w:val="0"/>
          <w:color w:val="000000" w:themeColor="text1"/>
          <w:szCs w:val="26"/>
          <w:rtl/>
        </w:rPr>
        <w:t xml:space="preserve"> قرارداد</w:t>
      </w:r>
      <w:r w:rsidRPr="002F751A">
        <w:rPr>
          <w:rFonts w:hint="cs"/>
          <w:b w:val="0"/>
          <w:color w:val="000000" w:themeColor="text1"/>
          <w:szCs w:val="26"/>
          <w:rtl/>
        </w:rPr>
        <w:t>ی</w:t>
      </w:r>
      <w:r w:rsidRPr="002F751A">
        <w:rPr>
          <w:b w:val="0"/>
          <w:color w:val="000000" w:themeColor="text1"/>
          <w:szCs w:val="26"/>
          <w:rtl/>
        </w:rPr>
        <w:t xml:space="preserve"> اختلاف، حذف عمد</w:t>
      </w:r>
      <w:r w:rsidRPr="002F751A">
        <w:rPr>
          <w:rFonts w:hint="cs"/>
          <w:b w:val="0"/>
          <w:color w:val="000000" w:themeColor="text1"/>
          <w:szCs w:val="26"/>
          <w:rtl/>
        </w:rPr>
        <w:t>ی</w:t>
      </w:r>
      <w:r w:rsidRPr="002F751A">
        <w:rPr>
          <w:b w:val="0"/>
          <w:color w:val="000000" w:themeColor="text1"/>
          <w:szCs w:val="26"/>
          <w:rtl/>
        </w:rPr>
        <w:t xml:space="preserve"> سند ناسازگار با روا</w:t>
      </w:r>
      <w:r w:rsidRPr="002F751A">
        <w:rPr>
          <w:rFonts w:hint="cs"/>
          <w:b w:val="0"/>
          <w:color w:val="000000" w:themeColor="text1"/>
          <w:szCs w:val="26"/>
          <w:rtl/>
        </w:rPr>
        <w:t>یت</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و استفاده صر</w:t>
      </w:r>
      <w:r w:rsidRPr="002F751A">
        <w:rPr>
          <w:rFonts w:hint="cs"/>
          <w:b w:val="0"/>
          <w:color w:val="000000" w:themeColor="text1"/>
          <w:szCs w:val="26"/>
          <w:rtl/>
        </w:rPr>
        <w:t>یح</w:t>
      </w:r>
      <w:r w:rsidRPr="002F751A">
        <w:rPr>
          <w:b w:val="0"/>
          <w:color w:val="000000" w:themeColor="text1"/>
          <w:szCs w:val="26"/>
          <w:rtl/>
        </w:rPr>
        <w:t xml:space="preserve"> از شکا</w:t>
      </w:r>
      <w:r w:rsidRPr="002F751A">
        <w:rPr>
          <w:rFonts w:hint="cs"/>
          <w:b w:val="0"/>
          <w:color w:val="000000" w:themeColor="text1"/>
          <w:szCs w:val="26"/>
          <w:rtl/>
        </w:rPr>
        <w:t>یت</w:t>
      </w:r>
      <w:r w:rsidRPr="002F751A">
        <w:rPr>
          <w:b w:val="0"/>
          <w:color w:val="000000" w:themeColor="text1"/>
          <w:szCs w:val="26"/>
          <w:rtl/>
        </w:rPr>
        <w:t xml:space="preserve"> برا</w:t>
      </w:r>
      <w:r w:rsidRPr="002F751A">
        <w:rPr>
          <w:rFonts w:hint="cs"/>
          <w:b w:val="0"/>
          <w:color w:val="000000" w:themeColor="text1"/>
          <w:szCs w:val="26"/>
          <w:rtl/>
        </w:rPr>
        <w:t>ی</w:t>
      </w:r>
      <w:r w:rsidRPr="002F751A">
        <w:rPr>
          <w:b w:val="0"/>
          <w:color w:val="000000" w:themeColor="text1"/>
          <w:szCs w:val="26"/>
          <w:rtl/>
        </w:rPr>
        <w:t xml:space="preserve"> فشار در تسو</w:t>
      </w:r>
      <w:r w:rsidRPr="002F751A">
        <w:rPr>
          <w:rFonts w:hint="cs"/>
          <w:b w:val="0"/>
          <w:color w:val="000000" w:themeColor="text1"/>
          <w:szCs w:val="26"/>
          <w:rtl/>
        </w:rPr>
        <w:t>یه</w:t>
      </w:r>
      <w:r w:rsidRPr="002F751A">
        <w:rPr>
          <w:b w:val="0"/>
          <w:color w:val="000000" w:themeColor="text1"/>
          <w:szCs w:val="26"/>
          <w:rtl/>
        </w:rPr>
        <w:t xml:space="preserve"> </w:t>
      </w:r>
      <w:r w:rsidRPr="002F751A">
        <w:rPr>
          <w:rFonts w:hint="cs"/>
          <w:b w:val="0"/>
          <w:color w:val="000000" w:themeColor="text1"/>
          <w:szCs w:val="26"/>
          <w:rtl/>
        </w:rPr>
        <w:t>ـ</w:t>
      </w:r>
      <w:r w:rsidRPr="002F751A">
        <w:rPr>
          <w:b w:val="0"/>
          <w:color w:val="000000" w:themeColor="text1"/>
          <w:szCs w:val="26"/>
          <w:rtl/>
        </w:rPr>
        <w:t xml:space="preserve"> م</w:t>
      </w:r>
      <w:r w:rsidRPr="002F751A">
        <w:rPr>
          <w:rFonts w:hint="cs"/>
          <w:b w:val="0"/>
          <w:color w:val="000000" w:themeColor="text1"/>
          <w:szCs w:val="26"/>
          <w:rtl/>
        </w:rPr>
        <w:t>ی‌تواند</w:t>
      </w:r>
      <w:r w:rsidRPr="002F751A">
        <w:rPr>
          <w:b w:val="0"/>
          <w:color w:val="000000" w:themeColor="text1"/>
          <w:szCs w:val="26"/>
          <w:rtl/>
        </w:rPr>
        <w:t xml:space="preserve"> فرض سوءاستفاده را تقو</w:t>
      </w:r>
      <w:r w:rsidRPr="002F751A">
        <w:rPr>
          <w:rFonts w:hint="cs"/>
          <w:b w:val="0"/>
          <w:color w:val="000000" w:themeColor="text1"/>
          <w:szCs w:val="26"/>
          <w:rtl/>
        </w:rPr>
        <w:t>یت</w:t>
      </w:r>
      <w:r w:rsidRPr="002F751A">
        <w:rPr>
          <w:b w:val="0"/>
          <w:color w:val="000000" w:themeColor="text1"/>
          <w:szCs w:val="26"/>
          <w:rtl/>
        </w:rPr>
        <w:t xml:space="preserve"> کند. پاسخ مناسب در مرحله نخست، ارز</w:t>
      </w:r>
      <w:r w:rsidRPr="002F751A">
        <w:rPr>
          <w:rFonts w:hint="cs"/>
          <w:b w:val="0"/>
          <w:color w:val="000000" w:themeColor="text1"/>
          <w:szCs w:val="26"/>
          <w:rtl/>
        </w:rPr>
        <w:t>یابی</w:t>
      </w:r>
      <w:r w:rsidRPr="002F751A">
        <w:rPr>
          <w:b w:val="0"/>
          <w:color w:val="000000" w:themeColor="text1"/>
          <w:szCs w:val="26"/>
          <w:rtl/>
        </w:rPr>
        <w:t xml:space="preserve"> سر</w:t>
      </w:r>
      <w:r w:rsidRPr="002F751A">
        <w:rPr>
          <w:rFonts w:hint="cs"/>
          <w:b w:val="0"/>
          <w:color w:val="000000" w:themeColor="text1"/>
          <w:szCs w:val="26"/>
          <w:rtl/>
        </w:rPr>
        <w:t>یع</w:t>
      </w:r>
      <w:r w:rsidRPr="002F751A">
        <w:rPr>
          <w:b w:val="0"/>
          <w:color w:val="000000" w:themeColor="text1"/>
          <w:szCs w:val="26"/>
          <w:rtl/>
        </w:rPr>
        <w:t xml:space="preserve"> عناصر قانون</w:t>
      </w:r>
      <w:r w:rsidRPr="002F751A">
        <w:rPr>
          <w:rFonts w:hint="cs"/>
          <w:b w:val="0"/>
          <w:color w:val="000000" w:themeColor="text1"/>
          <w:szCs w:val="26"/>
          <w:rtl/>
        </w:rPr>
        <w:t>ی</w:t>
      </w:r>
      <w:r w:rsidRPr="002F751A">
        <w:rPr>
          <w:b w:val="0"/>
          <w:color w:val="000000" w:themeColor="text1"/>
          <w:szCs w:val="26"/>
          <w:rtl/>
        </w:rPr>
        <w:t xml:space="preserve"> جرم و جلوگ</w:t>
      </w:r>
      <w:r w:rsidRPr="002F751A">
        <w:rPr>
          <w:rFonts w:hint="cs"/>
          <w:b w:val="0"/>
          <w:color w:val="000000" w:themeColor="text1"/>
          <w:szCs w:val="26"/>
          <w:rtl/>
        </w:rPr>
        <w:t>یری</w:t>
      </w:r>
      <w:r w:rsidRPr="002F751A">
        <w:rPr>
          <w:b w:val="0"/>
          <w:color w:val="000000" w:themeColor="text1"/>
          <w:szCs w:val="26"/>
          <w:rtl/>
        </w:rPr>
        <w:t xml:space="preserve"> از اقدامات محدودکننده غ</w:t>
      </w:r>
      <w:r w:rsidRPr="002F751A">
        <w:rPr>
          <w:rFonts w:hint="cs"/>
          <w:b w:val="0"/>
          <w:color w:val="000000" w:themeColor="text1"/>
          <w:szCs w:val="26"/>
          <w:rtl/>
        </w:rPr>
        <w:t>یرضروری</w:t>
      </w:r>
      <w:r w:rsidRPr="002F751A">
        <w:rPr>
          <w:b w:val="0"/>
          <w:color w:val="000000" w:themeColor="text1"/>
          <w:szCs w:val="26"/>
          <w:rtl/>
        </w:rPr>
        <w:t xml:space="preserve"> عل</w:t>
      </w:r>
      <w:r w:rsidRPr="002F751A">
        <w:rPr>
          <w:rFonts w:hint="cs"/>
          <w:b w:val="0"/>
          <w:color w:val="000000" w:themeColor="text1"/>
          <w:szCs w:val="26"/>
          <w:rtl/>
        </w:rPr>
        <w:t>یه</w:t>
      </w:r>
      <w:r w:rsidRPr="002F751A">
        <w:rPr>
          <w:b w:val="0"/>
          <w:color w:val="000000" w:themeColor="text1"/>
          <w:szCs w:val="26"/>
          <w:rtl/>
        </w:rPr>
        <w:t xml:space="preserve"> متهم است؛ در مرحله بعد، اگر کذب و سوءن</w:t>
      </w:r>
      <w:r w:rsidRPr="002F751A">
        <w:rPr>
          <w:rFonts w:hint="cs"/>
          <w:b w:val="0"/>
          <w:color w:val="000000" w:themeColor="text1"/>
          <w:szCs w:val="26"/>
          <w:rtl/>
        </w:rPr>
        <w:t>یت</w:t>
      </w:r>
      <w:r w:rsidRPr="002F751A">
        <w:rPr>
          <w:b w:val="0"/>
          <w:color w:val="000000" w:themeColor="text1"/>
          <w:szCs w:val="26"/>
          <w:rtl/>
        </w:rPr>
        <w:t xml:space="preserve"> اثبات شد، امکان بررس</w:t>
      </w:r>
      <w:r w:rsidRPr="002F751A">
        <w:rPr>
          <w:rFonts w:hint="cs"/>
          <w:b w:val="0"/>
          <w:color w:val="000000" w:themeColor="text1"/>
          <w:szCs w:val="26"/>
          <w:rtl/>
        </w:rPr>
        <w:t>ی</w:t>
      </w:r>
      <w:r w:rsidRPr="002F751A">
        <w:rPr>
          <w:b w:val="0"/>
          <w:color w:val="000000" w:themeColor="text1"/>
          <w:szCs w:val="26"/>
          <w:rtl/>
        </w:rPr>
        <w:t xml:space="preserve"> افترا </w:t>
      </w:r>
      <w:r w:rsidRPr="002F751A">
        <w:rPr>
          <w:rFonts w:hint="cs"/>
          <w:b w:val="0"/>
          <w:color w:val="000000" w:themeColor="text1"/>
          <w:szCs w:val="26"/>
          <w:rtl/>
        </w:rPr>
        <w:t>یا</w:t>
      </w:r>
      <w:r w:rsidRPr="002F751A">
        <w:rPr>
          <w:b w:val="0"/>
          <w:color w:val="000000" w:themeColor="text1"/>
          <w:szCs w:val="26"/>
          <w:rtl/>
        </w:rPr>
        <w:t xml:space="preserve"> مسئول</w:t>
      </w:r>
      <w:r w:rsidRPr="002F751A">
        <w:rPr>
          <w:rFonts w:hint="cs"/>
          <w:b w:val="0"/>
          <w:color w:val="000000" w:themeColor="text1"/>
          <w:szCs w:val="26"/>
          <w:rtl/>
        </w:rPr>
        <w:t>یت</w:t>
      </w:r>
      <w:r w:rsidRPr="002F751A">
        <w:rPr>
          <w:b w:val="0"/>
          <w:color w:val="000000" w:themeColor="text1"/>
          <w:szCs w:val="26"/>
          <w:rtl/>
        </w:rPr>
        <w:t xml:space="preserve"> مدن</w:t>
      </w:r>
      <w:r w:rsidRPr="002F751A">
        <w:rPr>
          <w:rFonts w:hint="cs"/>
          <w:b w:val="0"/>
          <w:color w:val="000000" w:themeColor="text1"/>
          <w:szCs w:val="26"/>
          <w:rtl/>
        </w:rPr>
        <w:t>ی</w:t>
      </w:r>
      <w:r w:rsidRPr="002F751A">
        <w:rPr>
          <w:b w:val="0"/>
          <w:color w:val="000000" w:themeColor="text1"/>
          <w:szCs w:val="26"/>
          <w:rtl/>
        </w:rPr>
        <w:t xml:space="preserve"> مستقل وجود دارد</w:t>
      </w:r>
      <w:r w:rsidRPr="002F751A">
        <w:rPr>
          <w:b w:val="0"/>
          <w:color w:val="000000" w:themeColor="text1"/>
          <w:szCs w:val="26"/>
        </w:rPr>
        <w:t>.</w:t>
      </w:r>
    </w:p>
    <w:p w14:paraId="6AA6834B" w14:textId="77777777" w:rsidR="00B800F5" w:rsidRPr="002F751A" w:rsidRDefault="00B800F5" w:rsidP="00B800F5">
      <w:pPr>
        <w:pStyle w:val="SubFA"/>
        <w:keepNext/>
        <w:bidi/>
        <w:rPr>
          <w:b w:val="0"/>
          <w:color w:val="000000" w:themeColor="text1"/>
          <w:szCs w:val="26"/>
          <w:rtl/>
        </w:rPr>
      </w:pPr>
    </w:p>
    <w:p w14:paraId="6AD04BE0" w14:textId="06E0B016" w:rsidR="002F751A" w:rsidRPr="00B800F5" w:rsidRDefault="00B800F5" w:rsidP="002F751A">
      <w:pPr>
        <w:pStyle w:val="SubFA"/>
        <w:keepNext/>
        <w:bidi/>
        <w:rPr>
          <w:bCs/>
          <w:color w:val="000000" w:themeColor="text1"/>
          <w:szCs w:val="26"/>
          <w:rtl/>
        </w:rPr>
      </w:pPr>
      <w:r w:rsidRPr="00B800F5">
        <w:rPr>
          <w:rFonts w:hint="cs"/>
          <w:bCs/>
          <w:color w:val="000000" w:themeColor="text1"/>
          <w:szCs w:val="26"/>
          <w:rtl/>
          <w:lang w:bidi="fa-IR"/>
        </w:rPr>
        <w:t>2</w:t>
      </w:r>
      <w:r w:rsidR="002F751A" w:rsidRPr="00B800F5">
        <w:rPr>
          <w:bCs/>
          <w:color w:val="000000" w:themeColor="text1"/>
          <w:szCs w:val="26"/>
          <w:rtl/>
          <w:lang w:bidi="fa-IR"/>
        </w:rPr>
        <w:t>-</w:t>
      </w:r>
      <w:r w:rsidRPr="00B800F5">
        <w:rPr>
          <w:rFonts w:hint="cs"/>
          <w:bCs/>
          <w:color w:val="000000" w:themeColor="text1"/>
          <w:szCs w:val="26"/>
          <w:rtl/>
          <w:lang w:bidi="fa-IR"/>
        </w:rPr>
        <w:t>5</w:t>
      </w:r>
      <w:r w:rsidR="002F751A" w:rsidRPr="00B800F5">
        <w:rPr>
          <w:bCs/>
          <w:color w:val="000000" w:themeColor="text1"/>
          <w:szCs w:val="26"/>
          <w:lang w:bidi="fa-IR"/>
        </w:rPr>
        <w:t xml:space="preserve">- </w:t>
      </w:r>
      <w:r w:rsidR="002F751A" w:rsidRPr="00B800F5">
        <w:rPr>
          <w:bCs/>
          <w:color w:val="000000" w:themeColor="text1"/>
          <w:szCs w:val="26"/>
          <w:rtl/>
          <w:lang w:bidi="fa-IR"/>
        </w:rPr>
        <w:t>نمونه پرونده تحل</w:t>
      </w:r>
      <w:r w:rsidR="002F751A" w:rsidRPr="00B800F5">
        <w:rPr>
          <w:rFonts w:hint="cs"/>
          <w:bCs/>
          <w:color w:val="000000" w:themeColor="text1"/>
          <w:szCs w:val="26"/>
          <w:rtl/>
          <w:lang w:bidi="fa-IR"/>
        </w:rPr>
        <w:t>یلی</w:t>
      </w:r>
      <w:r w:rsidR="002F751A" w:rsidRPr="00B800F5">
        <w:rPr>
          <w:bCs/>
          <w:color w:val="000000" w:themeColor="text1"/>
          <w:szCs w:val="26"/>
          <w:rtl/>
          <w:lang w:bidi="fa-IR"/>
        </w:rPr>
        <w:t xml:space="preserve"> دوم: شکا</w:t>
      </w:r>
      <w:r w:rsidR="002F751A" w:rsidRPr="00B800F5">
        <w:rPr>
          <w:rFonts w:hint="cs"/>
          <w:bCs/>
          <w:color w:val="000000" w:themeColor="text1"/>
          <w:szCs w:val="26"/>
          <w:rtl/>
          <w:lang w:bidi="fa-IR"/>
        </w:rPr>
        <w:t>یت</w:t>
      </w:r>
      <w:r w:rsidR="002F751A" w:rsidRPr="00B800F5">
        <w:rPr>
          <w:bCs/>
          <w:color w:val="000000" w:themeColor="text1"/>
          <w:szCs w:val="26"/>
          <w:rtl/>
          <w:lang w:bidi="fa-IR"/>
        </w:rPr>
        <w:t xml:space="preserve"> متقابل به‌عنوان ابزار خاموش‌ساز</w:t>
      </w:r>
      <w:r w:rsidR="002F751A" w:rsidRPr="00B800F5">
        <w:rPr>
          <w:rFonts w:hint="cs"/>
          <w:bCs/>
          <w:color w:val="000000" w:themeColor="text1"/>
          <w:szCs w:val="26"/>
          <w:rtl/>
          <w:lang w:bidi="fa-IR"/>
        </w:rPr>
        <w:t>ی</w:t>
      </w:r>
    </w:p>
    <w:p w14:paraId="53FBC50A"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در</w:t>
      </w:r>
      <w:r w:rsidRPr="002F751A">
        <w:rPr>
          <w:b w:val="0"/>
          <w:color w:val="000000" w:themeColor="text1"/>
          <w:szCs w:val="26"/>
          <w:rtl/>
        </w:rPr>
        <w:t xml:space="preserve"> پرونده دوم، «ج» عل</w:t>
      </w:r>
      <w:r w:rsidRPr="002F751A">
        <w:rPr>
          <w:rFonts w:hint="cs"/>
          <w:b w:val="0"/>
          <w:color w:val="000000" w:themeColor="text1"/>
          <w:szCs w:val="26"/>
          <w:rtl/>
        </w:rPr>
        <w:t>یه</w:t>
      </w:r>
      <w:r w:rsidRPr="002F751A">
        <w:rPr>
          <w:b w:val="0"/>
          <w:color w:val="000000" w:themeColor="text1"/>
          <w:szCs w:val="26"/>
          <w:rtl/>
        </w:rPr>
        <w:t xml:space="preserve"> «د» بابت تهد</w:t>
      </w:r>
      <w:r w:rsidRPr="002F751A">
        <w:rPr>
          <w:rFonts w:hint="cs"/>
          <w:b w:val="0"/>
          <w:color w:val="000000" w:themeColor="text1"/>
          <w:szCs w:val="26"/>
          <w:rtl/>
        </w:rPr>
        <w:t>ید</w:t>
      </w:r>
      <w:r w:rsidRPr="002F751A">
        <w:rPr>
          <w:b w:val="0"/>
          <w:color w:val="000000" w:themeColor="text1"/>
          <w:szCs w:val="26"/>
          <w:rtl/>
        </w:rPr>
        <w:t xml:space="preserve"> شکا</w:t>
      </w:r>
      <w:r w:rsidRPr="002F751A">
        <w:rPr>
          <w:rFonts w:hint="cs"/>
          <w:b w:val="0"/>
          <w:color w:val="000000" w:themeColor="text1"/>
          <w:szCs w:val="26"/>
          <w:rtl/>
        </w:rPr>
        <w:t>یت</w:t>
      </w:r>
      <w:r w:rsidRPr="002F751A">
        <w:rPr>
          <w:b w:val="0"/>
          <w:color w:val="000000" w:themeColor="text1"/>
          <w:szCs w:val="26"/>
          <w:rtl/>
        </w:rPr>
        <w:t xml:space="preserve"> و فا</w:t>
      </w:r>
      <w:r w:rsidRPr="002F751A">
        <w:rPr>
          <w:rFonts w:hint="cs"/>
          <w:b w:val="0"/>
          <w:color w:val="000000" w:themeColor="text1"/>
          <w:szCs w:val="26"/>
          <w:rtl/>
        </w:rPr>
        <w:t>یل</w:t>
      </w:r>
      <w:r w:rsidRPr="002F751A">
        <w:rPr>
          <w:b w:val="0"/>
          <w:color w:val="000000" w:themeColor="text1"/>
          <w:szCs w:val="26"/>
          <w:rtl/>
        </w:rPr>
        <w:t xml:space="preserve"> صوت</w:t>
      </w:r>
      <w:r w:rsidRPr="002F751A">
        <w:rPr>
          <w:rFonts w:hint="cs"/>
          <w:b w:val="0"/>
          <w:color w:val="000000" w:themeColor="text1"/>
          <w:szCs w:val="26"/>
          <w:rtl/>
        </w:rPr>
        <w:t>ی</w:t>
      </w:r>
      <w:r w:rsidRPr="002F751A">
        <w:rPr>
          <w:b w:val="0"/>
          <w:color w:val="000000" w:themeColor="text1"/>
          <w:szCs w:val="26"/>
          <w:rtl/>
        </w:rPr>
        <w:t xml:space="preserve"> کامل را ارائه م</w:t>
      </w:r>
      <w:r w:rsidRPr="002F751A">
        <w:rPr>
          <w:rFonts w:hint="cs"/>
          <w:b w:val="0"/>
          <w:color w:val="000000" w:themeColor="text1"/>
          <w:szCs w:val="26"/>
          <w:rtl/>
        </w:rPr>
        <w:t>ی‌کند</w:t>
      </w:r>
      <w:r w:rsidRPr="002F751A">
        <w:rPr>
          <w:b w:val="0"/>
          <w:color w:val="000000" w:themeColor="text1"/>
          <w:szCs w:val="26"/>
          <w:rtl/>
        </w:rPr>
        <w:t>. د بلافاصله بدون اشاره به محتوا</w:t>
      </w:r>
      <w:r w:rsidRPr="002F751A">
        <w:rPr>
          <w:rFonts w:hint="cs"/>
          <w:b w:val="0"/>
          <w:color w:val="000000" w:themeColor="text1"/>
          <w:szCs w:val="26"/>
          <w:rtl/>
        </w:rPr>
        <w:t>ی</w:t>
      </w:r>
      <w:r w:rsidRPr="002F751A">
        <w:rPr>
          <w:b w:val="0"/>
          <w:color w:val="000000" w:themeColor="text1"/>
          <w:szCs w:val="26"/>
          <w:rtl/>
        </w:rPr>
        <w:t xml:space="preserve"> اصل</w:t>
      </w:r>
      <w:r w:rsidRPr="002F751A">
        <w:rPr>
          <w:rFonts w:hint="cs"/>
          <w:b w:val="0"/>
          <w:color w:val="000000" w:themeColor="text1"/>
          <w:szCs w:val="26"/>
          <w:rtl/>
        </w:rPr>
        <w:t>ی،</w:t>
      </w:r>
      <w:r w:rsidRPr="002F751A">
        <w:rPr>
          <w:b w:val="0"/>
          <w:color w:val="000000" w:themeColor="text1"/>
          <w:szCs w:val="26"/>
          <w:rtl/>
        </w:rPr>
        <w:t xml:space="preserve"> عل</w:t>
      </w:r>
      <w:r w:rsidRPr="002F751A">
        <w:rPr>
          <w:rFonts w:hint="cs"/>
          <w:b w:val="0"/>
          <w:color w:val="000000" w:themeColor="text1"/>
          <w:szCs w:val="26"/>
          <w:rtl/>
        </w:rPr>
        <w:t>یه</w:t>
      </w:r>
      <w:r w:rsidRPr="002F751A">
        <w:rPr>
          <w:b w:val="0"/>
          <w:color w:val="000000" w:themeColor="text1"/>
          <w:szCs w:val="26"/>
          <w:rtl/>
        </w:rPr>
        <w:t xml:space="preserve"> ج با عنوان افترا، نشر اکاذ</w:t>
      </w:r>
      <w:r w:rsidRPr="002F751A">
        <w:rPr>
          <w:rFonts w:hint="cs"/>
          <w:b w:val="0"/>
          <w:color w:val="000000" w:themeColor="text1"/>
          <w:szCs w:val="26"/>
          <w:rtl/>
        </w:rPr>
        <w:t>یب</w:t>
      </w:r>
      <w:r w:rsidRPr="002F751A">
        <w:rPr>
          <w:b w:val="0"/>
          <w:color w:val="000000" w:themeColor="text1"/>
          <w:szCs w:val="26"/>
          <w:rtl/>
        </w:rPr>
        <w:t xml:space="preserve"> و مزاحمت شکا</w:t>
      </w:r>
      <w:r w:rsidRPr="002F751A">
        <w:rPr>
          <w:rFonts w:hint="cs"/>
          <w:b w:val="0"/>
          <w:color w:val="000000" w:themeColor="text1"/>
          <w:szCs w:val="26"/>
          <w:rtl/>
        </w:rPr>
        <w:t>یت</w:t>
      </w:r>
      <w:r w:rsidRPr="002F751A">
        <w:rPr>
          <w:b w:val="0"/>
          <w:color w:val="000000" w:themeColor="text1"/>
          <w:szCs w:val="26"/>
          <w:rtl/>
        </w:rPr>
        <w:t xml:space="preserve"> م</w:t>
      </w:r>
      <w:r w:rsidRPr="002F751A">
        <w:rPr>
          <w:rFonts w:hint="cs"/>
          <w:b w:val="0"/>
          <w:color w:val="000000" w:themeColor="text1"/>
          <w:szCs w:val="26"/>
          <w:rtl/>
        </w:rPr>
        <w:t>ی‌کند</w:t>
      </w:r>
      <w:r w:rsidRPr="002F751A">
        <w:rPr>
          <w:b w:val="0"/>
          <w:color w:val="000000" w:themeColor="text1"/>
          <w:szCs w:val="26"/>
          <w:rtl/>
        </w:rPr>
        <w:t xml:space="preserve"> و شرط اعلام رضا</w:t>
      </w:r>
      <w:r w:rsidRPr="002F751A">
        <w:rPr>
          <w:rFonts w:hint="cs"/>
          <w:b w:val="0"/>
          <w:color w:val="000000" w:themeColor="text1"/>
          <w:szCs w:val="26"/>
          <w:rtl/>
        </w:rPr>
        <w:t>یت</w:t>
      </w:r>
      <w:r w:rsidRPr="002F751A">
        <w:rPr>
          <w:b w:val="0"/>
          <w:color w:val="000000" w:themeColor="text1"/>
          <w:szCs w:val="26"/>
          <w:rtl/>
        </w:rPr>
        <w:t xml:space="preserve"> خود را استرداد شکا</w:t>
      </w:r>
      <w:r w:rsidRPr="002F751A">
        <w:rPr>
          <w:rFonts w:hint="cs"/>
          <w:b w:val="0"/>
          <w:color w:val="000000" w:themeColor="text1"/>
          <w:szCs w:val="26"/>
          <w:rtl/>
        </w:rPr>
        <w:t>یت</w:t>
      </w:r>
      <w:r w:rsidRPr="002F751A">
        <w:rPr>
          <w:b w:val="0"/>
          <w:color w:val="000000" w:themeColor="text1"/>
          <w:szCs w:val="26"/>
          <w:rtl/>
        </w:rPr>
        <w:t xml:space="preserve"> نخست قرار م</w:t>
      </w:r>
      <w:r w:rsidRPr="002F751A">
        <w:rPr>
          <w:rFonts w:hint="cs"/>
          <w:b w:val="0"/>
          <w:color w:val="000000" w:themeColor="text1"/>
          <w:szCs w:val="26"/>
          <w:rtl/>
        </w:rPr>
        <w:t>ی‌دهد</w:t>
      </w:r>
      <w:r w:rsidRPr="002F751A">
        <w:rPr>
          <w:b w:val="0"/>
          <w:color w:val="000000" w:themeColor="text1"/>
          <w:szCs w:val="26"/>
          <w:rtl/>
        </w:rPr>
        <w:t>. اگر شکا</w:t>
      </w:r>
      <w:r w:rsidRPr="002F751A">
        <w:rPr>
          <w:rFonts w:hint="cs"/>
          <w:b w:val="0"/>
          <w:color w:val="000000" w:themeColor="text1"/>
          <w:szCs w:val="26"/>
          <w:rtl/>
        </w:rPr>
        <w:t>یت</w:t>
      </w:r>
      <w:r w:rsidRPr="002F751A">
        <w:rPr>
          <w:b w:val="0"/>
          <w:color w:val="000000" w:themeColor="text1"/>
          <w:szCs w:val="26"/>
          <w:rtl/>
        </w:rPr>
        <w:t xml:space="preserve"> متقابل صرفاً به </w:t>
      </w:r>
      <w:r w:rsidRPr="002F751A">
        <w:rPr>
          <w:rFonts w:hint="cs"/>
          <w:b w:val="0"/>
          <w:color w:val="000000" w:themeColor="text1"/>
          <w:szCs w:val="26"/>
          <w:rtl/>
        </w:rPr>
        <w:t>دلیل</w:t>
      </w:r>
      <w:r w:rsidRPr="002F751A">
        <w:rPr>
          <w:b w:val="0"/>
          <w:color w:val="000000" w:themeColor="text1"/>
          <w:szCs w:val="26"/>
          <w:rtl/>
        </w:rPr>
        <w:t xml:space="preserve"> دفاع از ح</w:t>
      </w:r>
      <w:r w:rsidRPr="002F751A">
        <w:rPr>
          <w:rFonts w:hint="cs"/>
          <w:b w:val="0"/>
          <w:color w:val="000000" w:themeColor="text1"/>
          <w:szCs w:val="26"/>
          <w:rtl/>
        </w:rPr>
        <w:t>یثیت</w:t>
      </w:r>
      <w:r w:rsidRPr="002F751A">
        <w:rPr>
          <w:b w:val="0"/>
          <w:color w:val="000000" w:themeColor="text1"/>
          <w:szCs w:val="26"/>
          <w:rtl/>
        </w:rPr>
        <w:t xml:space="preserve"> و با باور واقع</w:t>
      </w:r>
      <w:r w:rsidRPr="002F751A">
        <w:rPr>
          <w:rFonts w:hint="cs"/>
          <w:b w:val="0"/>
          <w:color w:val="000000" w:themeColor="text1"/>
          <w:szCs w:val="26"/>
          <w:rtl/>
        </w:rPr>
        <w:t>ی</w:t>
      </w:r>
      <w:r w:rsidRPr="002F751A">
        <w:rPr>
          <w:b w:val="0"/>
          <w:color w:val="000000" w:themeColor="text1"/>
          <w:szCs w:val="26"/>
          <w:rtl/>
        </w:rPr>
        <w:t xml:space="preserve"> به کذب ادعا طرح شده باشد، حق د با</w:t>
      </w:r>
      <w:r w:rsidRPr="002F751A">
        <w:rPr>
          <w:rFonts w:hint="cs"/>
          <w:b w:val="0"/>
          <w:color w:val="000000" w:themeColor="text1"/>
          <w:szCs w:val="26"/>
          <w:rtl/>
        </w:rPr>
        <w:t>ید</w:t>
      </w:r>
      <w:r w:rsidRPr="002F751A">
        <w:rPr>
          <w:b w:val="0"/>
          <w:color w:val="000000" w:themeColor="text1"/>
          <w:szCs w:val="26"/>
          <w:rtl/>
        </w:rPr>
        <w:t xml:space="preserve"> محترم باشد؛ اما اگر ادله نشان دهد او </w:t>
      </w:r>
      <w:r w:rsidRPr="002F751A">
        <w:rPr>
          <w:b w:val="0"/>
          <w:color w:val="000000" w:themeColor="text1"/>
          <w:szCs w:val="26"/>
          <w:rtl/>
        </w:rPr>
        <w:lastRenderedPageBreak/>
        <w:t>اصل تهد</w:t>
      </w:r>
      <w:r w:rsidRPr="002F751A">
        <w:rPr>
          <w:rFonts w:hint="cs"/>
          <w:b w:val="0"/>
          <w:color w:val="000000" w:themeColor="text1"/>
          <w:szCs w:val="26"/>
          <w:rtl/>
        </w:rPr>
        <w:t>ید</w:t>
      </w:r>
      <w:r w:rsidRPr="002F751A">
        <w:rPr>
          <w:b w:val="0"/>
          <w:color w:val="000000" w:themeColor="text1"/>
          <w:szCs w:val="26"/>
          <w:rtl/>
        </w:rPr>
        <w:t xml:space="preserve"> را پذ</w:t>
      </w:r>
      <w:r w:rsidRPr="002F751A">
        <w:rPr>
          <w:rFonts w:hint="cs"/>
          <w:b w:val="0"/>
          <w:color w:val="000000" w:themeColor="text1"/>
          <w:szCs w:val="26"/>
          <w:rtl/>
        </w:rPr>
        <w:t>یرفته</w:t>
      </w:r>
      <w:r w:rsidRPr="002F751A">
        <w:rPr>
          <w:b w:val="0"/>
          <w:color w:val="000000" w:themeColor="text1"/>
          <w:szCs w:val="26"/>
          <w:rtl/>
        </w:rPr>
        <w:t xml:space="preserve"> و شکا</w:t>
      </w:r>
      <w:r w:rsidRPr="002F751A">
        <w:rPr>
          <w:rFonts w:hint="cs"/>
          <w:b w:val="0"/>
          <w:color w:val="000000" w:themeColor="text1"/>
          <w:szCs w:val="26"/>
          <w:rtl/>
        </w:rPr>
        <w:t>یت‌های</w:t>
      </w:r>
      <w:r w:rsidRPr="002F751A">
        <w:rPr>
          <w:b w:val="0"/>
          <w:color w:val="000000" w:themeColor="text1"/>
          <w:szCs w:val="26"/>
          <w:rtl/>
        </w:rPr>
        <w:t xml:space="preserve"> بعد</w:t>
      </w:r>
      <w:r w:rsidRPr="002F751A">
        <w:rPr>
          <w:rFonts w:hint="cs"/>
          <w:b w:val="0"/>
          <w:color w:val="000000" w:themeColor="text1"/>
          <w:szCs w:val="26"/>
          <w:rtl/>
        </w:rPr>
        <w:t>ی</w:t>
      </w:r>
      <w:r w:rsidRPr="002F751A">
        <w:rPr>
          <w:b w:val="0"/>
          <w:color w:val="000000" w:themeColor="text1"/>
          <w:szCs w:val="26"/>
          <w:rtl/>
        </w:rPr>
        <w:t xml:space="preserve"> فقط برا</w:t>
      </w:r>
      <w:r w:rsidRPr="002F751A">
        <w:rPr>
          <w:rFonts w:hint="cs"/>
          <w:b w:val="0"/>
          <w:color w:val="000000" w:themeColor="text1"/>
          <w:szCs w:val="26"/>
          <w:rtl/>
        </w:rPr>
        <w:t>ی</w:t>
      </w:r>
      <w:r w:rsidRPr="002F751A">
        <w:rPr>
          <w:b w:val="0"/>
          <w:color w:val="000000" w:themeColor="text1"/>
          <w:szCs w:val="26"/>
          <w:rtl/>
        </w:rPr>
        <w:t xml:space="preserve"> ا</w:t>
      </w:r>
      <w:r w:rsidRPr="002F751A">
        <w:rPr>
          <w:rFonts w:hint="cs"/>
          <w:b w:val="0"/>
          <w:color w:val="000000" w:themeColor="text1"/>
          <w:szCs w:val="26"/>
          <w:rtl/>
        </w:rPr>
        <w:t>یجاد</w:t>
      </w:r>
      <w:r w:rsidRPr="002F751A">
        <w:rPr>
          <w:b w:val="0"/>
          <w:color w:val="000000" w:themeColor="text1"/>
          <w:szCs w:val="26"/>
          <w:rtl/>
        </w:rPr>
        <w:t xml:space="preserve"> هز</w:t>
      </w:r>
      <w:r w:rsidRPr="002F751A">
        <w:rPr>
          <w:rFonts w:hint="cs"/>
          <w:b w:val="0"/>
          <w:color w:val="000000" w:themeColor="text1"/>
          <w:szCs w:val="26"/>
          <w:rtl/>
        </w:rPr>
        <w:t>ینه</w:t>
      </w:r>
      <w:r w:rsidRPr="002F751A">
        <w:rPr>
          <w:b w:val="0"/>
          <w:color w:val="000000" w:themeColor="text1"/>
          <w:szCs w:val="26"/>
          <w:rtl/>
        </w:rPr>
        <w:t xml:space="preserve"> و وادار کردن ج به گذشت طراح</w:t>
      </w:r>
      <w:r w:rsidRPr="002F751A">
        <w:rPr>
          <w:rFonts w:hint="cs"/>
          <w:b w:val="0"/>
          <w:color w:val="000000" w:themeColor="text1"/>
          <w:szCs w:val="26"/>
          <w:rtl/>
        </w:rPr>
        <w:t>ی</w:t>
      </w:r>
      <w:r w:rsidRPr="002F751A">
        <w:rPr>
          <w:b w:val="0"/>
          <w:color w:val="000000" w:themeColor="text1"/>
          <w:szCs w:val="26"/>
          <w:rtl/>
        </w:rPr>
        <w:t xml:space="preserve"> شده، با الگو</w:t>
      </w:r>
      <w:r w:rsidRPr="002F751A">
        <w:rPr>
          <w:rFonts w:hint="cs"/>
          <w:b w:val="0"/>
          <w:color w:val="000000" w:themeColor="text1"/>
          <w:szCs w:val="26"/>
          <w:rtl/>
        </w:rPr>
        <w:t>ی</w:t>
      </w:r>
      <w:r w:rsidRPr="002F751A">
        <w:rPr>
          <w:b w:val="0"/>
          <w:color w:val="000000" w:themeColor="text1"/>
          <w:szCs w:val="26"/>
          <w:rtl/>
        </w:rPr>
        <w:t xml:space="preserve"> استفاده ابزار</w:t>
      </w:r>
      <w:r w:rsidRPr="002F751A">
        <w:rPr>
          <w:rFonts w:hint="cs"/>
          <w:b w:val="0"/>
          <w:color w:val="000000" w:themeColor="text1"/>
          <w:szCs w:val="26"/>
          <w:rtl/>
        </w:rPr>
        <w:t>ی</w:t>
      </w:r>
      <w:r w:rsidRPr="002F751A">
        <w:rPr>
          <w:b w:val="0"/>
          <w:color w:val="000000" w:themeColor="text1"/>
          <w:szCs w:val="26"/>
          <w:rtl/>
        </w:rPr>
        <w:t xml:space="preserve"> روبه‌رو هست</w:t>
      </w:r>
      <w:r w:rsidRPr="002F751A">
        <w:rPr>
          <w:rFonts w:hint="cs"/>
          <w:b w:val="0"/>
          <w:color w:val="000000" w:themeColor="text1"/>
          <w:szCs w:val="26"/>
          <w:rtl/>
        </w:rPr>
        <w:t>یم</w:t>
      </w:r>
      <w:r w:rsidRPr="002F751A">
        <w:rPr>
          <w:b w:val="0"/>
          <w:color w:val="000000" w:themeColor="text1"/>
          <w:szCs w:val="26"/>
        </w:rPr>
        <w:t>.</w:t>
      </w:r>
    </w:p>
    <w:p w14:paraId="7CC2E36D" w14:textId="6A54821E" w:rsidR="002F751A" w:rsidRDefault="002F751A" w:rsidP="002F751A">
      <w:pPr>
        <w:pStyle w:val="SubFA"/>
        <w:keepNext/>
        <w:bidi/>
        <w:rPr>
          <w:b w:val="0"/>
          <w:color w:val="000000" w:themeColor="text1"/>
          <w:szCs w:val="26"/>
          <w:rtl/>
        </w:rPr>
      </w:pPr>
      <w:r w:rsidRPr="002F751A">
        <w:rPr>
          <w:rFonts w:hint="cs"/>
          <w:b w:val="0"/>
          <w:color w:val="000000" w:themeColor="text1"/>
          <w:szCs w:val="26"/>
          <w:rtl/>
        </w:rPr>
        <w:t>این</w:t>
      </w:r>
      <w:r w:rsidRPr="002F751A">
        <w:rPr>
          <w:b w:val="0"/>
          <w:color w:val="000000" w:themeColor="text1"/>
          <w:szCs w:val="26"/>
          <w:rtl/>
        </w:rPr>
        <w:t xml:space="preserve"> مثال نشان م</w:t>
      </w:r>
      <w:r w:rsidRPr="002F751A">
        <w:rPr>
          <w:rFonts w:hint="cs"/>
          <w:b w:val="0"/>
          <w:color w:val="000000" w:themeColor="text1"/>
          <w:szCs w:val="26"/>
          <w:rtl/>
        </w:rPr>
        <w:t>ی‌دهد</w:t>
      </w:r>
      <w:r w:rsidRPr="002F751A">
        <w:rPr>
          <w:b w:val="0"/>
          <w:color w:val="000000" w:themeColor="text1"/>
          <w:szCs w:val="26"/>
          <w:rtl/>
        </w:rPr>
        <w:t xml:space="preserve"> «شکا</w:t>
      </w:r>
      <w:r w:rsidRPr="002F751A">
        <w:rPr>
          <w:rFonts w:hint="cs"/>
          <w:b w:val="0"/>
          <w:color w:val="000000" w:themeColor="text1"/>
          <w:szCs w:val="26"/>
          <w:rtl/>
        </w:rPr>
        <w:t>یت</w:t>
      </w:r>
      <w:r w:rsidRPr="002F751A">
        <w:rPr>
          <w:b w:val="0"/>
          <w:color w:val="000000" w:themeColor="text1"/>
          <w:szCs w:val="26"/>
          <w:rtl/>
        </w:rPr>
        <w:t xml:space="preserve"> متقابل» نه ذاتاً مذموم و نه ذاتاً مشروع است. موضوع، هدف و مبنا</w:t>
      </w:r>
      <w:r w:rsidRPr="002F751A">
        <w:rPr>
          <w:rFonts w:hint="cs"/>
          <w:b w:val="0"/>
          <w:color w:val="000000" w:themeColor="text1"/>
          <w:szCs w:val="26"/>
          <w:rtl/>
        </w:rPr>
        <w:t>ی</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factual</w:t>
      </w:r>
      <w:r w:rsidRPr="002F751A">
        <w:rPr>
          <w:b w:val="0"/>
          <w:color w:val="000000" w:themeColor="text1"/>
          <w:szCs w:val="26"/>
        </w:rPr>
        <w:t xml:space="preserve"> </w:t>
      </w:r>
      <w:r w:rsidRPr="002F751A">
        <w:rPr>
          <w:b w:val="0"/>
          <w:color w:val="000000" w:themeColor="text1"/>
          <w:szCs w:val="26"/>
          <w:rtl/>
        </w:rPr>
        <w:t>آن است. س</w:t>
      </w:r>
      <w:r w:rsidRPr="002F751A">
        <w:rPr>
          <w:rFonts w:hint="cs"/>
          <w:b w:val="0"/>
          <w:color w:val="000000" w:themeColor="text1"/>
          <w:szCs w:val="26"/>
          <w:rtl/>
        </w:rPr>
        <w:t>یاست</w:t>
      </w:r>
      <w:r w:rsidRPr="002F751A">
        <w:rPr>
          <w:b w:val="0"/>
          <w:color w:val="000000" w:themeColor="text1"/>
          <w:szCs w:val="26"/>
          <w:rtl/>
        </w:rPr>
        <w:t xml:space="preserve"> قضا</w:t>
      </w:r>
      <w:r w:rsidRPr="002F751A">
        <w:rPr>
          <w:rFonts w:hint="cs"/>
          <w:b w:val="0"/>
          <w:color w:val="000000" w:themeColor="text1"/>
          <w:szCs w:val="26"/>
          <w:rtl/>
        </w:rPr>
        <w:t>یی</w:t>
      </w:r>
      <w:r w:rsidRPr="002F751A">
        <w:rPr>
          <w:b w:val="0"/>
          <w:color w:val="000000" w:themeColor="text1"/>
          <w:szCs w:val="26"/>
          <w:rtl/>
        </w:rPr>
        <w:t xml:space="preserve"> با</w:t>
      </w:r>
      <w:r w:rsidRPr="002F751A">
        <w:rPr>
          <w:rFonts w:hint="cs"/>
          <w:b w:val="0"/>
          <w:color w:val="000000" w:themeColor="text1"/>
          <w:szCs w:val="26"/>
          <w:rtl/>
        </w:rPr>
        <w:t>ید</w:t>
      </w:r>
      <w:r w:rsidRPr="002F751A">
        <w:rPr>
          <w:b w:val="0"/>
          <w:color w:val="000000" w:themeColor="text1"/>
          <w:szCs w:val="26"/>
          <w:rtl/>
        </w:rPr>
        <w:t xml:space="preserve"> از </w:t>
      </w:r>
      <w:r w:rsidRPr="002F751A">
        <w:rPr>
          <w:rFonts w:hint="cs"/>
          <w:b w:val="0"/>
          <w:color w:val="000000" w:themeColor="text1"/>
          <w:szCs w:val="26"/>
          <w:rtl/>
        </w:rPr>
        <w:t>یک</w:t>
      </w:r>
      <w:r w:rsidRPr="002F751A">
        <w:rPr>
          <w:b w:val="0"/>
          <w:color w:val="000000" w:themeColor="text1"/>
          <w:szCs w:val="26"/>
          <w:rtl/>
        </w:rPr>
        <w:t xml:space="preserve"> سو مانع ا</w:t>
      </w:r>
      <w:r w:rsidRPr="002F751A">
        <w:rPr>
          <w:rFonts w:hint="cs"/>
          <w:b w:val="0"/>
          <w:color w:val="000000" w:themeColor="text1"/>
          <w:szCs w:val="26"/>
          <w:rtl/>
        </w:rPr>
        <w:t>ین</w:t>
      </w:r>
      <w:r w:rsidRPr="002F751A">
        <w:rPr>
          <w:b w:val="0"/>
          <w:color w:val="000000" w:themeColor="text1"/>
          <w:szCs w:val="26"/>
          <w:rtl/>
        </w:rPr>
        <w:t xml:space="preserve"> شود که هر متهم</w:t>
      </w:r>
      <w:r w:rsidRPr="002F751A">
        <w:rPr>
          <w:rFonts w:hint="cs"/>
          <w:b w:val="0"/>
          <w:color w:val="000000" w:themeColor="text1"/>
          <w:szCs w:val="26"/>
          <w:rtl/>
        </w:rPr>
        <w:t>ی</w:t>
      </w:r>
      <w:r w:rsidRPr="002F751A">
        <w:rPr>
          <w:b w:val="0"/>
          <w:color w:val="000000" w:themeColor="text1"/>
          <w:szCs w:val="26"/>
          <w:rtl/>
        </w:rPr>
        <w:t xml:space="preserve"> صرفاً با شکا</w:t>
      </w:r>
      <w:r w:rsidRPr="002F751A">
        <w:rPr>
          <w:rFonts w:hint="cs"/>
          <w:b w:val="0"/>
          <w:color w:val="000000" w:themeColor="text1"/>
          <w:szCs w:val="26"/>
          <w:rtl/>
        </w:rPr>
        <w:t>یت</w:t>
      </w:r>
      <w:r w:rsidRPr="002F751A">
        <w:rPr>
          <w:b w:val="0"/>
          <w:color w:val="000000" w:themeColor="text1"/>
          <w:szCs w:val="26"/>
          <w:rtl/>
        </w:rPr>
        <w:t xml:space="preserve"> متقابل، بزه‌د</w:t>
      </w:r>
      <w:r w:rsidRPr="002F751A">
        <w:rPr>
          <w:rFonts w:hint="cs"/>
          <w:b w:val="0"/>
          <w:color w:val="000000" w:themeColor="text1"/>
          <w:szCs w:val="26"/>
          <w:rtl/>
        </w:rPr>
        <w:t>یده</w:t>
      </w:r>
      <w:r w:rsidRPr="002F751A">
        <w:rPr>
          <w:b w:val="0"/>
          <w:color w:val="000000" w:themeColor="text1"/>
          <w:szCs w:val="26"/>
          <w:rtl/>
        </w:rPr>
        <w:t xml:space="preserve"> را وارد چند پرونده جانب</w:t>
      </w:r>
      <w:r w:rsidRPr="002F751A">
        <w:rPr>
          <w:rFonts w:hint="cs"/>
          <w:b w:val="0"/>
          <w:color w:val="000000" w:themeColor="text1"/>
          <w:szCs w:val="26"/>
          <w:rtl/>
        </w:rPr>
        <w:t>ی</w:t>
      </w:r>
      <w:r w:rsidRPr="002F751A">
        <w:rPr>
          <w:b w:val="0"/>
          <w:color w:val="000000" w:themeColor="text1"/>
          <w:szCs w:val="26"/>
          <w:rtl/>
        </w:rPr>
        <w:t xml:space="preserve"> کند و از سو</w:t>
      </w:r>
      <w:r w:rsidRPr="002F751A">
        <w:rPr>
          <w:rFonts w:hint="cs"/>
          <w:b w:val="0"/>
          <w:color w:val="000000" w:themeColor="text1"/>
          <w:szCs w:val="26"/>
          <w:rtl/>
        </w:rPr>
        <w:t>ی</w:t>
      </w:r>
      <w:r w:rsidRPr="002F751A">
        <w:rPr>
          <w:b w:val="0"/>
          <w:color w:val="000000" w:themeColor="text1"/>
          <w:szCs w:val="26"/>
          <w:rtl/>
        </w:rPr>
        <w:t xml:space="preserve"> د</w:t>
      </w:r>
      <w:r w:rsidRPr="002F751A">
        <w:rPr>
          <w:rFonts w:hint="cs"/>
          <w:b w:val="0"/>
          <w:color w:val="000000" w:themeColor="text1"/>
          <w:szCs w:val="26"/>
          <w:rtl/>
        </w:rPr>
        <w:t>یگر</w:t>
      </w:r>
      <w:r w:rsidRPr="002F751A">
        <w:rPr>
          <w:b w:val="0"/>
          <w:color w:val="000000" w:themeColor="text1"/>
          <w:szCs w:val="26"/>
          <w:rtl/>
        </w:rPr>
        <w:t xml:space="preserve"> راه شکا</w:t>
      </w:r>
      <w:r w:rsidRPr="002F751A">
        <w:rPr>
          <w:rFonts w:hint="cs"/>
          <w:b w:val="0"/>
          <w:color w:val="000000" w:themeColor="text1"/>
          <w:szCs w:val="26"/>
          <w:rtl/>
        </w:rPr>
        <w:t>یت</w:t>
      </w:r>
      <w:r w:rsidRPr="002F751A">
        <w:rPr>
          <w:b w:val="0"/>
          <w:color w:val="000000" w:themeColor="text1"/>
          <w:szCs w:val="26"/>
          <w:rtl/>
        </w:rPr>
        <w:t xml:space="preserve"> واقع</w:t>
      </w:r>
      <w:r w:rsidRPr="002F751A">
        <w:rPr>
          <w:rFonts w:hint="cs"/>
          <w:b w:val="0"/>
          <w:color w:val="000000" w:themeColor="text1"/>
          <w:szCs w:val="26"/>
          <w:rtl/>
        </w:rPr>
        <w:t>ی</w:t>
      </w:r>
      <w:r w:rsidRPr="002F751A">
        <w:rPr>
          <w:b w:val="0"/>
          <w:color w:val="000000" w:themeColor="text1"/>
          <w:szCs w:val="26"/>
          <w:rtl/>
        </w:rPr>
        <w:t xml:space="preserve"> متهم ا</w:t>
      </w:r>
      <w:r w:rsidRPr="002F751A">
        <w:rPr>
          <w:rFonts w:hint="cs"/>
          <w:b w:val="0"/>
          <w:color w:val="000000" w:themeColor="text1"/>
          <w:szCs w:val="26"/>
          <w:rtl/>
        </w:rPr>
        <w:t>ز</w:t>
      </w:r>
      <w:r w:rsidRPr="002F751A">
        <w:rPr>
          <w:b w:val="0"/>
          <w:color w:val="000000" w:themeColor="text1"/>
          <w:szCs w:val="26"/>
          <w:rtl/>
        </w:rPr>
        <w:t xml:space="preserve"> رفتار مجرمانه شاک</w:t>
      </w:r>
      <w:r w:rsidRPr="002F751A">
        <w:rPr>
          <w:rFonts w:hint="cs"/>
          <w:b w:val="0"/>
          <w:color w:val="000000" w:themeColor="text1"/>
          <w:szCs w:val="26"/>
          <w:rtl/>
        </w:rPr>
        <w:t>ی</w:t>
      </w:r>
      <w:r w:rsidRPr="002F751A">
        <w:rPr>
          <w:b w:val="0"/>
          <w:color w:val="000000" w:themeColor="text1"/>
          <w:szCs w:val="26"/>
          <w:rtl/>
        </w:rPr>
        <w:t xml:space="preserve"> را نبندد</w:t>
      </w:r>
      <w:r w:rsidRPr="002F751A">
        <w:rPr>
          <w:b w:val="0"/>
          <w:color w:val="000000" w:themeColor="text1"/>
          <w:szCs w:val="26"/>
        </w:rPr>
        <w:t>.</w:t>
      </w:r>
    </w:p>
    <w:p w14:paraId="47109DFA" w14:textId="77777777" w:rsidR="00B800F5" w:rsidRPr="002F751A" w:rsidRDefault="00B800F5" w:rsidP="00B800F5">
      <w:pPr>
        <w:pStyle w:val="SubFA"/>
        <w:keepNext/>
        <w:bidi/>
        <w:rPr>
          <w:b w:val="0"/>
          <w:color w:val="000000" w:themeColor="text1"/>
          <w:szCs w:val="26"/>
          <w:rtl/>
        </w:rPr>
      </w:pPr>
    </w:p>
    <w:p w14:paraId="5B9BC1C9" w14:textId="277257DF" w:rsidR="002F751A" w:rsidRPr="00B800F5" w:rsidRDefault="00B800F5" w:rsidP="002F751A">
      <w:pPr>
        <w:pStyle w:val="SubFA"/>
        <w:keepNext/>
        <w:bidi/>
        <w:rPr>
          <w:bCs/>
          <w:color w:val="000000" w:themeColor="text1"/>
          <w:szCs w:val="26"/>
          <w:rtl/>
        </w:rPr>
      </w:pPr>
      <w:r w:rsidRPr="00B800F5">
        <w:rPr>
          <w:rFonts w:hint="cs"/>
          <w:bCs/>
          <w:color w:val="000000" w:themeColor="text1"/>
          <w:szCs w:val="26"/>
          <w:rtl/>
          <w:lang w:bidi="fa-IR"/>
        </w:rPr>
        <w:t>6</w:t>
      </w:r>
      <w:r w:rsidR="002F751A" w:rsidRPr="00B800F5">
        <w:rPr>
          <w:bCs/>
          <w:color w:val="000000" w:themeColor="text1"/>
          <w:szCs w:val="26"/>
          <w:lang w:bidi="fa-IR"/>
        </w:rPr>
        <w:t xml:space="preserve">- </w:t>
      </w:r>
      <w:r w:rsidR="002F751A" w:rsidRPr="00B800F5">
        <w:rPr>
          <w:bCs/>
          <w:color w:val="000000" w:themeColor="text1"/>
          <w:szCs w:val="26"/>
          <w:rtl/>
          <w:lang w:bidi="fa-IR"/>
        </w:rPr>
        <w:t>آثار سازمان</w:t>
      </w:r>
      <w:r w:rsidR="002F751A" w:rsidRPr="00B800F5">
        <w:rPr>
          <w:rFonts w:hint="cs"/>
          <w:bCs/>
          <w:color w:val="000000" w:themeColor="text1"/>
          <w:szCs w:val="26"/>
          <w:rtl/>
          <w:lang w:bidi="fa-IR"/>
        </w:rPr>
        <w:t>ی</w:t>
      </w:r>
      <w:r w:rsidR="002F751A" w:rsidRPr="00B800F5">
        <w:rPr>
          <w:bCs/>
          <w:color w:val="000000" w:themeColor="text1"/>
          <w:szCs w:val="26"/>
          <w:rtl/>
          <w:lang w:bidi="fa-IR"/>
        </w:rPr>
        <w:t>: از اطاله دادرس</w:t>
      </w:r>
      <w:r w:rsidR="002F751A" w:rsidRPr="00B800F5">
        <w:rPr>
          <w:rFonts w:hint="cs"/>
          <w:bCs/>
          <w:color w:val="000000" w:themeColor="text1"/>
          <w:szCs w:val="26"/>
          <w:rtl/>
          <w:lang w:bidi="fa-IR"/>
        </w:rPr>
        <w:t>ی</w:t>
      </w:r>
      <w:r w:rsidR="002F751A" w:rsidRPr="00B800F5">
        <w:rPr>
          <w:bCs/>
          <w:color w:val="000000" w:themeColor="text1"/>
          <w:szCs w:val="26"/>
          <w:rtl/>
          <w:lang w:bidi="fa-IR"/>
        </w:rPr>
        <w:t xml:space="preserve"> تا خطا</w:t>
      </w:r>
      <w:r w:rsidR="002F751A" w:rsidRPr="00B800F5">
        <w:rPr>
          <w:rFonts w:hint="cs"/>
          <w:bCs/>
          <w:color w:val="000000" w:themeColor="text1"/>
          <w:szCs w:val="26"/>
          <w:rtl/>
          <w:lang w:bidi="fa-IR"/>
        </w:rPr>
        <w:t>ی</w:t>
      </w:r>
      <w:r w:rsidR="002F751A" w:rsidRPr="00B800F5">
        <w:rPr>
          <w:bCs/>
          <w:color w:val="000000" w:themeColor="text1"/>
          <w:szCs w:val="26"/>
          <w:rtl/>
          <w:lang w:bidi="fa-IR"/>
        </w:rPr>
        <w:t xml:space="preserve"> تصم</w:t>
      </w:r>
      <w:r w:rsidR="002F751A" w:rsidRPr="00B800F5">
        <w:rPr>
          <w:rFonts w:hint="cs"/>
          <w:bCs/>
          <w:color w:val="000000" w:themeColor="text1"/>
          <w:szCs w:val="26"/>
          <w:rtl/>
          <w:lang w:bidi="fa-IR"/>
        </w:rPr>
        <w:t>یم</w:t>
      </w:r>
    </w:p>
    <w:p w14:paraId="01661929"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سوءاستفاده</w:t>
      </w:r>
      <w:r w:rsidRPr="002F751A">
        <w:rPr>
          <w:b w:val="0"/>
          <w:color w:val="000000" w:themeColor="text1"/>
          <w:szCs w:val="26"/>
          <w:rtl/>
        </w:rPr>
        <w:t xml:space="preserve"> از حق شکا</w:t>
      </w:r>
      <w:r w:rsidRPr="002F751A">
        <w:rPr>
          <w:rFonts w:hint="cs"/>
          <w:b w:val="0"/>
          <w:color w:val="000000" w:themeColor="text1"/>
          <w:szCs w:val="26"/>
          <w:rtl/>
        </w:rPr>
        <w:t>یت</w:t>
      </w:r>
      <w:r w:rsidRPr="002F751A">
        <w:rPr>
          <w:b w:val="0"/>
          <w:color w:val="000000" w:themeColor="text1"/>
          <w:szCs w:val="26"/>
          <w:rtl/>
        </w:rPr>
        <w:t xml:space="preserve"> </w:t>
      </w:r>
      <w:r w:rsidRPr="002F751A">
        <w:rPr>
          <w:rFonts w:hint="cs"/>
          <w:b w:val="0"/>
          <w:color w:val="000000" w:themeColor="text1"/>
          <w:szCs w:val="26"/>
          <w:rtl/>
        </w:rPr>
        <w:t>یک</w:t>
      </w:r>
      <w:r w:rsidRPr="002F751A">
        <w:rPr>
          <w:b w:val="0"/>
          <w:color w:val="000000" w:themeColor="text1"/>
          <w:szCs w:val="26"/>
          <w:rtl/>
        </w:rPr>
        <w:t xml:space="preserve"> ز</w:t>
      </w:r>
      <w:r w:rsidRPr="002F751A">
        <w:rPr>
          <w:rFonts w:hint="cs"/>
          <w:b w:val="0"/>
          <w:color w:val="000000" w:themeColor="text1"/>
          <w:szCs w:val="26"/>
          <w:rtl/>
        </w:rPr>
        <w:t>یان</w:t>
      </w:r>
      <w:r w:rsidRPr="002F751A">
        <w:rPr>
          <w:b w:val="0"/>
          <w:color w:val="000000" w:themeColor="text1"/>
          <w:szCs w:val="26"/>
          <w:rtl/>
        </w:rPr>
        <w:t xml:space="preserve"> خصوص</w:t>
      </w:r>
      <w:r w:rsidRPr="002F751A">
        <w:rPr>
          <w:rFonts w:hint="cs"/>
          <w:b w:val="0"/>
          <w:color w:val="000000" w:themeColor="text1"/>
          <w:szCs w:val="26"/>
          <w:rtl/>
        </w:rPr>
        <w:t>ی</w:t>
      </w:r>
      <w:r w:rsidRPr="002F751A">
        <w:rPr>
          <w:b w:val="0"/>
          <w:color w:val="000000" w:themeColor="text1"/>
          <w:szCs w:val="26"/>
          <w:rtl/>
        </w:rPr>
        <w:t xml:space="preserve"> صرف ن</w:t>
      </w:r>
      <w:r w:rsidRPr="002F751A">
        <w:rPr>
          <w:rFonts w:hint="cs"/>
          <w:b w:val="0"/>
          <w:color w:val="000000" w:themeColor="text1"/>
          <w:szCs w:val="26"/>
          <w:rtl/>
        </w:rPr>
        <w:t>یست؛</w:t>
      </w:r>
      <w:r w:rsidRPr="002F751A">
        <w:rPr>
          <w:b w:val="0"/>
          <w:color w:val="000000" w:themeColor="text1"/>
          <w:szCs w:val="26"/>
          <w:rtl/>
        </w:rPr>
        <w:t xml:space="preserve"> هز</w:t>
      </w:r>
      <w:r w:rsidRPr="002F751A">
        <w:rPr>
          <w:rFonts w:hint="cs"/>
          <w:b w:val="0"/>
          <w:color w:val="000000" w:themeColor="text1"/>
          <w:szCs w:val="26"/>
          <w:rtl/>
        </w:rPr>
        <w:t>ینه</w:t>
      </w:r>
      <w:r w:rsidRPr="002F751A">
        <w:rPr>
          <w:b w:val="0"/>
          <w:color w:val="000000" w:themeColor="text1"/>
          <w:szCs w:val="26"/>
          <w:rtl/>
        </w:rPr>
        <w:t xml:space="preserve"> فرصت بر کل س</w:t>
      </w:r>
      <w:r w:rsidRPr="002F751A">
        <w:rPr>
          <w:rFonts w:hint="cs"/>
          <w:b w:val="0"/>
          <w:color w:val="000000" w:themeColor="text1"/>
          <w:szCs w:val="26"/>
          <w:rtl/>
        </w:rPr>
        <w:t>یستم</w:t>
      </w:r>
      <w:r w:rsidRPr="002F751A">
        <w:rPr>
          <w:b w:val="0"/>
          <w:color w:val="000000" w:themeColor="text1"/>
          <w:szCs w:val="26"/>
          <w:rtl/>
        </w:rPr>
        <w:t xml:space="preserve"> تحم</w:t>
      </w:r>
      <w:r w:rsidRPr="002F751A">
        <w:rPr>
          <w:rFonts w:hint="cs"/>
          <w:b w:val="0"/>
          <w:color w:val="000000" w:themeColor="text1"/>
          <w:szCs w:val="26"/>
          <w:rtl/>
        </w:rPr>
        <w:t>یل</w:t>
      </w:r>
      <w:r w:rsidRPr="002F751A">
        <w:rPr>
          <w:b w:val="0"/>
          <w:color w:val="000000" w:themeColor="text1"/>
          <w:szCs w:val="26"/>
          <w:rtl/>
        </w:rPr>
        <w:t xml:space="preserve"> م</w:t>
      </w:r>
      <w:r w:rsidRPr="002F751A">
        <w:rPr>
          <w:rFonts w:hint="cs"/>
          <w:b w:val="0"/>
          <w:color w:val="000000" w:themeColor="text1"/>
          <w:szCs w:val="26"/>
          <w:rtl/>
        </w:rPr>
        <w:t>ی‌کند</w:t>
      </w:r>
      <w:r w:rsidRPr="002F751A">
        <w:rPr>
          <w:b w:val="0"/>
          <w:color w:val="000000" w:themeColor="text1"/>
          <w:szCs w:val="26"/>
          <w:rtl/>
        </w:rPr>
        <w:t>. هر پرونده ن</w:t>
      </w:r>
      <w:r w:rsidRPr="002F751A">
        <w:rPr>
          <w:rFonts w:hint="cs"/>
          <w:b w:val="0"/>
          <w:color w:val="000000" w:themeColor="text1"/>
          <w:szCs w:val="26"/>
          <w:rtl/>
        </w:rPr>
        <w:t>یازمند</w:t>
      </w:r>
      <w:r w:rsidRPr="002F751A">
        <w:rPr>
          <w:b w:val="0"/>
          <w:color w:val="000000" w:themeColor="text1"/>
          <w:szCs w:val="26"/>
          <w:rtl/>
        </w:rPr>
        <w:t xml:space="preserve"> ثبت، ارجاع، مطالعه، ابلاغ، تحق</w:t>
      </w:r>
      <w:r w:rsidRPr="002F751A">
        <w:rPr>
          <w:rFonts w:hint="cs"/>
          <w:b w:val="0"/>
          <w:color w:val="000000" w:themeColor="text1"/>
          <w:szCs w:val="26"/>
          <w:rtl/>
        </w:rPr>
        <w:t>یق</w:t>
      </w:r>
      <w:r w:rsidRPr="002F751A">
        <w:rPr>
          <w:b w:val="0"/>
          <w:color w:val="000000" w:themeColor="text1"/>
          <w:szCs w:val="26"/>
          <w:rtl/>
        </w:rPr>
        <w:t xml:space="preserve"> و در بس</w:t>
      </w:r>
      <w:r w:rsidRPr="002F751A">
        <w:rPr>
          <w:rFonts w:hint="cs"/>
          <w:b w:val="0"/>
          <w:color w:val="000000" w:themeColor="text1"/>
          <w:szCs w:val="26"/>
          <w:rtl/>
        </w:rPr>
        <w:t>یاری</w:t>
      </w:r>
      <w:r w:rsidRPr="002F751A">
        <w:rPr>
          <w:b w:val="0"/>
          <w:color w:val="000000" w:themeColor="text1"/>
          <w:szCs w:val="26"/>
          <w:rtl/>
        </w:rPr>
        <w:t xml:space="preserve"> موارد اقدام ضابط و کارشناس</w:t>
      </w:r>
      <w:r w:rsidRPr="002F751A">
        <w:rPr>
          <w:rFonts w:hint="cs"/>
          <w:b w:val="0"/>
          <w:color w:val="000000" w:themeColor="text1"/>
          <w:szCs w:val="26"/>
          <w:rtl/>
        </w:rPr>
        <w:t>ی</w:t>
      </w:r>
      <w:r w:rsidRPr="002F751A">
        <w:rPr>
          <w:b w:val="0"/>
          <w:color w:val="000000" w:themeColor="text1"/>
          <w:szCs w:val="26"/>
          <w:rtl/>
        </w:rPr>
        <w:t xml:space="preserve"> است. معتمد</w:t>
      </w:r>
      <w:r w:rsidRPr="002F751A">
        <w:rPr>
          <w:rFonts w:hint="cs"/>
          <w:b w:val="0"/>
          <w:color w:val="000000" w:themeColor="text1"/>
          <w:szCs w:val="26"/>
          <w:rtl/>
        </w:rPr>
        <w:t>ی‌زاده</w:t>
      </w:r>
      <w:r w:rsidRPr="002F751A">
        <w:rPr>
          <w:b w:val="0"/>
          <w:color w:val="000000" w:themeColor="text1"/>
          <w:szCs w:val="26"/>
          <w:rtl/>
        </w:rPr>
        <w:t xml:space="preserve"> و همکاران اطاله دادرس</w:t>
      </w:r>
      <w:r w:rsidRPr="002F751A">
        <w:rPr>
          <w:rFonts w:hint="cs"/>
          <w:b w:val="0"/>
          <w:color w:val="000000" w:themeColor="text1"/>
          <w:szCs w:val="26"/>
          <w:rtl/>
        </w:rPr>
        <w:t>ی</w:t>
      </w:r>
      <w:r w:rsidRPr="002F751A">
        <w:rPr>
          <w:b w:val="0"/>
          <w:color w:val="000000" w:themeColor="text1"/>
          <w:szCs w:val="26"/>
          <w:rtl/>
        </w:rPr>
        <w:t xml:space="preserve"> را از معضلات د</w:t>
      </w:r>
      <w:r w:rsidRPr="002F751A">
        <w:rPr>
          <w:rFonts w:hint="cs"/>
          <w:b w:val="0"/>
          <w:color w:val="000000" w:themeColor="text1"/>
          <w:szCs w:val="26"/>
          <w:rtl/>
        </w:rPr>
        <w:t>یرپای</w:t>
      </w:r>
      <w:r w:rsidRPr="002F751A">
        <w:rPr>
          <w:b w:val="0"/>
          <w:color w:val="000000" w:themeColor="text1"/>
          <w:szCs w:val="26"/>
          <w:rtl/>
        </w:rPr>
        <w:t xml:space="preserve"> نظام قضا</w:t>
      </w:r>
      <w:r w:rsidRPr="002F751A">
        <w:rPr>
          <w:rFonts w:hint="cs"/>
          <w:b w:val="0"/>
          <w:color w:val="000000" w:themeColor="text1"/>
          <w:szCs w:val="26"/>
          <w:rtl/>
        </w:rPr>
        <w:t>یی</w:t>
      </w:r>
      <w:r w:rsidRPr="002F751A">
        <w:rPr>
          <w:b w:val="0"/>
          <w:color w:val="000000" w:themeColor="text1"/>
          <w:szCs w:val="26"/>
          <w:rtl/>
        </w:rPr>
        <w:t xml:space="preserve"> دانسته و آ</w:t>
      </w:r>
      <w:r w:rsidRPr="002F751A">
        <w:rPr>
          <w:rFonts w:hint="cs"/>
          <w:b w:val="0"/>
          <w:color w:val="000000" w:themeColor="text1"/>
          <w:szCs w:val="26"/>
          <w:rtl/>
        </w:rPr>
        <w:t>ن</w:t>
      </w:r>
      <w:r w:rsidRPr="002F751A">
        <w:rPr>
          <w:b w:val="0"/>
          <w:color w:val="000000" w:themeColor="text1"/>
          <w:szCs w:val="26"/>
          <w:rtl/>
        </w:rPr>
        <w:t xml:space="preserve"> را با تراکم کار، کاهش اعتماد و تضع</w:t>
      </w:r>
      <w:r w:rsidRPr="002F751A">
        <w:rPr>
          <w:rFonts w:hint="cs"/>
          <w:b w:val="0"/>
          <w:color w:val="000000" w:themeColor="text1"/>
          <w:szCs w:val="26"/>
          <w:rtl/>
        </w:rPr>
        <w:t>یف</w:t>
      </w:r>
      <w:r w:rsidRPr="002F751A">
        <w:rPr>
          <w:b w:val="0"/>
          <w:color w:val="000000" w:themeColor="text1"/>
          <w:szCs w:val="26"/>
          <w:rtl/>
        </w:rPr>
        <w:t xml:space="preserve"> کارآمد</w:t>
      </w:r>
      <w:r w:rsidRPr="002F751A">
        <w:rPr>
          <w:rFonts w:hint="cs"/>
          <w:b w:val="0"/>
          <w:color w:val="000000" w:themeColor="text1"/>
          <w:szCs w:val="26"/>
          <w:rtl/>
        </w:rPr>
        <w:t>ی</w:t>
      </w:r>
      <w:r w:rsidRPr="002F751A">
        <w:rPr>
          <w:b w:val="0"/>
          <w:color w:val="000000" w:themeColor="text1"/>
          <w:szCs w:val="26"/>
          <w:rtl/>
        </w:rPr>
        <w:t xml:space="preserve"> عدالت پ</w:t>
      </w:r>
      <w:r w:rsidRPr="002F751A">
        <w:rPr>
          <w:rFonts w:hint="cs"/>
          <w:b w:val="0"/>
          <w:color w:val="000000" w:themeColor="text1"/>
          <w:szCs w:val="26"/>
          <w:rtl/>
        </w:rPr>
        <w:t>یوند</w:t>
      </w:r>
      <w:r w:rsidRPr="002F751A">
        <w:rPr>
          <w:b w:val="0"/>
          <w:color w:val="000000" w:themeColor="text1"/>
          <w:szCs w:val="26"/>
          <w:rtl/>
        </w:rPr>
        <w:t xml:space="preserve"> داده‌اند (معتمد</w:t>
      </w:r>
      <w:r w:rsidRPr="002F751A">
        <w:rPr>
          <w:rFonts w:hint="cs"/>
          <w:b w:val="0"/>
          <w:color w:val="000000" w:themeColor="text1"/>
          <w:szCs w:val="26"/>
          <w:rtl/>
        </w:rPr>
        <w:t>ی‌زاده</w:t>
      </w:r>
      <w:r w:rsidRPr="002F751A">
        <w:rPr>
          <w:b w:val="0"/>
          <w:color w:val="000000" w:themeColor="text1"/>
          <w:szCs w:val="26"/>
          <w:rtl/>
        </w:rPr>
        <w:t xml:space="preserve"> و همکاران، </w:t>
      </w:r>
      <w:r w:rsidRPr="002F751A">
        <w:rPr>
          <w:b w:val="0"/>
          <w:color w:val="000000" w:themeColor="text1"/>
          <w:szCs w:val="26"/>
          <w:rtl/>
          <w:lang w:bidi="fa-IR"/>
        </w:rPr>
        <w:t xml:space="preserve">۱۴۰۲: ۲۲۲). </w:t>
      </w:r>
      <w:r w:rsidRPr="002F751A">
        <w:rPr>
          <w:b w:val="0"/>
          <w:color w:val="000000" w:themeColor="text1"/>
          <w:szCs w:val="26"/>
          <w:rtl/>
        </w:rPr>
        <w:t>آنان مد</w:t>
      </w:r>
      <w:r w:rsidRPr="002F751A">
        <w:rPr>
          <w:rFonts w:hint="cs"/>
          <w:b w:val="0"/>
          <w:color w:val="000000" w:themeColor="text1"/>
          <w:szCs w:val="26"/>
          <w:rtl/>
        </w:rPr>
        <w:t>یریت</w:t>
      </w:r>
      <w:r w:rsidRPr="002F751A">
        <w:rPr>
          <w:b w:val="0"/>
          <w:color w:val="000000" w:themeColor="text1"/>
          <w:szCs w:val="26"/>
          <w:rtl/>
        </w:rPr>
        <w:t xml:space="preserve"> قضا</w:t>
      </w:r>
      <w:r w:rsidRPr="002F751A">
        <w:rPr>
          <w:rFonts w:hint="cs"/>
          <w:b w:val="0"/>
          <w:color w:val="000000" w:themeColor="text1"/>
          <w:szCs w:val="26"/>
          <w:rtl/>
        </w:rPr>
        <w:t>یی</w:t>
      </w:r>
      <w:r w:rsidRPr="002F751A">
        <w:rPr>
          <w:b w:val="0"/>
          <w:color w:val="000000" w:themeColor="text1"/>
          <w:szCs w:val="26"/>
          <w:rtl/>
        </w:rPr>
        <w:t xml:space="preserve"> و استفاده از سامانه‌ها</w:t>
      </w:r>
      <w:r w:rsidRPr="002F751A">
        <w:rPr>
          <w:rFonts w:hint="cs"/>
          <w:b w:val="0"/>
          <w:color w:val="000000" w:themeColor="text1"/>
          <w:szCs w:val="26"/>
          <w:rtl/>
        </w:rPr>
        <w:t>ی</w:t>
      </w:r>
      <w:r w:rsidRPr="002F751A">
        <w:rPr>
          <w:b w:val="0"/>
          <w:color w:val="000000" w:themeColor="text1"/>
          <w:szCs w:val="26"/>
          <w:rtl/>
        </w:rPr>
        <w:t xml:space="preserve"> الکترون</w:t>
      </w:r>
      <w:r w:rsidRPr="002F751A">
        <w:rPr>
          <w:rFonts w:hint="cs"/>
          <w:b w:val="0"/>
          <w:color w:val="000000" w:themeColor="text1"/>
          <w:szCs w:val="26"/>
          <w:rtl/>
        </w:rPr>
        <w:t>یکی</w:t>
      </w:r>
      <w:r w:rsidRPr="002F751A">
        <w:rPr>
          <w:b w:val="0"/>
          <w:color w:val="000000" w:themeColor="text1"/>
          <w:szCs w:val="26"/>
          <w:rtl/>
        </w:rPr>
        <w:t xml:space="preserve"> را از ابزارها</w:t>
      </w:r>
      <w:r w:rsidRPr="002F751A">
        <w:rPr>
          <w:rFonts w:hint="cs"/>
          <w:b w:val="0"/>
          <w:color w:val="000000" w:themeColor="text1"/>
          <w:szCs w:val="26"/>
          <w:rtl/>
        </w:rPr>
        <w:t>ی</w:t>
      </w:r>
      <w:r w:rsidRPr="002F751A">
        <w:rPr>
          <w:b w:val="0"/>
          <w:color w:val="000000" w:themeColor="text1"/>
          <w:szCs w:val="26"/>
          <w:rtl/>
        </w:rPr>
        <w:t xml:space="preserve"> مؤثر کنترل ا</w:t>
      </w:r>
      <w:r w:rsidRPr="002F751A">
        <w:rPr>
          <w:rFonts w:hint="cs"/>
          <w:b w:val="0"/>
          <w:color w:val="000000" w:themeColor="text1"/>
          <w:szCs w:val="26"/>
          <w:rtl/>
        </w:rPr>
        <w:t>ین</w:t>
      </w:r>
      <w:r w:rsidRPr="002F751A">
        <w:rPr>
          <w:b w:val="0"/>
          <w:color w:val="000000" w:themeColor="text1"/>
          <w:szCs w:val="26"/>
          <w:rtl/>
        </w:rPr>
        <w:t xml:space="preserve"> مسئله م</w:t>
      </w:r>
      <w:r w:rsidRPr="002F751A">
        <w:rPr>
          <w:rFonts w:hint="cs"/>
          <w:b w:val="0"/>
          <w:color w:val="000000" w:themeColor="text1"/>
          <w:szCs w:val="26"/>
          <w:rtl/>
        </w:rPr>
        <w:t>ی‌دانند</w:t>
      </w:r>
      <w:r w:rsidRPr="002F751A">
        <w:rPr>
          <w:b w:val="0"/>
          <w:color w:val="000000" w:themeColor="text1"/>
          <w:szCs w:val="26"/>
          <w:rtl/>
        </w:rPr>
        <w:t xml:space="preserve"> (معتمد</w:t>
      </w:r>
      <w:r w:rsidRPr="002F751A">
        <w:rPr>
          <w:rFonts w:hint="cs"/>
          <w:b w:val="0"/>
          <w:color w:val="000000" w:themeColor="text1"/>
          <w:szCs w:val="26"/>
          <w:rtl/>
        </w:rPr>
        <w:t>ی‌زاده</w:t>
      </w:r>
      <w:r w:rsidRPr="002F751A">
        <w:rPr>
          <w:b w:val="0"/>
          <w:color w:val="000000" w:themeColor="text1"/>
          <w:szCs w:val="26"/>
          <w:rtl/>
        </w:rPr>
        <w:t xml:space="preserve"> و همکاران، </w:t>
      </w:r>
      <w:r w:rsidRPr="002F751A">
        <w:rPr>
          <w:b w:val="0"/>
          <w:color w:val="000000" w:themeColor="text1"/>
          <w:szCs w:val="26"/>
          <w:rtl/>
          <w:lang w:bidi="fa-IR"/>
        </w:rPr>
        <w:t>۱۴۰۲: ۲۲۳)</w:t>
      </w:r>
      <w:r w:rsidRPr="002F751A">
        <w:rPr>
          <w:b w:val="0"/>
          <w:color w:val="000000" w:themeColor="text1"/>
          <w:szCs w:val="26"/>
          <w:lang w:bidi="fa-IR"/>
        </w:rPr>
        <w:t>.</w:t>
      </w:r>
    </w:p>
    <w:p w14:paraId="44DFE4E7"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اهمیت</w:t>
      </w:r>
      <w:r w:rsidRPr="002F751A">
        <w:rPr>
          <w:b w:val="0"/>
          <w:color w:val="000000" w:themeColor="text1"/>
          <w:szCs w:val="26"/>
          <w:rtl/>
        </w:rPr>
        <w:t xml:space="preserve"> ا</w:t>
      </w:r>
      <w:r w:rsidRPr="002F751A">
        <w:rPr>
          <w:rFonts w:hint="cs"/>
          <w:b w:val="0"/>
          <w:color w:val="000000" w:themeColor="text1"/>
          <w:szCs w:val="26"/>
          <w:rtl/>
        </w:rPr>
        <w:t>ین</w:t>
      </w:r>
      <w:r w:rsidRPr="002F751A">
        <w:rPr>
          <w:b w:val="0"/>
          <w:color w:val="000000" w:themeColor="text1"/>
          <w:szCs w:val="26"/>
          <w:rtl/>
        </w:rPr>
        <w:t xml:space="preserve"> موضوع با «دستورالعمل کاهش اطاله دادرس</w:t>
      </w:r>
      <w:r w:rsidRPr="002F751A">
        <w:rPr>
          <w:rFonts w:hint="cs"/>
          <w:b w:val="0"/>
          <w:color w:val="000000" w:themeColor="text1"/>
          <w:szCs w:val="26"/>
          <w:rtl/>
        </w:rPr>
        <w:t>ی</w:t>
      </w:r>
      <w:r w:rsidRPr="002F751A">
        <w:rPr>
          <w:rFonts w:hint="eastAsia"/>
          <w:b w:val="0"/>
          <w:color w:val="000000" w:themeColor="text1"/>
          <w:szCs w:val="26"/>
          <w:rtl/>
        </w:rPr>
        <w:t>»</w:t>
      </w:r>
      <w:r w:rsidRPr="002F751A">
        <w:rPr>
          <w:b w:val="0"/>
          <w:color w:val="000000" w:themeColor="text1"/>
          <w:szCs w:val="26"/>
          <w:rtl/>
        </w:rPr>
        <w:t xml:space="preserve"> مصوب </w:t>
      </w:r>
      <w:r w:rsidRPr="002F751A">
        <w:rPr>
          <w:b w:val="0"/>
          <w:color w:val="000000" w:themeColor="text1"/>
          <w:szCs w:val="26"/>
          <w:rtl/>
          <w:lang w:bidi="fa-IR"/>
        </w:rPr>
        <w:t>۳۰/۴/۱۴۰۴</w:t>
      </w:r>
      <w:r w:rsidRPr="002F751A">
        <w:rPr>
          <w:b w:val="0"/>
          <w:color w:val="000000" w:themeColor="text1"/>
          <w:szCs w:val="26"/>
          <w:rtl/>
        </w:rPr>
        <w:t xml:space="preserve"> رئ</w:t>
      </w:r>
      <w:r w:rsidRPr="002F751A">
        <w:rPr>
          <w:rFonts w:hint="cs"/>
          <w:b w:val="0"/>
          <w:color w:val="000000" w:themeColor="text1"/>
          <w:szCs w:val="26"/>
          <w:rtl/>
        </w:rPr>
        <w:t>یس</w:t>
      </w:r>
      <w:r w:rsidRPr="002F751A">
        <w:rPr>
          <w:b w:val="0"/>
          <w:color w:val="000000" w:themeColor="text1"/>
          <w:szCs w:val="26"/>
          <w:rtl/>
        </w:rPr>
        <w:t xml:space="preserve"> قوه قضا</w:t>
      </w:r>
      <w:r w:rsidRPr="002F751A">
        <w:rPr>
          <w:rFonts w:hint="cs"/>
          <w:b w:val="0"/>
          <w:color w:val="000000" w:themeColor="text1"/>
          <w:szCs w:val="26"/>
          <w:rtl/>
        </w:rPr>
        <w:t>ییه</w:t>
      </w:r>
      <w:r w:rsidRPr="002F751A">
        <w:rPr>
          <w:b w:val="0"/>
          <w:color w:val="000000" w:themeColor="text1"/>
          <w:szCs w:val="26"/>
          <w:rtl/>
        </w:rPr>
        <w:t xml:space="preserve"> ن</w:t>
      </w:r>
      <w:r w:rsidRPr="002F751A">
        <w:rPr>
          <w:rFonts w:hint="cs"/>
          <w:b w:val="0"/>
          <w:color w:val="000000" w:themeColor="text1"/>
          <w:szCs w:val="26"/>
          <w:rtl/>
        </w:rPr>
        <w:t>یز</w:t>
      </w:r>
      <w:r w:rsidRPr="002F751A">
        <w:rPr>
          <w:b w:val="0"/>
          <w:color w:val="000000" w:themeColor="text1"/>
          <w:szCs w:val="26"/>
          <w:rtl/>
        </w:rPr>
        <w:t xml:space="preserve"> برجسته‌تر شده است. ا</w:t>
      </w:r>
      <w:r w:rsidRPr="002F751A">
        <w:rPr>
          <w:rFonts w:hint="cs"/>
          <w:b w:val="0"/>
          <w:color w:val="000000" w:themeColor="text1"/>
          <w:szCs w:val="26"/>
          <w:rtl/>
        </w:rPr>
        <w:t>ین</w:t>
      </w:r>
      <w:r w:rsidRPr="002F751A">
        <w:rPr>
          <w:b w:val="0"/>
          <w:color w:val="000000" w:themeColor="text1"/>
          <w:szCs w:val="26"/>
          <w:rtl/>
        </w:rPr>
        <w:t xml:space="preserve"> دستورالعمل در اجرا</w:t>
      </w:r>
      <w:r w:rsidRPr="002F751A">
        <w:rPr>
          <w:rFonts w:hint="cs"/>
          <w:b w:val="0"/>
          <w:color w:val="000000" w:themeColor="text1"/>
          <w:szCs w:val="26"/>
          <w:rtl/>
        </w:rPr>
        <w:t>ی</w:t>
      </w:r>
      <w:r w:rsidRPr="002F751A">
        <w:rPr>
          <w:b w:val="0"/>
          <w:color w:val="000000" w:themeColor="text1"/>
          <w:szCs w:val="26"/>
          <w:rtl/>
        </w:rPr>
        <w:t xml:space="preserve"> ماده </w:t>
      </w:r>
      <w:r w:rsidRPr="002F751A">
        <w:rPr>
          <w:b w:val="0"/>
          <w:color w:val="000000" w:themeColor="text1"/>
          <w:szCs w:val="26"/>
          <w:rtl/>
          <w:lang w:bidi="fa-IR"/>
        </w:rPr>
        <w:t>۱۱۲</w:t>
      </w:r>
      <w:r w:rsidRPr="002F751A">
        <w:rPr>
          <w:b w:val="0"/>
          <w:color w:val="000000" w:themeColor="text1"/>
          <w:szCs w:val="26"/>
          <w:rtl/>
        </w:rPr>
        <w:t xml:space="preserve"> قانون برنامه هفتم و سند تحول قضا</w:t>
      </w:r>
      <w:r w:rsidRPr="002F751A">
        <w:rPr>
          <w:rFonts w:hint="cs"/>
          <w:b w:val="0"/>
          <w:color w:val="000000" w:themeColor="text1"/>
          <w:szCs w:val="26"/>
          <w:rtl/>
        </w:rPr>
        <w:t>یی،</w:t>
      </w:r>
      <w:r w:rsidRPr="002F751A">
        <w:rPr>
          <w:b w:val="0"/>
          <w:color w:val="000000" w:themeColor="text1"/>
          <w:szCs w:val="26"/>
          <w:rtl/>
        </w:rPr>
        <w:t xml:space="preserve"> بر دقت و سرعت و رفع آس</w:t>
      </w:r>
      <w:r w:rsidRPr="002F751A">
        <w:rPr>
          <w:rFonts w:hint="cs"/>
          <w:b w:val="0"/>
          <w:color w:val="000000" w:themeColor="text1"/>
          <w:szCs w:val="26"/>
          <w:rtl/>
        </w:rPr>
        <w:t>یب‌های</w:t>
      </w:r>
      <w:r w:rsidRPr="002F751A">
        <w:rPr>
          <w:b w:val="0"/>
          <w:color w:val="000000" w:themeColor="text1"/>
          <w:szCs w:val="26"/>
          <w:rtl/>
        </w:rPr>
        <w:t xml:space="preserve"> فرا</w:t>
      </w:r>
      <w:r w:rsidRPr="002F751A">
        <w:rPr>
          <w:rFonts w:hint="cs"/>
          <w:b w:val="0"/>
          <w:color w:val="000000" w:themeColor="text1"/>
          <w:szCs w:val="26"/>
          <w:rtl/>
        </w:rPr>
        <w:t>یند</w:t>
      </w:r>
      <w:r w:rsidRPr="002F751A">
        <w:rPr>
          <w:b w:val="0"/>
          <w:color w:val="000000" w:themeColor="text1"/>
          <w:szCs w:val="26"/>
          <w:rtl/>
        </w:rPr>
        <w:t xml:space="preserve"> رس</w:t>
      </w:r>
      <w:r w:rsidRPr="002F751A">
        <w:rPr>
          <w:rFonts w:hint="cs"/>
          <w:b w:val="0"/>
          <w:color w:val="000000" w:themeColor="text1"/>
          <w:szCs w:val="26"/>
          <w:rtl/>
        </w:rPr>
        <w:t>یدگی</w:t>
      </w:r>
      <w:r w:rsidRPr="002F751A">
        <w:rPr>
          <w:b w:val="0"/>
          <w:color w:val="000000" w:themeColor="text1"/>
          <w:szCs w:val="26"/>
          <w:rtl/>
        </w:rPr>
        <w:t xml:space="preserve"> تأک</w:t>
      </w:r>
      <w:r w:rsidRPr="002F751A">
        <w:rPr>
          <w:rFonts w:hint="cs"/>
          <w:b w:val="0"/>
          <w:color w:val="000000" w:themeColor="text1"/>
          <w:szCs w:val="26"/>
          <w:rtl/>
        </w:rPr>
        <w:t>ید</w:t>
      </w:r>
      <w:r w:rsidRPr="002F751A">
        <w:rPr>
          <w:b w:val="0"/>
          <w:color w:val="000000" w:themeColor="text1"/>
          <w:szCs w:val="26"/>
          <w:rtl/>
        </w:rPr>
        <w:t xml:space="preserve"> دارد. اگر ورود پرونده‌ها</w:t>
      </w:r>
      <w:r w:rsidRPr="002F751A">
        <w:rPr>
          <w:rFonts w:hint="cs"/>
          <w:b w:val="0"/>
          <w:color w:val="000000" w:themeColor="text1"/>
          <w:szCs w:val="26"/>
          <w:rtl/>
        </w:rPr>
        <w:t>ی</w:t>
      </w:r>
      <w:r w:rsidRPr="002F751A">
        <w:rPr>
          <w:b w:val="0"/>
          <w:color w:val="000000" w:themeColor="text1"/>
          <w:szCs w:val="26"/>
          <w:rtl/>
        </w:rPr>
        <w:t xml:space="preserve"> تکرار</w:t>
      </w:r>
      <w:r w:rsidRPr="002F751A">
        <w:rPr>
          <w:rFonts w:hint="cs"/>
          <w:b w:val="0"/>
          <w:color w:val="000000" w:themeColor="text1"/>
          <w:szCs w:val="26"/>
          <w:rtl/>
        </w:rPr>
        <w:t>ی</w:t>
      </w:r>
      <w:r w:rsidRPr="002F751A">
        <w:rPr>
          <w:b w:val="0"/>
          <w:color w:val="000000" w:themeColor="text1"/>
          <w:szCs w:val="26"/>
          <w:rtl/>
        </w:rPr>
        <w:t xml:space="preserve"> و فاقد مبنا</w:t>
      </w:r>
      <w:r w:rsidRPr="002F751A">
        <w:rPr>
          <w:rFonts w:hint="cs"/>
          <w:b w:val="0"/>
          <w:color w:val="000000" w:themeColor="text1"/>
          <w:szCs w:val="26"/>
          <w:rtl/>
        </w:rPr>
        <w:t>ی</w:t>
      </w:r>
      <w:r w:rsidRPr="002F751A">
        <w:rPr>
          <w:b w:val="0"/>
          <w:color w:val="000000" w:themeColor="text1"/>
          <w:szCs w:val="26"/>
          <w:rtl/>
        </w:rPr>
        <w:t xml:space="preserve"> حسن‌ن</w:t>
      </w:r>
      <w:r w:rsidRPr="002F751A">
        <w:rPr>
          <w:rFonts w:hint="cs"/>
          <w:b w:val="0"/>
          <w:color w:val="000000" w:themeColor="text1"/>
          <w:szCs w:val="26"/>
          <w:rtl/>
        </w:rPr>
        <w:t>یت</w:t>
      </w:r>
      <w:r w:rsidRPr="002F751A">
        <w:rPr>
          <w:b w:val="0"/>
          <w:color w:val="000000" w:themeColor="text1"/>
          <w:szCs w:val="26"/>
          <w:rtl/>
        </w:rPr>
        <w:t xml:space="preserve"> شناسا</w:t>
      </w:r>
      <w:r w:rsidRPr="002F751A">
        <w:rPr>
          <w:rFonts w:hint="cs"/>
          <w:b w:val="0"/>
          <w:color w:val="000000" w:themeColor="text1"/>
          <w:szCs w:val="26"/>
          <w:rtl/>
        </w:rPr>
        <w:t>یی</w:t>
      </w:r>
      <w:r w:rsidRPr="002F751A">
        <w:rPr>
          <w:b w:val="0"/>
          <w:color w:val="000000" w:themeColor="text1"/>
          <w:szCs w:val="26"/>
          <w:rtl/>
        </w:rPr>
        <w:t xml:space="preserve"> نشود، هر اصلاح فن</w:t>
      </w:r>
      <w:r w:rsidRPr="002F751A">
        <w:rPr>
          <w:rFonts w:hint="cs"/>
          <w:b w:val="0"/>
          <w:color w:val="000000" w:themeColor="text1"/>
          <w:szCs w:val="26"/>
          <w:rtl/>
        </w:rPr>
        <w:t>ی</w:t>
      </w:r>
      <w:r w:rsidRPr="002F751A">
        <w:rPr>
          <w:b w:val="0"/>
          <w:color w:val="000000" w:themeColor="text1"/>
          <w:szCs w:val="26"/>
          <w:rtl/>
        </w:rPr>
        <w:t xml:space="preserve"> در سرعت رس</w:t>
      </w:r>
      <w:r w:rsidRPr="002F751A">
        <w:rPr>
          <w:rFonts w:hint="cs"/>
          <w:b w:val="0"/>
          <w:color w:val="000000" w:themeColor="text1"/>
          <w:szCs w:val="26"/>
          <w:rtl/>
        </w:rPr>
        <w:t>یدگی</w:t>
      </w:r>
      <w:r w:rsidRPr="002F751A">
        <w:rPr>
          <w:b w:val="0"/>
          <w:color w:val="000000" w:themeColor="text1"/>
          <w:szCs w:val="26"/>
          <w:rtl/>
        </w:rPr>
        <w:t xml:space="preserve"> بخش</w:t>
      </w:r>
      <w:r w:rsidRPr="002F751A">
        <w:rPr>
          <w:rFonts w:hint="cs"/>
          <w:b w:val="0"/>
          <w:color w:val="000000" w:themeColor="text1"/>
          <w:szCs w:val="26"/>
          <w:rtl/>
        </w:rPr>
        <w:t>ی</w:t>
      </w:r>
      <w:r w:rsidRPr="002F751A">
        <w:rPr>
          <w:b w:val="0"/>
          <w:color w:val="000000" w:themeColor="text1"/>
          <w:szCs w:val="26"/>
          <w:rtl/>
        </w:rPr>
        <w:t xml:space="preserve"> از ظرف</w:t>
      </w:r>
      <w:r w:rsidRPr="002F751A">
        <w:rPr>
          <w:rFonts w:hint="cs"/>
          <w:b w:val="0"/>
          <w:color w:val="000000" w:themeColor="text1"/>
          <w:szCs w:val="26"/>
          <w:rtl/>
        </w:rPr>
        <w:t>یت</w:t>
      </w:r>
      <w:r w:rsidRPr="002F751A">
        <w:rPr>
          <w:b w:val="0"/>
          <w:color w:val="000000" w:themeColor="text1"/>
          <w:szCs w:val="26"/>
          <w:rtl/>
        </w:rPr>
        <w:t xml:space="preserve"> خود را صرف دعاو</w:t>
      </w:r>
      <w:r w:rsidRPr="002F751A">
        <w:rPr>
          <w:rFonts w:hint="cs"/>
          <w:b w:val="0"/>
          <w:color w:val="000000" w:themeColor="text1"/>
          <w:szCs w:val="26"/>
          <w:rtl/>
        </w:rPr>
        <w:t>ی</w:t>
      </w:r>
      <w:r w:rsidRPr="002F751A">
        <w:rPr>
          <w:b w:val="0"/>
          <w:color w:val="000000" w:themeColor="text1"/>
          <w:szCs w:val="26"/>
          <w:rtl/>
        </w:rPr>
        <w:t xml:space="preserve"> ساختگ</w:t>
      </w:r>
      <w:r w:rsidRPr="002F751A">
        <w:rPr>
          <w:rFonts w:hint="cs"/>
          <w:b w:val="0"/>
          <w:color w:val="000000" w:themeColor="text1"/>
          <w:szCs w:val="26"/>
          <w:rtl/>
        </w:rPr>
        <w:t>ی</w:t>
      </w:r>
      <w:r w:rsidRPr="002F751A">
        <w:rPr>
          <w:b w:val="0"/>
          <w:color w:val="000000" w:themeColor="text1"/>
          <w:szCs w:val="26"/>
          <w:rtl/>
        </w:rPr>
        <w:t xml:space="preserve"> خواهد کرد</w:t>
      </w:r>
      <w:r w:rsidRPr="002F751A">
        <w:rPr>
          <w:b w:val="0"/>
          <w:color w:val="000000" w:themeColor="text1"/>
          <w:szCs w:val="26"/>
        </w:rPr>
        <w:t>.</w:t>
      </w:r>
    </w:p>
    <w:p w14:paraId="5C5D55CC"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پیامد</w:t>
      </w:r>
      <w:r w:rsidRPr="002F751A">
        <w:rPr>
          <w:b w:val="0"/>
          <w:color w:val="000000" w:themeColor="text1"/>
          <w:szCs w:val="26"/>
          <w:rtl/>
        </w:rPr>
        <w:t xml:space="preserve"> دوم، افزا</w:t>
      </w:r>
      <w:r w:rsidRPr="002F751A">
        <w:rPr>
          <w:rFonts w:hint="cs"/>
          <w:b w:val="0"/>
          <w:color w:val="000000" w:themeColor="text1"/>
          <w:szCs w:val="26"/>
          <w:rtl/>
        </w:rPr>
        <w:t>یش</w:t>
      </w:r>
      <w:r w:rsidRPr="002F751A">
        <w:rPr>
          <w:b w:val="0"/>
          <w:color w:val="000000" w:themeColor="text1"/>
          <w:szCs w:val="26"/>
          <w:rtl/>
        </w:rPr>
        <w:t xml:space="preserve"> احتمال خطا</w:t>
      </w:r>
      <w:r w:rsidRPr="002F751A">
        <w:rPr>
          <w:rFonts w:hint="cs"/>
          <w:b w:val="0"/>
          <w:color w:val="000000" w:themeColor="text1"/>
          <w:szCs w:val="26"/>
          <w:rtl/>
        </w:rPr>
        <w:t>ی</w:t>
      </w:r>
      <w:r w:rsidRPr="002F751A">
        <w:rPr>
          <w:b w:val="0"/>
          <w:color w:val="000000" w:themeColor="text1"/>
          <w:szCs w:val="26"/>
          <w:rtl/>
        </w:rPr>
        <w:t xml:space="preserve"> تصم</w:t>
      </w:r>
      <w:r w:rsidRPr="002F751A">
        <w:rPr>
          <w:rFonts w:hint="cs"/>
          <w:b w:val="0"/>
          <w:color w:val="000000" w:themeColor="text1"/>
          <w:szCs w:val="26"/>
          <w:rtl/>
        </w:rPr>
        <w:t>یم</w:t>
      </w:r>
      <w:r w:rsidRPr="002F751A">
        <w:rPr>
          <w:b w:val="0"/>
          <w:color w:val="000000" w:themeColor="text1"/>
          <w:szCs w:val="26"/>
          <w:rtl/>
        </w:rPr>
        <w:t xml:space="preserve"> است. شاک</w:t>
      </w:r>
      <w:r w:rsidRPr="002F751A">
        <w:rPr>
          <w:rFonts w:hint="cs"/>
          <w:b w:val="0"/>
          <w:color w:val="000000" w:themeColor="text1"/>
          <w:szCs w:val="26"/>
          <w:rtl/>
        </w:rPr>
        <w:t>ی</w:t>
      </w:r>
      <w:r w:rsidRPr="002F751A">
        <w:rPr>
          <w:b w:val="0"/>
          <w:color w:val="000000" w:themeColor="text1"/>
          <w:szCs w:val="26"/>
          <w:rtl/>
        </w:rPr>
        <w:t xml:space="preserve"> سوءاستفاده‌گر ممکن است با انباشت اسناد کم‌ارزش، ارائه گز</w:t>
      </w:r>
      <w:r w:rsidRPr="002F751A">
        <w:rPr>
          <w:rFonts w:hint="cs"/>
          <w:b w:val="0"/>
          <w:color w:val="000000" w:themeColor="text1"/>
          <w:szCs w:val="26"/>
          <w:rtl/>
        </w:rPr>
        <w:t>ینشی</w:t>
      </w:r>
      <w:r w:rsidRPr="002F751A">
        <w:rPr>
          <w:b w:val="0"/>
          <w:color w:val="000000" w:themeColor="text1"/>
          <w:szCs w:val="26"/>
          <w:rtl/>
        </w:rPr>
        <w:t xml:space="preserve"> داده‌ها </w:t>
      </w:r>
      <w:r w:rsidRPr="002F751A">
        <w:rPr>
          <w:rFonts w:hint="cs"/>
          <w:b w:val="0"/>
          <w:color w:val="000000" w:themeColor="text1"/>
          <w:szCs w:val="26"/>
          <w:rtl/>
        </w:rPr>
        <w:t>یا</w:t>
      </w:r>
      <w:r w:rsidRPr="002F751A">
        <w:rPr>
          <w:b w:val="0"/>
          <w:color w:val="000000" w:themeColor="text1"/>
          <w:szCs w:val="26"/>
          <w:rtl/>
        </w:rPr>
        <w:t xml:space="preserve"> تول</w:t>
      </w:r>
      <w:r w:rsidRPr="002F751A">
        <w:rPr>
          <w:rFonts w:hint="cs"/>
          <w:b w:val="0"/>
          <w:color w:val="000000" w:themeColor="text1"/>
          <w:szCs w:val="26"/>
          <w:rtl/>
        </w:rPr>
        <w:t>ید</w:t>
      </w:r>
      <w:r w:rsidRPr="002F751A">
        <w:rPr>
          <w:b w:val="0"/>
          <w:color w:val="000000" w:themeColor="text1"/>
          <w:szCs w:val="26"/>
          <w:rtl/>
        </w:rPr>
        <w:t xml:space="preserve"> چند پرونده هم‌زمان، تصو</w:t>
      </w:r>
      <w:r w:rsidRPr="002F751A">
        <w:rPr>
          <w:rFonts w:hint="cs"/>
          <w:b w:val="0"/>
          <w:color w:val="000000" w:themeColor="text1"/>
          <w:szCs w:val="26"/>
          <w:rtl/>
        </w:rPr>
        <w:t>یری</w:t>
      </w:r>
      <w:r w:rsidRPr="002F751A">
        <w:rPr>
          <w:b w:val="0"/>
          <w:color w:val="000000" w:themeColor="text1"/>
          <w:szCs w:val="26"/>
          <w:rtl/>
        </w:rPr>
        <w:t xml:space="preserve"> از «تعدد ادعا» بسازد که از نظر روان‌شناخت</w:t>
      </w:r>
      <w:r w:rsidRPr="002F751A">
        <w:rPr>
          <w:rFonts w:hint="cs"/>
          <w:b w:val="0"/>
          <w:color w:val="000000" w:themeColor="text1"/>
          <w:szCs w:val="26"/>
          <w:rtl/>
        </w:rPr>
        <w:t>ی</w:t>
      </w:r>
      <w:r w:rsidRPr="002F751A">
        <w:rPr>
          <w:b w:val="0"/>
          <w:color w:val="000000" w:themeColor="text1"/>
          <w:szCs w:val="26"/>
          <w:rtl/>
        </w:rPr>
        <w:t xml:space="preserve"> با «تعدد دل</w:t>
      </w:r>
      <w:r w:rsidRPr="002F751A">
        <w:rPr>
          <w:rFonts w:hint="cs"/>
          <w:b w:val="0"/>
          <w:color w:val="000000" w:themeColor="text1"/>
          <w:szCs w:val="26"/>
          <w:rtl/>
        </w:rPr>
        <w:t>یل</w:t>
      </w:r>
      <w:r w:rsidRPr="002F751A">
        <w:rPr>
          <w:rFonts w:hint="eastAsia"/>
          <w:b w:val="0"/>
          <w:color w:val="000000" w:themeColor="text1"/>
          <w:szCs w:val="26"/>
          <w:rtl/>
        </w:rPr>
        <w:t>»</w:t>
      </w:r>
      <w:r w:rsidRPr="002F751A">
        <w:rPr>
          <w:b w:val="0"/>
          <w:color w:val="000000" w:themeColor="text1"/>
          <w:szCs w:val="26"/>
          <w:rtl/>
        </w:rPr>
        <w:t xml:space="preserve"> اشتباه گرفته شود. در حال</w:t>
      </w:r>
      <w:r w:rsidRPr="002F751A">
        <w:rPr>
          <w:rFonts w:hint="cs"/>
          <w:b w:val="0"/>
          <w:color w:val="000000" w:themeColor="text1"/>
          <w:szCs w:val="26"/>
          <w:rtl/>
        </w:rPr>
        <w:t>ی</w:t>
      </w:r>
      <w:r w:rsidRPr="002F751A">
        <w:rPr>
          <w:b w:val="0"/>
          <w:color w:val="000000" w:themeColor="text1"/>
          <w:szCs w:val="26"/>
          <w:rtl/>
        </w:rPr>
        <w:t xml:space="preserve"> که چند شکا</w:t>
      </w:r>
      <w:r w:rsidRPr="002F751A">
        <w:rPr>
          <w:rFonts w:hint="cs"/>
          <w:b w:val="0"/>
          <w:color w:val="000000" w:themeColor="text1"/>
          <w:szCs w:val="26"/>
          <w:rtl/>
        </w:rPr>
        <w:t>یت</w:t>
      </w:r>
      <w:r w:rsidRPr="002F751A">
        <w:rPr>
          <w:b w:val="0"/>
          <w:color w:val="000000" w:themeColor="text1"/>
          <w:szCs w:val="26"/>
          <w:rtl/>
        </w:rPr>
        <w:t xml:space="preserve"> برخاسته </w:t>
      </w:r>
      <w:r w:rsidRPr="002F751A">
        <w:rPr>
          <w:rFonts w:hint="cs"/>
          <w:b w:val="0"/>
          <w:color w:val="000000" w:themeColor="text1"/>
          <w:szCs w:val="26"/>
          <w:rtl/>
        </w:rPr>
        <w:t>از</w:t>
      </w:r>
      <w:r w:rsidRPr="002F751A">
        <w:rPr>
          <w:b w:val="0"/>
          <w:color w:val="000000" w:themeColor="text1"/>
          <w:szCs w:val="26"/>
          <w:rtl/>
        </w:rPr>
        <w:t xml:space="preserve"> </w:t>
      </w:r>
      <w:r w:rsidRPr="002F751A">
        <w:rPr>
          <w:rFonts w:hint="cs"/>
          <w:b w:val="0"/>
          <w:color w:val="000000" w:themeColor="text1"/>
          <w:szCs w:val="26"/>
          <w:rtl/>
        </w:rPr>
        <w:t>یک</w:t>
      </w:r>
      <w:r w:rsidRPr="002F751A">
        <w:rPr>
          <w:b w:val="0"/>
          <w:color w:val="000000" w:themeColor="text1"/>
          <w:szCs w:val="26"/>
          <w:rtl/>
        </w:rPr>
        <w:t xml:space="preserve"> روا</w:t>
      </w:r>
      <w:r w:rsidRPr="002F751A">
        <w:rPr>
          <w:rFonts w:hint="cs"/>
          <w:b w:val="0"/>
          <w:color w:val="000000" w:themeColor="text1"/>
          <w:szCs w:val="26"/>
          <w:rtl/>
        </w:rPr>
        <w:t>یت</w:t>
      </w:r>
      <w:r w:rsidRPr="002F751A">
        <w:rPr>
          <w:b w:val="0"/>
          <w:color w:val="000000" w:themeColor="text1"/>
          <w:szCs w:val="26"/>
          <w:rtl/>
        </w:rPr>
        <w:t xml:space="preserve"> واحد، ارزش اثبات</w:t>
      </w:r>
      <w:r w:rsidRPr="002F751A">
        <w:rPr>
          <w:rFonts w:hint="cs"/>
          <w:b w:val="0"/>
          <w:color w:val="000000" w:themeColor="text1"/>
          <w:szCs w:val="26"/>
          <w:rtl/>
        </w:rPr>
        <w:t>ی</w:t>
      </w:r>
      <w:r w:rsidRPr="002F751A">
        <w:rPr>
          <w:b w:val="0"/>
          <w:color w:val="000000" w:themeColor="text1"/>
          <w:szCs w:val="26"/>
          <w:rtl/>
        </w:rPr>
        <w:t xml:space="preserve"> مستقل ندارند. افزا</w:t>
      </w:r>
      <w:r w:rsidRPr="002F751A">
        <w:rPr>
          <w:rFonts w:hint="cs"/>
          <w:b w:val="0"/>
          <w:color w:val="000000" w:themeColor="text1"/>
          <w:szCs w:val="26"/>
          <w:rtl/>
        </w:rPr>
        <w:t>یش</w:t>
      </w:r>
      <w:r w:rsidRPr="002F751A">
        <w:rPr>
          <w:b w:val="0"/>
          <w:color w:val="000000" w:themeColor="text1"/>
          <w:szCs w:val="26"/>
          <w:rtl/>
        </w:rPr>
        <w:t xml:space="preserve"> حجم پرونده ن</w:t>
      </w:r>
      <w:r w:rsidRPr="002F751A">
        <w:rPr>
          <w:rFonts w:hint="cs"/>
          <w:b w:val="0"/>
          <w:color w:val="000000" w:themeColor="text1"/>
          <w:szCs w:val="26"/>
          <w:rtl/>
        </w:rPr>
        <w:t>یز</w:t>
      </w:r>
      <w:r w:rsidRPr="002F751A">
        <w:rPr>
          <w:b w:val="0"/>
          <w:color w:val="000000" w:themeColor="text1"/>
          <w:szCs w:val="26"/>
          <w:rtl/>
        </w:rPr>
        <w:t xml:space="preserve"> زمان مطالعه دق</w:t>
      </w:r>
      <w:r w:rsidRPr="002F751A">
        <w:rPr>
          <w:rFonts w:hint="cs"/>
          <w:b w:val="0"/>
          <w:color w:val="000000" w:themeColor="text1"/>
          <w:szCs w:val="26"/>
          <w:rtl/>
        </w:rPr>
        <w:t>یق</w:t>
      </w:r>
      <w:r w:rsidRPr="002F751A">
        <w:rPr>
          <w:b w:val="0"/>
          <w:color w:val="000000" w:themeColor="text1"/>
          <w:szCs w:val="26"/>
          <w:rtl/>
        </w:rPr>
        <w:t xml:space="preserve"> را کاهش داده و خطر اتکا به نشانه‌ها</w:t>
      </w:r>
      <w:r w:rsidRPr="002F751A">
        <w:rPr>
          <w:rFonts w:hint="cs"/>
          <w:b w:val="0"/>
          <w:color w:val="000000" w:themeColor="text1"/>
          <w:szCs w:val="26"/>
          <w:rtl/>
        </w:rPr>
        <w:t>ی</w:t>
      </w:r>
      <w:r w:rsidRPr="002F751A">
        <w:rPr>
          <w:b w:val="0"/>
          <w:color w:val="000000" w:themeColor="text1"/>
          <w:szCs w:val="26"/>
          <w:rtl/>
        </w:rPr>
        <w:t xml:space="preserve"> سطح</w:t>
      </w:r>
      <w:r w:rsidRPr="002F751A">
        <w:rPr>
          <w:rFonts w:hint="cs"/>
          <w:b w:val="0"/>
          <w:color w:val="000000" w:themeColor="text1"/>
          <w:szCs w:val="26"/>
          <w:rtl/>
        </w:rPr>
        <w:t>ی</w:t>
      </w:r>
      <w:r w:rsidRPr="002F751A">
        <w:rPr>
          <w:b w:val="0"/>
          <w:color w:val="000000" w:themeColor="text1"/>
          <w:szCs w:val="26"/>
          <w:rtl/>
        </w:rPr>
        <w:t xml:space="preserve"> را ب</w:t>
      </w:r>
      <w:r w:rsidRPr="002F751A">
        <w:rPr>
          <w:rFonts w:hint="cs"/>
          <w:b w:val="0"/>
          <w:color w:val="000000" w:themeColor="text1"/>
          <w:szCs w:val="26"/>
          <w:rtl/>
        </w:rPr>
        <w:t>یشتر</w:t>
      </w:r>
      <w:r w:rsidRPr="002F751A">
        <w:rPr>
          <w:b w:val="0"/>
          <w:color w:val="000000" w:themeColor="text1"/>
          <w:szCs w:val="26"/>
          <w:rtl/>
        </w:rPr>
        <w:t xml:space="preserve"> م</w:t>
      </w:r>
      <w:r w:rsidRPr="002F751A">
        <w:rPr>
          <w:rFonts w:hint="cs"/>
          <w:b w:val="0"/>
          <w:color w:val="000000" w:themeColor="text1"/>
          <w:szCs w:val="26"/>
          <w:rtl/>
        </w:rPr>
        <w:t>ی‌کند</w:t>
      </w:r>
      <w:r w:rsidRPr="002F751A">
        <w:rPr>
          <w:b w:val="0"/>
          <w:color w:val="000000" w:themeColor="text1"/>
          <w:szCs w:val="26"/>
        </w:rPr>
        <w:t>.</w:t>
      </w:r>
    </w:p>
    <w:p w14:paraId="03B15D49" w14:textId="68A1BFB4" w:rsidR="002F751A" w:rsidRDefault="002F751A" w:rsidP="002F751A">
      <w:pPr>
        <w:pStyle w:val="SubFA"/>
        <w:keepNext/>
        <w:bidi/>
        <w:rPr>
          <w:b w:val="0"/>
          <w:color w:val="000000" w:themeColor="text1"/>
          <w:szCs w:val="26"/>
          <w:rtl/>
        </w:rPr>
      </w:pPr>
      <w:r w:rsidRPr="002F751A">
        <w:rPr>
          <w:rFonts w:hint="cs"/>
          <w:b w:val="0"/>
          <w:color w:val="000000" w:themeColor="text1"/>
          <w:szCs w:val="26"/>
          <w:rtl/>
        </w:rPr>
        <w:t>پیامد</w:t>
      </w:r>
      <w:r w:rsidRPr="002F751A">
        <w:rPr>
          <w:b w:val="0"/>
          <w:color w:val="000000" w:themeColor="text1"/>
          <w:szCs w:val="26"/>
          <w:rtl/>
        </w:rPr>
        <w:t xml:space="preserve"> سوم، اثر منف</w:t>
      </w:r>
      <w:r w:rsidRPr="002F751A">
        <w:rPr>
          <w:rFonts w:hint="cs"/>
          <w:b w:val="0"/>
          <w:color w:val="000000" w:themeColor="text1"/>
          <w:szCs w:val="26"/>
          <w:rtl/>
        </w:rPr>
        <w:t>ی</w:t>
      </w:r>
      <w:r w:rsidRPr="002F751A">
        <w:rPr>
          <w:b w:val="0"/>
          <w:color w:val="000000" w:themeColor="text1"/>
          <w:szCs w:val="26"/>
          <w:rtl/>
        </w:rPr>
        <w:t xml:space="preserve"> بر بزه‌د</w:t>
      </w:r>
      <w:r w:rsidRPr="002F751A">
        <w:rPr>
          <w:rFonts w:hint="cs"/>
          <w:b w:val="0"/>
          <w:color w:val="000000" w:themeColor="text1"/>
          <w:szCs w:val="26"/>
          <w:rtl/>
        </w:rPr>
        <w:t>یدگان</w:t>
      </w:r>
      <w:r w:rsidRPr="002F751A">
        <w:rPr>
          <w:b w:val="0"/>
          <w:color w:val="000000" w:themeColor="text1"/>
          <w:szCs w:val="26"/>
          <w:rtl/>
        </w:rPr>
        <w:t xml:space="preserve"> واقع</w:t>
      </w:r>
      <w:r w:rsidRPr="002F751A">
        <w:rPr>
          <w:rFonts w:hint="cs"/>
          <w:b w:val="0"/>
          <w:color w:val="000000" w:themeColor="text1"/>
          <w:szCs w:val="26"/>
          <w:rtl/>
        </w:rPr>
        <w:t>ی</w:t>
      </w:r>
      <w:r w:rsidRPr="002F751A">
        <w:rPr>
          <w:b w:val="0"/>
          <w:color w:val="000000" w:themeColor="text1"/>
          <w:szCs w:val="26"/>
          <w:rtl/>
        </w:rPr>
        <w:t xml:space="preserve"> است. هرچه کارکنان و قضات ب</w:t>
      </w:r>
      <w:r w:rsidRPr="002F751A">
        <w:rPr>
          <w:rFonts w:hint="cs"/>
          <w:b w:val="0"/>
          <w:color w:val="000000" w:themeColor="text1"/>
          <w:szCs w:val="26"/>
          <w:rtl/>
        </w:rPr>
        <w:t>یشتر</w:t>
      </w:r>
      <w:r w:rsidRPr="002F751A">
        <w:rPr>
          <w:b w:val="0"/>
          <w:color w:val="000000" w:themeColor="text1"/>
          <w:szCs w:val="26"/>
          <w:rtl/>
        </w:rPr>
        <w:t xml:space="preserve"> با شکا</w:t>
      </w:r>
      <w:r w:rsidRPr="002F751A">
        <w:rPr>
          <w:rFonts w:hint="cs"/>
          <w:b w:val="0"/>
          <w:color w:val="000000" w:themeColor="text1"/>
          <w:szCs w:val="26"/>
          <w:rtl/>
        </w:rPr>
        <w:t>یت‌های</w:t>
      </w:r>
      <w:r w:rsidRPr="002F751A">
        <w:rPr>
          <w:b w:val="0"/>
          <w:color w:val="000000" w:themeColor="text1"/>
          <w:szCs w:val="26"/>
          <w:rtl/>
        </w:rPr>
        <w:t xml:space="preserve"> آزارگرانه مواجه شوند، احتمال شکل‌گ</w:t>
      </w:r>
      <w:r w:rsidRPr="002F751A">
        <w:rPr>
          <w:rFonts w:hint="cs"/>
          <w:b w:val="0"/>
          <w:color w:val="000000" w:themeColor="text1"/>
          <w:szCs w:val="26"/>
          <w:rtl/>
        </w:rPr>
        <w:t>یری</w:t>
      </w:r>
      <w:r w:rsidRPr="002F751A">
        <w:rPr>
          <w:b w:val="0"/>
          <w:color w:val="000000" w:themeColor="text1"/>
          <w:szCs w:val="26"/>
          <w:rtl/>
        </w:rPr>
        <w:t xml:space="preserve"> بدب</w:t>
      </w:r>
      <w:r w:rsidRPr="002F751A">
        <w:rPr>
          <w:rFonts w:hint="cs"/>
          <w:b w:val="0"/>
          <w:color w:val="000000" w:themeColor="text1"/>
          <w:szCs w:val="26"/>
          <w:rtl/>
        </w:rPr>
        <w:t>ینی</w:t>
      </w:r>
      <w:r w:rsidRPr="002F751A">
        <w:rPr>
          <w:b w:val="0"/>
          <w:color w:val="000000" w:themeColor="text1"/>
          <w:szCs w:val="26"/>
          <w:rtl/>
        </w:rPr>
        <w:t xml:space="preserve"> سازمان</w:t>
      </w:r>
      <w:r w:rsidRPr="002F751A">
        <w:rPr>
          <w:rFonts w:hint="cs"/>
          <w:b w:val="0"/>
          <w:color w:val="000000" w:themeColor="text1"/>
          <w:szCs w:val="26"/>
          <w:rtl/>
        </w:rPr>
        <w:t>ی</w:t>
      </w:r>
      <w:r w:rsidRPr="002F751A">
        <w:rPr>
          <w:b w:val="0"/>
          <w:color w:val="000000" w:themeColor="text1"/>
          <w:szCs w:val="26"/>
          <w:rtl/>
        </w:rPr>
        <w:t xml:space="preserve"> افزا</w:t>
      </w:r>
      <w:r w:rsidRPr="002F751A">
        <w:rPr>
          <w:rFonts w:hint="cs"/>
          <w:b w:val="0"/>
          <w:color w:val="000000" w:themeColor="text1"/>
          <w:szCs w:val="26"/>
          <w:rtl/>
        </w:rPr>
        <w:t>یش</w:t>
      </w:r>
      <w:r w:rsidRPr="002F751A">
        <w:rPr>
          <w:b w:val="0"/>
          <w:color w:val="000000" w:themeColor="text1"/>
          <w:szCs w:val="26"/>
          <w:rtl/>
        </w:rPr>
        <w:t xml:space="preserve"> م</w:t>
      </w:r>
      <w:r w:rsidRPr="002F751A">
        <w:rPr>
          <w:rFonts w:hint="cs"/>
          <w:b w:val="0"/>
          <w:color w:val="000000" w:themeColor="text1"/>
          <w:szCs w:val="26"/>
          <w:rtl/>
        </w:rPr>
        <w:t>ی‌یابد</w:t>
      </w:r>
      <w:r w:rsidRPr="002F751A">
        <w:rPr>
          <w:b w:val="0"/>
          <w:color w:val="000000" w:themeColor="text1"/>
          <w:szCs w:val="26"/>
          <w:rtl/>
        </w:rPr>
        <w:t>. نت</w:t>
      </w:r>
      <w:r w:rsidRPr="002F751A">
        <w:rPr>
          <w:rFonts w:hint="cs"/>
          <w:b w:val="0"/>
          <w:color w:val="000000" w:themeColor="text1"/>
          <w:szCs w:val="26"/>
          <w:rtl/>
        </w:rPr>
        <w:t>یجه</w:t>
      </w:r>
      <w:r w:rsidRPr="002F751A">
        <w:rPr>
          <w:b w:val="0"/>
          <w:color w:val="000000" w:themeColor="text1"/>
          <w:szCs w:val="26"/>
          <w:rtl/>
        </w:rPr>
        <w:t xml:space="preserve"> پارادوکس</w:t>
      </w:r>
      <w:r w:rsidRPr="002F751A">
        <w:rPr>
          <w:rFonts w:hint="cs"/>
          <w:b w:val="0"/>
          <w:color w:val="000000" w:themeColor="text1"/>
          <w:szCs w:val="26"/>
          <w:rtl/>
        </w:rPr>
        <w:t>یکال</w:t>
      </w:r>
      <w:r w:rsidRPr="002F751A">
        <w:rPr>
          <w:b w:val="0"/>
          <w:color w:val="000000" w:themeColor="text1"/>
          <w:szCs w:val="26"/>
          <w:rtl/>
        </w:rPr>
        <w:t xml:space="preserve"> آن است که رفتار گروه</w:t>
      </w:r>
      <w:r w:rsidRPr="002F751A">
        <w:rPr>
          <w:rFonts w:hint="cs"/>
          <w:b w:val="0"/>
          <w:color w:val="000000" w:themeColor="text1"/>
          <w:szCs w:val="26"/>
          <w:rtl/>
        </w:rPr>
        <w:t>ی</w:t>
      </w:r>
      <w:r w:rsidRPr="002F751A">
        <w:rPr>
          <w:b w:val="0"/>
          <w:color w:val="000000" w:themeColor="text1"/>
          <w:szCs w:val="26"/>
          <w:rtl/>
        </w:rPr>
        <w:t xml:space="preserve"> اندک، اعتماد به شکا</w:t>
      </w:r>
      <w:r w:rsidRPr="002F751A">
        <w:rPr>
          <w:rFonts w:hint="cs"/>
          <w:b w:val="0"/>
          <w:color w:val="000000" w:themeColor="text1"/>
          <w:szCs w:val="26"/>
          <w:rtl/>
        </w:rPr>
        <w:t>یت</w:t>
      </w:r>
      <w:r w:rsidRPr="002F751A">
        <w:rPr>
          <w:b w:val="0"/>
          <w:color w:val="000000" w:themeColor="text1"/>
          <w:szCs w:val="26"/>
          <w:rtl/>
        </w:rPr>
        <w:t xml:space="preserve"> سا</w:t>
      </w:r>
      <w:r w:rsidRPr="002F751A">
        <w:rPr>
          <w:rFonts w:hint="cs"/>
          <w:b w:val="0"/>
          <w:color w:val="000000" w:themeColor="text1"/>
          <w:szCs w:val="26"/>
          <w:rtl/>
        </w:rPr>
        <w:t>یرین</w:t>
      </w:r>
      <w:r w:rsidRPr="002F751A">
        <w:rPr>
          <w:b w:val="0"/>
          <w:color w:val="000000" w:themeColor="text1"/>
          <w:szCs w:val="26"/>
          <w:rtl/>
        </w:rPr>
        <w:t xml:space="preserve"> را کاهش م</w:t>
      </w:r>
      <w:r w:rsidRPr="002F751A">
        <w:rPr>
          <w:rFonts w:hint="cs"/>
          <w:b w:val="0"/>
          <w:color w:val="000000" w:themeColor="text1"/>
          <w:szCs w:val="26"/>
          <w:rtl/>
        </w:rPr>
        <w:t>ی‌دهد</w:t>
      </w:r>
      <w:r w:rsidRPr="002F751A">
        <w:rPr>
          <w:b w:val="0"/>
          <w:color w:val="000000" w:themeColor="text1"/>
          <w:szCs w:val="26"/>
          <w:rtl/>
        </w:rPr>
        <w:t>. به هم</w:t>
      </w:r>
      <w:r w:rsidRPr="002F751A">
        <w:rPr>
          <w:rFonts w:hint="cs"/>
          <w:b w:val="0"/>
          <w:color w:val="000000" w:themeColor="text1"/>
          <w:szCs w:val="26"/>
          <w:rtl/>
        </w:rPr>
        <w:t>ین</w:t>
      </w:r>
      <w:r w:rsidRPr="002F751A">
        <w:rPr>
          <w:b w:val="0"/>
          <w:color w:val="000000" w:themeColor="text1"/>
          <w:szCs w:val="26"/>
          <w:rtl/>
        </w:rPr>
        <w:t xml:space="preserve"> دل</w:t>
      </w:r>
      <w:r w:rsidRPr="002F751A">
        <w:rPr>
          <w:rFonts w:hint="cs"/>
          <w:b w:val="0"/>
          <w:color w:val="000000" w:themeColor="text1"/>
          <w:szCs w:val="26"/>
          <w:rtl/>
        </w:rPr>
        <w:t>یل</w:t>
      </w:r>
      <w:r w:rsidRPr="002F751A">
        <w:rPr>
          <w:b w:val="0"/>
          <w:color w:val="000000" w:themeColor="text1"/>
          <w:szCs w:val="26"/>
          <w:rtl/>
        </w:rPr>
        <w:t xml:space="preserve"> مقاب</w:t>
      </w:r>
      <w:r w:rsidRPr="002F751A">
        <w:rPr>
          <w:rFonts w:hint="cs"/>
          <w:b w:val="0"/>
          <w:color w:val="000000" w:themeColor="text1"/>
          <w:szCs w:val="26"/>
          <w:rtl/>
        </w:rPr>
        <w:t>له</w:t>
      </w:r>
      <w:r w:rsidRPr="002F751A">
        <w:rPr>
          <w:b w:val="0"/>
          <w:color w:val="000000" w:themeColor="text1"/>
          <w:szCs w:val="26"/>
          <w:rtl/>
        </w:rPr>
        <w:t xml:space="preserve"> با سوءاستفاده، در نها</w:t>
      </w:r>
      <w:r w:rsidRPr="002F751A">
        <w:rPr>
          <w:rFonts w:hint="cs"/>
          <w:b w:val="0"/>
          <w:color w:val="000000" w:themeColor="text1"/>
          <w:szCs w:val="26"/>
          <w:rtl/>
        </w:rPr>
        <w:t>یت</w:t>
      </w:r>
      <w:r w:rsidRPr="002F751A">
        <w:rPr>
          <w:b w:val="0"/>
          <w:color w:val="000000" w:themeColor="text1"/>
          <w:szCs w:val="26"/>
          <w:rtl/>
        </w:rPr>
        <w:t xml:space="preserve"> بخش</w:t>
      </w:r>
      <w:r w:rsidRPr="002F751A">
        <w:rPr>
          <w:rFonts w:hint="cs"/>
          <w:b w:val="0"/>
          <w:color w:val="000000" w:themeColor="text1"/>
          <w:szCs w:val="26"/>
          <w:rtl/>
        </w:rPr>
        <w:t>ی</w:t>
      </w:r>
      <w:r w:rsidRPr="002F751A">
        <w:rPr>
          <w:b w:val="0"/>
          <w:color w:val="000000" w:themeColor="text1"/>
          <w:szCs w:val="26"/>
          <w:rtl/>
        </w:rPr>
        <w:t xml:space="preserve"> از س</w:t>
      </w:r>
      <w:r w:rsidRPr="002F751A">
        <w:rPr>
          <w:rFonts w:hint="cs"/>
          <w:b w:val="0"/>
          <w:color w:val="000000" w:themeColor="text1"/>
          <w:szCs w:val="26"/>
          <w:rtl/>
        </w:rPr>
        <w:t>یاست</w:t>
      </w:r>
      <w:r w:rsidRPr="002F751A">
        <w:rPr>
          <w:b w:val="0"/>
          <w:color w:val="000000" w:themeColor="text1"/>
          <w:szCs w:val="26"/>
          <w:rtl/>
        </w:rPr>
        <w:t xml:space="preserve"> حما</w:t>
      </w:r>
      <w:r w:rsidRPr="002F751A">
        <w:rPr>
          <w:rFonts w:hint="cs"/>
          <w:b w:val="0"/>
          <w:color w:val="000000" w:themeColor="text1"/>
          <w:szCs w:val="26"/>
          <w:rtl/>
        </w:rPr>
        <w:t>یت</w:t>
      </w:r>
      <w:r w:rsidRPr="002F751A">
        <w:rPr>
          <w:b w:val="0"/>
          <w:color w:val="000000" w:themeColor="text1"/>
          <w:szCs w:val="26"/>
          <w:rtl/>
        </w:rPr>
        <w:t xml:space="preserve"> از بزه‌د</w:t>
      </w:r>
      <w:r w:rsidRPr="002F751A">
        <w:rPr>
          <w:rFonts w:hint="cs"/>
          <w:b w:val="0"/>
          <w:color w:val="000000" w:themeColor="text1"/>
          <w:szCs w:val="26"/>
          <w:rtl/>
        </w:rPr>
        <w:t>یده</w:t>
      </w:r>
      <w:r w:rsidRPr="002F751A">
        <w:rPr>
          <w:b w:val="0"/>
          <w:color w:val="000000" w:themeColor="text1"/>
          <w:szCs w:val="26"/>
          <w:rtl/>
        </w:rPr>
        <w:t xml:space="preserve"> ن</w:t>
      </w:r>
      <w:r w:rsidRPr="002F751A">
        <w:rPr>
          <w:rFonts w:hint="cs"/>
          <w:b w:val="0"/>
          <w:color w:val="000000" w:themeColor="text1"/>
          <w:szCs w:val="26"/>
          <w:rtl/>
        </w:rPr>
        <w:t>یز</w:t>
      </w:r>
      <w:r w:rsidRPr="002F751A">
        <w:rPr>
          <w:b w:val="0"/>
          <w:color w:val="000000" w:themeColor="text1"/>
          <w:szCs w:val="26"/>
          <w:rtl/>
        </w:rPr>
        <w:t xml:space="preserve"> هست</w:t>
      </w:r>
      <w:r w:rsidRPr="002F751A">
        <w:rPr>
          <w:b w:val="0"/>
          <w:color w:val="000000" w:themeColor="text1"/>
          <w:szCs w:val="26"/>
        </w:rPr>
        <w:t>.</w:t>
      </w:r>
    </w:p>
    <w:p w14:paraId="2044575A" w14:textId="77777777" w:rsidR="00B800F5" w:rsidRPr="002F751A" w:rsidRDefault="00B800F5" w:rsidP="00B800F5">
      <w:pPr>
        <w:pStyle w:val="SubFA"/>
        <w:keepNext/>
        <w:bidi/>
        <w:rPr>
          <w:b w:val="0"/>
          <w:color w:val="000000" w:themeColor="text1"/>
          <w:szCs w:val="26"/>
          <w:rtl/>
        </w:rPr>
      </w:pPr>
    </w:p>
    <w:p w14:paraId="46547BC2" w14:textId="0A0483E0" w:rsidR="002F751A" w:rsidRPr="00B800F5" w:rsidRDefault="00B800F5" w:rsidP="002F751A">
      <w:pPr>
        <w:pStyle w:val="SubFA"/>
        <w:keepNext/>
        <w:bidi/>
        <w:rPr>
          <w:bCs/>
          <w:color w:val="000000" w:themeColor="text1"/>
          <w:szCs w:val="26"/>
          <w:rtl/>
        </w:rPr>
      </w:pPr>
      <w:r w:rsidRPr="00B800F5">
        <w:rPr>
          <w:rFonts w:hint="cs"/>
          <w:bCs/>
          <w:color w:val="000000" w:themeColor="text1"/>
          <w:szCs w:val="26"/>
          <w:rtl/>
          <w:lang w:bidi="fa-IR"/>
        </w:rPr>
        <w:t>7</w:t>
      </w:r>
      <w:r w:rsidR="002F751A" w:rsidRPr="00B800F5">
        <w:rPr>
          <w:bCs/>
          <w:color w:val="000000" w:themeColor="text1"/>
          <w:szCs w:val="26"/>
          <w:lang w:bidi="fa-IR"/>
        </w:rPr>
        <w:t xml:space="preserve">- </w:t>
      </w:r>
      <w:r w:rsidR="002F751A" w:rsidRPr="00B800F5">
        <w:rPr>
          <w:bCs/>
          <w:color w:val="000000" w:themeColor="text1"/>
          <w:szCs w:val="26"/>
          <w:rtl/>
          <w:lang w:bidi="fa-IR"/>
        </w:rPr>
        <w:t>نقد سه راه‌حل ساده‌انگارانه</w:t>
      </w:r>
    </w:p>
    <w:p w14:paraId="321C8AD5" w14:textId="201D4D91" w:rsidR="002F751A" w:rsidRPr="00B800F5" w:rsidRDefault="00B800F5" w:rsidP="002F751A">
      <w:pPr>
        <w:pStyle w:val="SubFA"/>
        <w:keepNext/>
        <w:bidi/>
        <w:rPr>
          <w:bCs/>
          <w:color w:val="000000" w:themeColor="text1"/>
          <w:szCs w:val="26"/>
          <w:rtl/>
        </w:rPr>
      </w:pPr>
      <w:r w:rsidRPr="00B800F5">
        <w:rPr>
          <w:rFonts w:hint="cs"/>
          <w:bCs/>
          <w:color w:val="000000" w:themeColor="text1"/>
          <w:szCs w:val="26"/>
          <w:rtl/>
          <w:lang w:bidi="fa-IR"/>
        </w:rPr>
        <w:t>1</w:t>
      </w:r>
      <w:r w:rsidR="002F751A" w:rsidRPr="00B800F5">
        <w:rPr>
          <w:bCs/>
          <w:color w:val="000000" w:themeColor="text1"/>
          <w:szCs w:val="26"/>
          <w:rtl/>
          <w:lang w:bidi="fa-IR"/>
        </w:rPr>
        <w:t>-</w:t>
      </w:r>
      <w:r w:rsidRPr="00B800F5">
        <w:rPr>
          <w:rFonts w:hint="cs"/>
          <w:bCs/>
          <w:color w:val="000000" w:themeColor="text1"/>
          <w:szCs w:val="26"/>
          <w:rtl/>
          <w:lang w:bidi="fa-IR"/>
        </w:rPr>
        <w:t>7</w:t>
      </w:r>
      <w:r w:rsidR="002F751A" w:rsidRPr="00B800F5">
        <w:rPr>
          <w:bCs/>
          <w:color w:val="000000" w:themeColor="text1"/>
          <w:szCs w:val="26"/>
          <w:lang w:bidi="fa-IR"/>
        </w:rPr>
        <w:t xml:space="preserve">- </w:t>
      </w:r>
      <w:r w:rsidR="002F751A" w:rsidRPr="00B800F5">
        <w:rPr>
          <w:bCs/>
          <w:color w:val="000000" w:themeColor="text1"/>
          <w:szCs w:val="26"/>
          <w:rtl/>
          <w:lang w:bidi="fa-IR"/>
        </w:rPr>
        <w:t>جرم‌انگار</w:t>
      </w:r>
      <w:r w:rsidR="002F751A" w:rsidRPr="00B800F5">
        <w:rPr>
          <w:rFonts w:hint="cs"/>
          <w:bCs/>
          <w:color w:val="000000" w:themeColor="text1"/>
          <w:szCs w:val="26"/>
          <w:rtl/>
          <w:lang w:bidi="fa-IR"/>
        </w:rPr>
        <w:t>ی</w:t>
      </w:r>
      <w:r w:rsidR="002F751A" w:rsidRPr="00B800F5">
        <w:rPr>
          <w:bCs/>
          <w:color w:val="000000" w:themeColor="text1"/>
          <w:szCs w:val="26"/>
          <w:rtl/>
          <w:lang w:bidi="fa-IR"/>
        </w:rPr>
        <w:t xml:space="preserve"> کل</w:t>
      </w:r>
      <w:r w:rsidR="002F751A" w:rsidRPr="00B800F5">
        <w:rPr>
          <w:rFonts w:hint="cs"/>
          <w:bCs/>
          <w:color w:val="000000" w:themeColor="text1"/>
          <w:szCs w:val="26"/>
          <w:rtl/>
          <w:lang w:bidi="fa-IR"/>
        </w:rPr>
        <w:t>ی</w:t>
      </w:r>
      <w:r w:rsidR="002F751A" w:rsidRPr="00B800F5">
        <w:rPr>
          <w:bCs/>
          <w:color w:val="000000" w:themeColor="text1"/>
          <w:szCs w:val="26"/>
          <w:rtl/>
          <w:lang w:bidi="fa-IR"/>
        </w:rPr>
        <w:t xml:space="preserve"> «شکا</w:t>
      </w:r>
      <w:r w:rsidR="002F751A" w:rsidRPr="00B800F5">
        <w:rPr>
          <w:rFonts w:hint="cs"/>
          <w:bCs/>
          <w:color w:val="000000" w:themeColor="text1"/>
          <w:szCs w:val="26"/>
          <w:rtl/>
          <w:lang w:bidi="fa-IR"/>
        </w:rPr>
        <w:t>یت</w:t>
      </w:r>
      <w:r w:rsidR="002F751A" w:rsidRPr="00B800F5">
        <w:rPr>
          <w:bCs/>
          <w:color w:val="000000" w:themeColor="text1"/>
          <w:szCs w:val="26"/>
          <w:rtl/>
          <w:lang w:bidi="fa-IR"/>
        </w:rPr>
        <w:t xml:space="preserve"> واه</w:t>
      </w:r>
      <w:r w:rsidR="002F751A" w:rsidRPr="00B800F5">
        <w:rPr>
          <w:rFonts w:hint="cs"/>
          <w:bCs/>
          <w:color w:val="000000" w:themeColor="text1"/>
          <w:szCs w:val="26"/>
          <w:rtl/>
          <w:lang w:bidi="fa-IR"/>
        </w:rPr>
        <w:t>ی</w:t>
      </w:r>
      <w:r w:rsidRPr="00B800F5">
        <w:rPr>
          <w:rFonts w:hint="cs"/>
          <w:bCs/>
          <w:color w:val="000000" w:themeColor="text1"/>
          <w:szCs w:val="26"/>
          <w:rtl/>
        </w:rPr>
        <w:t>»</w:t>
      </w:r>
    </w:p>
    <w:p w14:paraId="0C06E08E" w14:textId="10E0BBB1" w:rsidR="002F751A" w:rsidRDefault="002F751A" w:rsidP="002F751A">
      <w:pPr>
        <w:pStyle w:val="SubFA"/>
        <w:keepNext/>
        <w:bidi/>
        <w:rPr>
          <w:b w:val="0"/>
          <w:color w:val="000000" w:themeColor="text1"/>
          <w:szCs w:val="26"/>
          <w:rtl/>
        </w:rPr>
      </w:pPr>
      <w:r w:rsidRPr="002F751A">
        <w:rPr>
          <w:rFonts w:hint="cs"/>
          <w:b w:val="0"/>
          <w:color w:val="000000" w:themeColor="text1"/>
          <w:szCs w:val="26"/>
          <w:rtl/>
        </w:rPr>
        <w:t>ایجاد</w:t>
      </w:r>
      <w:r w:rsidRPr="002F751A">
        <w:rPr>
          <w:b w:val="0"/>
          <w:color w:val="000000" w:themeColor="text1"/>
          <w:szCs w:val="26"/>
          <w:rtl/>
        </w:rPr>
        <w:t xml:space="preserve"> جرم مستقل</w:t>
      </w:r>
      <w:r w:rsidRPr="002F751A">
        <w:rPr>
          <w:rFonts w:hint="cs"/>
          <w:b w:val="0"/>
          <w:color w:val="000000" w:themeColor="text1"/>
          <w:szCs w:val="26"/>
          <w:rtl/>
        </w:rPr>
        <w:t>ی</w:t>
      </w:r>
      <w:r w:rsidRPr="002F751A">
        <w:rPr>
          <w:b w:val="0"/>
          <w:color w:val="000000" w:themeColor="text1"/>
          <w:szCs w:val="26"/>
          <w:rtl/>
        </w:rPr>
        <w:t xml:space="preserve"> با عنوان مبهم «شکا</w:t>
      </w:r>
      <w:r w:rsidRPr="002F751A">
        <w:rPr>
          <w:rFonts w:hint="cs"/>
          <w:b w:val="0"/>
          <w:color w:val="000000" w:themeColor="text1"/>
          <w:szCs w:val="26"/>
          <w:rtl/>
        </w:rPr>
        <w:t>یت</w:t>
      </w:r>
      <w:r w:rsidRPr="002F751A">
        <w:rPr>
          <w:b w:val="0"/>
          <w:color w:val="000000" w:themeColor="text1"/>
          <w:szCs w:val="26"/>
          <w:rtl/>
        </w:rPr>
        <w:t xml:space="preserve"> واه</w:t>
      </w:r>
      <w:r w:rsidRPr="002F751A">
        <w:rPr>
          <w:rFonts w:hint="cs"/>
          <w:b w:val="0"/>
          <w:color w:val="000000" w:themeColor="text1"/>
          <w:szCs w:val="26"/>
          <w:rtl/>
        </w:rPr>
        <w:t>ی</w:t>
      </w:r>
      <w:r w:rsidRPr="002F751A">
        <w:rPr>
          <w:rFonts w:hint="eastAsia"/>
          <w:b w:val="0"/>
          <w:color w:val="000000" w:themeColor="text1"/>
          <w:szCs w:val="26"/>
          <w:rtl/>
        </w:rPr>
        <w:t>»</w:t>
      </w:r>
      <w:r w:rsidRPr="002F751A">
        <w:rPr>
          <w:b w:val="0"/>
          <w:color w:val="000000" w:themeColor="text1"/>
          <w:szCs w:val="26"/>
          <w:rtl/>
        </w:rPr>
        <w:t xml:space="preserve"> در نگاه نخست جذاب است، اما با اصل قانون</w:t>
      </w:r>
      <w:r w:rsidRPr="002F751A">
        <w:rPr>
          <w:rFonts w:hint="cs"/>
          <w:b w:val="0"/>
          <w:color w:val="000000" w:themeColor="text1"/>
          <w:szCs w:val="26"/>
          <w:rtl/>
        </w:rPr>
        <w:t>ی</w:t>
      </w:r>
      <w:r w:rsidRPr="002F751A">
        <w:rPr>
          <w:b w:val="0"/>
          <w:color w:val="000000" w:themeColor="text1"/>
          <w:szCs w:val="26"/>
          <w:rtl/>
        </w:rPr>
        <w:t xml:space="preserve"> بودن و ضرورت قطع</w:t>
      </w:r>
      <w:r w:rsidRPr="002F751A">
        <w:rPr>
          <w:rFonts w:hint="cs"/>
          <w:b w:val="0"/>
          <w:color w:val="000000" w:themeColor="text1"/>
          <w:szCs w:val="26"/>
          <w:rtl/>
        </w:rPr>
        <w:t>یت</w:t>
      </w:r>
      <w:r w:rsidRPr="002F751A">
        <w:rPr>
          <w:b w:val="0"/>
          <w:color w:val="000000" w:themeColor="text1"/>
          <w:szCs w:val="26"/>
          <w:rtl/>
        </w:rPr>
        <w:t xml:space="preserve"> مفاه</w:t>
      </w:r>
      <w:r w:rsidRPr="002F751A">
        <w:rPr>
          <w:rFonts w:hint="cs"/>
          <w:b w:val="0"/>
          <w:color w:val="000000" w:themeColor="text1"/>
          <w:szCs w:val="26"/>
          <w:rtl/>
        </w:rPr>
        <w:t>یم</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مشکل دارد. واژه واه</w:t>
      </w:r>
      <w:r w:rsidRPr="002F751A">
        <w:rPr>
          <w:rFonts w:hint="cs"/>
          <w:b w:val="0"/>
          <w:color w:val="000000" w:themeColor="text1"/>
          <w:szCs w:val="26"/>
          <w:rtl/>
        </w:rPr>
        <w:t>ی</w:t>
      </w:r>
      <w:r w:rsidRPr="002F751A">
        <w:rPr>
          <w:b w:val="0"/>
          <w:color w:val="000000" w:themeColor="text1"/>
          <w:szCs w:val="26"/>
          <w:rtl/>
        </w:rPr>
        <w:t xml:space="preserve"> م</w:t>
      </w:r>
      <w:r w:rsidRPr="002F751A">
        <w:rPr>
          <w:rFonts w:hint="cs"/>
          <w:b w:val="0"/>
          <w:color w:val="000000" w:themeColor="text1"/>
          <w:szCs w:val="26"/>
          <w:rtl/>
        </w:rPr>
        <w:t>ی‌تواند</w:t>
      </w:r>
      <w:r w:rsidRPr="002F751A">
        <w:rPr>
          <w:b w:val="0"/>
          <w:color w:val="000000" w:themeColor="text1"/>
          <w:szCs w:val="26"/>
          <w:rtl/>
        </w:rPr>
        <w:t xml:space="preserve"> از فقدان دل</w:t>
      </w:r>
      <w:r w:rsidRPr="002F751A">
        <w:rPr>
          <w:rFonts w:hint="cs"/>
          <w:b w:val="0"/>
          <w:color w:val="000000" w:themeColor="text1"/>
          <w:szCs w:val="26"/>
          <w:rtl/>
        </w:rPr>
        <w:t>یل</w:t>
      </w:r>
      <w:r w:rsidRPr="002F751A">
        <w:rPr>
          <w:b w:val="0"/>
          <w:color w:val="000000" w:themeColor="text1"/>
          <w:szCs w:val="26"/>
          <w:rtl/>
        </w:rPr>
        <w:t xml:space="preserve"> تا شکست نها</w:t>
      </w:r>
      <w:r w:rsidRPr="002F751A">
        <w:rPr>
          <w:rFonts w:hint="cs"/>
          <w:b w:val="0"/>
          <w:color w:val="000000" w:themeColor="text1"/>
          <w:szCs w:val="26"/>
          <w:rtl/>
        </w:rPr>
        <w:t>یی</w:t>
      </w:r>
      <w:r w:rsidRPr="002F751A">
        <w:rPr>
          <w:b w:val="0"/>
          <w:color w:val="000000" w:themeColor="text1"/>
          <w:szCs w:val="26"/>
          <w:rtl/>
        </w:rPr>
        <w:t xml:space="preserve"> پرونده </w:t>
      </w:r>
      <w:r w:rsidRPr="002F751A">
        <w:rPr>
          <w:rFonts w:hint="cs"/>
          <w:b w:val="0"/>
          <w:color w:val="000000" w:themeColor="text1"/>
          <w:szCs w:val="26"/>
          <w:rtl/>
        </w:rPr>
        <w:t>یا</w:t>
      </w:r>
      <w:r w:rsidRPr="002F751A">
        <w:rPr>
          <w:b w:val="0"/>
          <w:color w:val="000000" w:themeColor="text1"/>
          <w:szCs w:val="26"/>
          <w:rtl/>
        </w:rPr>
        <w:t xml:space="preserve"> حت</w:t>
      </w:r>
      <w:r w:rsidRPr="002F751A">
        <w:rPr>
          <w:rFonts w:hint="cs"/>
          <w:b w:val="0"/>
          <w:color w:val="000000" w:themeColor="text1"/>
          <w:szCs w:val="26"/>
          <w:rtl/>
        </w:rPr>
        <w:t>ی</w:t>
      </w:r>
      <w:r w:rsidRPr="002F751A">
        <w:rPr>
          <w:b w:val="0"/>
          <w:color w:val="000000" w:themeColor="text1"/>
          <w:szCs w:val="26"/>
          <w:rtl/>
        </w:rPr>
        <w:t xml:space="preserve"> ضعف استدلال را در بر گ</w:t>
      </w:r>
      <w:r w:rsidRPr="002F751A">
        <w:rPr>
          <w:rFonts w:hint="cs"/>
          <w:b w:val="0"/>
          <w:color w:val="000000" w:themeColor="text1"/>
          <w:szCs w:val="26"/>
          <w:rtl/>
        </w:rPr>
        <w:t>یرد</w:t>
      </w:r>
      <w:r w:rsidRPr="002F751A">
        <w:rPr>
          <w:b w:val="0"/>
          <w:color w:val="000000" w:themeColor="text1"/>
          <w:szCs w:val="26"/>
          <w:rtl/>
        </w:rPr>
        <w:t xml:space="preserve">. اگر عنصر «علم </w:t>
      </w:r>
      <w:r w:rsidRPr="002F751A">
        <w:rPr>
          <w:b w:val="0"/>
          <w:color w:val="000000" w:themeColor="text1"/>
          <w:szCs w:val="26"/>
          <w:rtl/>
        </w:rPr>
        <w:lastRenderedPageBreak/>
        <w:t>به کذب» و رفتارها</w:t>
      </w:r>
      <w:r w:rsidRPr="002F751A">
        <w:rPr>
          <w:rFonts w:hint="cs"/>
          <w:b w:val="0"/>
          <w:color w:val="000000" w:themeColor="text1"/>
          <w:szCs w:val="26"/>
          <w:rtl/>
        </w:rPr>
        <w:t>ی</w:t>
      </w:r>
      <w:r w:rsidRPr="002F751A">
        <w:rPr>
          <w:b w:val="0"/>
          <w:color w:val="000000" w:themeColor="text1"/>
          <w:szCs w:val="26"/>
          <w:rtl/>
        </w:rPr>
        <w:t xml:space="preserve"> ع</w:t>
      </w:r>
      <w:r w:rsidRPr="002F751A">
        <w:rPr>
          <w:rFonts w:hint="cs"/>
          <w:b w:val="0"/>
          <w:color w:val="000000" w:themeColor="text1"/>
          <w:szCs w:val="26"/>
          <w:rtl/>
        </w:rPr>
        <w:t>ینی</w:t>
      </w:r>
      <w:r w:rsidRPr="002F751A">
        <w:rPr>
          <w:b w:val="0"/>
          <w:color w:val="000000" w:themeColor="text1"/>
          <w:szCs w:val="26"/>
          <w:rtl/>
        </w:rPr>
        <w:t xml:space="preserve"> دق</w:t>
      </w:r>
      <w:r w:rsidRPr="002F751A">
        <w:rPr>
          <w:rFonts w:hint="cs"/>
          <w:b w:val="0"/>
          <w:color w:val="000000" w:themeColor="text1"/>
          <w:szCs w:val="26"/>
          <w:rtl/>
        </w:rPr>
        <w:t>یق</w:t>
      </w:r>
      <w:r w:rsidRPr="002F751A">
        <w:rPr>
          <w:b w:val="0"/>
          <w:color w:val="000000" w:themeColor="text1"/>
          <w:szCs w:val="26"/>
          <w:rtl/>
        </w:rPr>
        <w:t xml:space="preserve"> تعر</w:t>
      </w:r>
      <w:r w:rsidRPr="002F751A">
        <w:rPr>
          <w:rFonts w:hint="cs"/>
          <w:b w:val="0"/>
          <w:color w:val="000000" w:themeColor="text1"/>
          <w:szCs w:val="26"/>
          <w:rtl/>
        </w:rPr>
        <w:t>یف</w:t>
      </w:r>
      <w:r w:rsidRPr="002F751A">
        <w:rPr>
          <w:b w:val="0"/>
          <w:color w:val="000000" w:themeColor="text1"/>
          <w:szCs w:val="26"/>
          <w:rtl/>
        </w:rPr>
        <w:t xml:space="preserve"> نشود، ا</w:t>
      </w:r>
      <w:r w:rsidRPr="002F751A">
        <w:rPr>
          <w:rFonts w:hint="cs"/>
          <w:b w:val="0"/>
          <w:color w:val="000000" w:themeColor="text1"/>
          <w:szCs w:val="26"/>
          <w:rtl/>
        </w:rPr>
        <w:t>ین</w:t>
      </w:r>
      <w:r w:rsidRPr="002F751A">
        <w:rPr>
          <w:b w:val="0"/>
          <w:color w:val="000000" w:themeColor="text1"/>
          <w:szCs w:val="26"/>
          <w:rtl/>
        </w:rPr>
        <w:t xml:space="preserve"> جرم به ابزار تهد</w:t>
      </w:r>
      <w:r w:rsidRPr="002F751A">
        <w:rPr>
          <w:rFonts w:hint="cs"/>
          <w:b w:val="0"/>
          <w:color w:val="000000" w:themeColor="text1"/>
          <w:szCs w:val="26"/>
          <w:rtl/>
        </w:rPr>
        <w:t>ید</w:t>
      </w:r>
      <w:r w:rsidRPr="002F751A">
        <w:rPr>
          <w:b w:val="0"/>
          <w:color w:val="000000" w:themeColor="text1"/>
          <w:szCs w:val="26"/>
          <w:rtl/>
        </w:rPr>
        <w:t xml:space="preserve"> بزه‌د</w:t>
      </w:r>
      <w:r w:rsidRPr="002F751A">
        <w:rPr>
          <w:rFonts w:hint="cs"/>
          <w:b w:val="0"/>
          <w:color w:val="000000" w:themeColor="text1"/>
          <w:szCs w:val="26"/>
          <w:rtl/>
        </w:rPr>
        <w:t>یدگان</w:t>
      </w:r>
      <w:r w:rsidRPr="002F751A">
        <w:rPr>
          <w:b w:val="0"/>
          <w:color w:val="000000" w:themeColor="text1"/>
          <w:szCs w:val="26"/>
          <w:rtl/>
        </w:rPr>
        <w:t xml:space="preserve"> تبد</w:t>
      </w:r>
      <w:r w:rsidRPr="002F751A">
        <w:rPr>
          <w:rFonts w:hint="cs"/>
          <w:b w:val="0"/>
          <w:color w:val="000000" w:themeColor="text1"/>
          <w:szCs w:val="26"/>
          <w:rtl/>
        </w:rPr>
        <w:t>یل</w:t>
      </w:r>
      <w:r w:rsidRPr="002F751A">
        <w:rPr>
          <w:b w:val="0"/>
          <w:color w:val="000000" w:themeColor="text1"/>
          <w:szCs w:val="26"/>
          <w:rtl/>
        </w:rPr>
        <w:t xml:space="preserve"> خواهد شد. در بس</w:t>
      </w:r>
      <w:r w:rsidRPr="002F751A">
        <w:rPr>
          <w:rFonts w:hint="cs"/>
          <w:b w:val="0"/>
          <w:color w:val="000000" w:themeColor="text1"/>
          <w:szCs w:val="26"/>
          <w:rtl/>
        </w:rPr>
        <w:t>یاری</w:t>
      </w:r>
      <w:r w:rsidRPr="002F751A">
        <w:rPr>
          <w:b w:val="0"/>
          <w:color w:val="000000" w:themeColor="text1"/>
          <w:szCs w:val="26"/>
          <w:rtl/>
        </w:rPr>
        <w:t xml:space="preserve"> موارد ن</w:t>
      </w:r>
      <w:r w:rsidRPr="002F751A">
        <w:rPr>
          <w:rFonts w:hint="cs"/>
          <w:b w:val="0"/>
          <w:color w:val="000000" w:themeColor="text1"/>
          <w:szCs w:val="26"/>
          <w:rtl/>
        </w:rPr>
        <w:t>یز</w:t>
      </w:r>
      <w:r w:rsidRPr="002F751A">
        <w:rPr>
          <w:b w:val="0"/>
          <w:color w:val="000000" w:themeColor="text1"/>
          <w:szCs w:val="26"/>
          <w:rtl/>
        </w:rPr>
        <w:t xml:space="preserve"> عناو</w:t>
      </w:r>
      <w:r w:rsidRPr="002F751A">
        <w:rPr>
          <w:rFonts w:hint="cs"/>
          <w:b w:val="0"/>
          <w:color w:val="000000" w:themeColor="text1"/>
          <w:szCs w:val="26"/>
          <w:rtl/>
        </w:rPr>
        <w:t>ین</w:t>
      </w:r>
      <w:r w:rsidRPr="002F751A">
        <w:rPr>
          <w:b w:val="0"/>
          <w:color w:val="000000" w:themeColor="text1"/>
          <w:szCs w:val="26"/>
          <w:rtl/>
        </w:rPr>
        <w:t xml:space="preserve"> موجود مانند افترا، جعل، استفاده از سند مجعول و شهادت کذب پاسخ تخصص</w:t>
      </w:r>
      <w:r w:rsidRPr="002F751A">
        <w:rPr>
          <w:rFonts w:hint="cs"/>
          <w:b w:val="0"/>
          <w:color w:val="000000" w:themeColor="text1"/>
          <w:szCs w:val="26"/>
          <w:rtl/>
        </w:rPr>
        <w:t>ی‌تری</w:t>
      </w:r>
      <w:r w:rsidRPr="002F751A">
        <w:rPr>
          <w:b w:val="0"/>
          <w:color w:val="000000" w:themeColor="text1"/>
          <w:szCs w:val="26"/>
          <w:rtl/>
        </w:rPr>
        <w:t xml:space="preserve"> ارائه م</w:t>
      </w:r>
      <w:r w:rsidRPr="002F751A">
        <w:rPr>
          <w:rFonts w:hint="cs"/>
          <w:b w:val="0"/>
          <w:color w:val="000000" w:themeColor="text1"/>
          <w:szCs w:val="26"/>
          <w:rtl/>
        </w:rPr>
        <w:t>ی‌کنند</w:t>
      </w:r>
      <w:r w:rsidRPr="002F751A">
        <w:rPr>
          <w:b w:val="0"/>
          <w:color w:val="000000" w:themeColor="text1"/>
          <w:szCs w:val="26"/>
        </w:rPr>
        <w:t>.</w:t>
      </w:r>
    </w:p>
    <w:p w14:paraId="188D40C2" w14:textId="77777777" w:rsidR="00B800F5" w:rsidRPr="002F751A" w:rsidRDefault="00B800F5" w:rsidP="00B800F5">
      <w:pPr>
        <w:pStyle w:val="SubFA"/>
        <w:keepNext/>
        <w:bidi/>
        <w:rPr>
          <w:b w:val="0"/>
          <w:color w:val="000000" w:themeColor="text1"/>
          <w:szCs w:val="26"/>
          <w:rtl/>
        </w:rPr>
      </w:pPr>
    </w:p>
    <w:p w14:paraId="7EE14C86" w14:textId="45BEC2C1" w:rsidR="002F751A" w:rsidRPr="00B800F5" w:rsidRDefault="00B800F5" w:rsidP="002F751A">
      <w:pPr>
        <w:pStyle w:val="SubFA"/>
        <w:keepNext/>
        <w:bidi/>
        <w:rPr>
          <w:bCs/>
          <w:color w:val="000000" w:themeColor="text1"/>
          <w:szCs w:val="26"/>
          <w:rtl/>
        </w:rPr>
      </w:pPr>
      <w:r w:rsidRPr="00B800F5">
        <w:rPr>
          <w:rFonts w:hint="cs"/>
          <w:bCs/>
          <w:color w:val="000000" w:themeColor="text1"/>
          <w:szCs w:val="26"/>
          <w:rtl/>
          <w:lang w:bidi="fa-IR"/>
        </w:rPr>
        <w:t>2</w:t>
      </w:r>
      <w:r w:rsidR="002F751A" w:rsidRPr="00B800F5">
        <w:rPr>
          <w:bCs/>
          <w:color w:val="000000" w:themeColor="text1"/>
          <w:szCs w:val="26"/>
          <w:rtl/>
          <w:lang w:bidi="fa-IR"/>
        </w:rPr>
        <w:t>-</w:t>
      </w:r>
      <w:r w:rsidRPr="00B800F5">
        <w:rPr>
          <w:rFonts w:hint="cs"/>
          <w:bCs/>
          <w:color w:val="000000" w:themeColor="text1"/>
          <w:szCs w:val="26"/>
          <w:rtl/>
          <w:lang w:bidi="fa-IR"/>
        </w:rPr>
        <w:t>7</w:t>
      </w:r>
      <w:r w:rsidR="002F751A" w:rsidRPr="00B800F5">
        <w:rPr>
          <w:bCs/>
          <w:color w:val="000000" w:themeColor="text1"/>
          <w:szCs w:val="26"/>
          <w:lang w:bidi="fa-IR"/>
        </w:rPr>
        <w:t xml:space="preserve">- </w:t>
      </w:r>
      <w:r w:rsidR="002F751A" w:rsidRPr="00B800F5">
        <w:rPr>
          <w:bCs/>
          <w:color w:val="000000" w:themeColor="text1"/>
          <w:szCs w:val="26"/>
          <w:rtl/>
          <w:lang w:bidi="fa-IR"/>
        </w:rPr>
        <w:t>افزا</w:t>
      </w:r>
      <w:r w:rsidR="002F751A" w:rsidRPr="00B800F5">
        <w:rPr>
          <w:rFonts w:hint="cs"/>
          <w:bCs/>
          <w:color w:val="000000" w:themeColor="text1"/>
          <w:szCs w:val="26"/>
          <w:rtl/>
          <w:lang w:bidi="fa-IR"/>
        </w:rPr>
        <w:t>یش</w:t>
      </w:r>
      <w:r w:rsidR="002F751A" w:rsidRPr="00B800F5">
        <w:rPr>
          <w:bCs/>
          <w:color w:val="000000" w:themeColor="text1"/>
          <w:szCs w:val="26"/>
          <w:rtl/>
          <w:lang w:bidi="fa-IR"/>
        </w:rPr>
        <w:t xml:space="preserve"> عموم</w:t>
      </w:r>
      <w:r w:rsidR="002F751A" w:rsidRPr="00B800F5">
        <w:rPr>
          <w:rFonts w:hint="cs"/>
          <w:bCs/>
          <w:color w:val="000000" w:themeColor="text1"/>
          <w:szCs w:val="26"/>
          <w:rtl/>
          <w:lang w:bidi="fa-IR"/>
        </w:rPr>
        <w:t>ی</w:t>
      </w:r>
      <w:r w:rsidR="002F751A" w:rsidRPr="00B800F5">
        <w:rPr>
          <w:bCs/>
          <w:color w:val="000000" w:themeColor="text1"/>
          <w:szCs w:val="26"/>
          <w:rtl/>
          <w:lang w:bidi="fa-IR"/>
        </w:rPr>
        <w:t xml:space="preserve"> هز</w:t>
      </w:r>
      <w:r w:rsidR="002F751A" w:rsidRPr="00B800F5">
        <w:rPr>
          <w:rFonts w:hint="cs"/>
          <w:bCs/>
          <w:color w:val="000000" w:themeColor="text1"/>
          <w:szCs w:val="26"/>
          <w:rtl/>
          <w:lang w:bidi="fa-IR"/>
        </w:rPr>
        <w:t>ینه</w:t>
      </w:r>
      <w:r w:rsidR="002F751A" w:rsidRPr="00B800F5">
        <w:rPr>
          <w:bCs/>
          <w:color w:val="000000" w:themeColor="text1"/>
          <w:szCs w:val="26"/>
          <w:rtl/>
          <w:lang w:bidi="fa-IR"/>
        </w:rPr>
        <w:t xml:space="preserve"> شکا</w:t>
      </w:r>
      <w:r w:rsidR="002F751A" w:rsidRPr="00B800F5">
        <w:rPr>
          <w:rFonts w:hint="cs"/>
          <w:bCs/>
          <w:color w:val="000000" w:themeColor="text1"/>
          <w:szCs w:val="26"/>
          <w:rtl/>
          <w:lang w:bidi="fa-IR"/>
        </w:rPr>
        <w:t>یت</w:t>
      </w:r>
      <w:r w:rsidR="002F751A" w:rsidRPr="00B800F5">
        <w:rPr>
          <w:bCs/>
          <w:color w:val="000000" w:themeColor="text1"/>
          <w:szCs w:val="26"/>
          <w:rtl/>
          <w:lang w:bidi="fa-IR"/>
        </w:rPr>
        <w:t xml:space="preserve"> ک</w:t>
      </w:r>
      <w:r w:rsidR="002F751A" w:rsidRPr="00B800F5">
        <w:rPr>
          <w:rFonts w:hint="cs"/>
          <w:bCs/>
          <w:color w:val="000000" w:themeColor="text1"/>
          <w:szCs w:val="26"/>
          <w:rtl/>
          <w:lang w:bidi="fa-IR"/>
        </w:rPr>
        <w:t>یفری</w:t>
      </w:r>
    </w:p>
    <w:p w14:paraId="24419F93" w14:textId="7DFA0294" w:rsidR="002F751A" w:rsidRDefault="002F751A" w:rsidP="002F751A">
      <w:pPr>
        <w:pStyle w:val="SubFA"/>
        <w:keepNext/>
        <w:bidi/>
        <w:rPr>
          <w:b w:val="0"/>
          <w:color w:val="000000" w:themeColor="text1"/>
          <w:szCs w:val="26"/>
          <w:rtl/>
        </w:rPr>
      </w:pPr>
      <w:r w:rsidRPr="002F751A">
        <w:rPr>
          <w:rFonts w:hint="cs"/>
          <w:b w:val="0"/>
          <w:color w:val="000000" w:themeColor="text1"/>
          <w:szCs w:val="26"/>
          <w:rtl/>
        </w:rPr>
        <w:t>افزایش</w:t>
      </w:r>
      <w:r w:rsidRPr="002F751A">
        <w:rPr>
          <w:b w:val="0"/>
          <w:color w:val="000000" w:themeColor="text1"/>
          <w:szCs w:val="26"/>
          <w:rtl/>
        </w:rPr>
        <w:t xml:space="preserve"> حق ثبت شکا</w:t>
      </w:r>
      <w:r w:rsidRPr="002F751A">
        <w:rPr>
          <w:rFonts w:hint="cs"/>
          <w:b w:val="0"/>
          <w:color w:val="000000" w:themeColor="text1"/>
          <w:szCs w:val="26"/>
          <w:rtl/>
        </w:rPr>
        <w:t>یت</w:t>
      </w:r>
      <w:r w:rsidRPr="002F751A">
        <w:rPr>
          <w:b w:val="0"/>
          <w:color w:val="000000" w:themeColor="text1"/>
          <w:szCs w:val="26"/>
          <w:rtl/>
        </w:rPr>
        <w:t xml:space="preserve"> ممکن است تعداد ورود</w:t>
      </w:r>
      <w:r w:rsidRPr="002F751A">
        <w:rPr>
          <w:rFonts w:hint="cs"/>
          <w:b w:val="0"/>
          <w:color w:val="000000" w:themeColor="text1"/>
          <w:szCs w:val="26"/>
          <w:rtl/>
        </w:rPr>
        <w:t>ی</w:t>
      </w:r>
      <w:r w:rsidRPr="002F751A">
        <w:rPr>
          <w:b w:val="0"/>
          <w:color w:val="000000" w:themeColor="text1"/>
          <w:szCs w:val="26"/>
          <w:rtl/>
        </w:rPr>
        <w:t xml:space="preserve"> را کاهش دهد، اما م</w:t>
      </w:r>
      <w:r w:rsidRPr="002F751A">
        <w:rPr>
          <w:rFonts w:hint="cs"/>
          <w:b w:val="0"/>
          <w:color w:val="000000" w:themeColor="text1"/>
          <w:szCs w:val="26"/>
          <w:rtl/>
        </w:rPr>
        <w:t>یان</w:t>
      </w:r>
      <w:r w:rsidRPr="002F751A">
        <w:rPr>
          <w:b w:val="0"/>
          <w:color w:val="000000" w:themeColor="text1"/>
          <w:szCs w:val="26"/>
          <w:rtl/>
        </w:rPr>
        <w:t xml:space="preserve"> شکا</w:t>
      </w:r>
      <w:r w:rsidRPr="002F751A">
        <w:rPr>
          <w:rFonts w:hint="cs"/>
          <w:b w:val="0"/>
          <w:color w:val="000000" w:themeColor="text1"/>
          <w:szCs w:val="26"/>
          <w:rtl/>
        </w:rPr>
        <w:t>یت</w:t>
      </w:r>
      <w:r w:rsidRPr="002F751A">
        <w:rPr>
          <w:b w:val="0"/>
          <w:color w:val="000000" w:themeColor="text1"/>
          <w:szCs w:val="26"/>
          <w:rtl/>
        </w:rPr>
        <w:t xml:space="preserve"> واقع</w:t>
      </w:r>
      <w:r w:rsidRPr="002F751A">
        <w:rPr>
          <w:rFonts w:hint="cs"/>
          <w:b w:val="0"/>
          <w:color w:val="000000" w:themeColor="text1"/>
          <w:szCs w:val="26"/>
          <w:rtl/>
        </w:rPr>
        <w:t>ی</w:t>
      </w:r>
      <w:r w:rsidRPr="002F751A">
        <w:rPr>
          <w:b w:val="0"/>
          <w:color w:val="000000" w:themeColor="text1"/>
          <w:szCs w:val="26"/>
          <w:rtl/>
        </w:rPr>
        <w:t xml:space="preserve"> و کذب تفک</w:t>
      </w:r>
      <w:r w:rsidRPr="002F751A">
        <w:rPr>
          <w:rFonts w:hint="cs"/>
          <w:b w:val="0"/>
          <w:color w:val="000000" w:themeColor="text1"/>
          <w:szCs w:val="26"/>
          <w:rtl/>
        </w:rPr>
        <w:t>یک</w:t>
      </w:r>
      <w:r w:rsidRPr="002F751A">
        <w:rPr>
          <w:b w:val="0"/>
          <w:color w:val="000000" w:themeColor="text1"/>
          <w:szCs w:val="26"/>
          <w:rtl/>
        </w:rPr>
        <w:t xml:space="preserve"> نم</w:t>
      </w:r>
      <w:r w:rsidRPr="002F751A">
        <w:rPr>
          <w:rFonts w:hint="cs"/>
          <w:b w:val="0"/>
          <w:color w:val="000000" w:themeColor="text1"/>
          <w:szCs w:val="26"/>
          <w:rtl/>
        </w:rPr>
        <w:t>ی‌کند</w:t>
      </w:r>
      <w:r w:rsidRPr="002F751A">
        <w:rPr>
          <w:b w:val="0"/>
          <w:color w:val="000000" w:themeColor="text1"/>
          <w:szCs w:val="26"/>
          <w:rtl/>
        </w:rPr>
        <w:t>. هز</w:t>
      </w:r>
      <w:r w:rsidRPr="002F751A">
        <w:rPr>
          <w:rFonts w:hint="cs"/>
          <w:b w:val="0"/>
          <w:color w:val="000000" w:themeColor="text1"/>
          <w:szCs w:val="26"/>
          <w:rtl/>
        </w:rPr>
        <w:t>ینه</w:t>
      </w:r>
      <w:r w:rsidRPr="002F751A">
        <w:rPr>
          <w:b w:val="0"/>
          <w:color w:val="000000" w:themeColor="text1"/>
          <w:szCs w:val="26"/>
          <w:rtl/>
        </w:rPr>
        <w:t xml:space="preserve"> ثابت برا</w:t>
      </w:r>
      <w:r w:rsidRPr="002F751A">
        <w:rPr>
          <w:rFonts w:hint="cs"/>
          <w:b w:val="0"/>
          <w:color w:val="000000" w:themeColor="text1"/>
          <w:szCs w:val="26"/>
          <w:rtl/>
        </w:rPr>
        <w:t>ی</w:t>
      </w:r>
      <w:r w:rsidRPr="002F751A">
        <w:rPr>
          <w:b w:val="0"/>
          <w:color w:val="000000" w:themeColor="text1"/>
          <w:szCs w:val="26"/>
          <w:rtl/>
        </w:rPr>
        <w:t xml:space="preserve"> بزه‌د</w:t>
      </w:r>
      <w:r w:rsidRPr="002F751A">
        <w:rPr>
          <w:rFonts w:hint="cs"/>
          <w:b w:val="0"/>
          <w:color w:val="000000" w:themeColor="text1"/>
          <w:szCs w:val="26"/>
          <w:rtl/>
        </w:rPr>
        <w:t>یده</w:t>
      </w:r>
      <w:r w:rsidRPr="002F751A">
        <w:rPr>
          <w:b w:val="0"/>
          <w:color w:val="000000" w:themeColor="text1"/>
          <w:szCs w:val="26"/>
          <w:rtl/>
        </w:rPr>
        <w:t xml:space="preserve"> کم‌درآمد اثر بازدارنده ب</w:t>
      </w:r>
      <w:r w:rsidRPr="002F751A">
        <w:rPr>
          <w:rFonts w:hint="cs"/>
          <w:b w:val="0"/>
          <w:color w:val="000000" w:themeColor="text1"/>
          <w:szCs w:val="26"/>
          <w:rtl/>
        </w:rPr>
        <w:t>یشتری</w:t>
      </w:r>
      <w:r w:rsidRPr="002F751A">
        <w:rPr>
          <w:b w:val="0"/>
          <w:color w:val="000000" w:themeColor="text1"/>
          <w:szCs w:val="26"/>
          <w:rtl/>
        </w:rPr>
        <w:t xml:space="preserve"> دارد تا برا</w:t>
      </w:r>
      <w:r w:rsidRPr="002F751A">
        <w:rPr>
          <w:rFonts w:hint="cs"/>
          <w:b w:val="0"/>
          <w:color w:val="000000" w:themeColor="text1"/>
          <w:szCs w:val="26"/>
          <w:rtl/>
        </w:rPr>
        <w:t>ی</w:t>
      </w:r>
      <w:r w:rsidRPr="002F751A">
        <w:rPr>
          <w:b w:val="0"/>
          <w:color w:val="000000" w:themeColor="text1"/>
          <w:szCs w:val="26"/>
          <w:rtl/>
        </w:rPr>
        <w:t xml:space="preserve"> فرد</w:t>
      </w:r>
      <w:r w:rsidRPr="002F751A">
        <w:rPr>
          <w:rFonts w:hint="cs"/>
          <w:b w:val="0"/>
          <w:color w:val="000000" w:themeColor="text1"/>
          <w:szCs w:val="26"/>
          <w:rtl/>
        </w:rPr>
        <w:t>ی</w:t>
      </w:r>
      <w:r w:rsidRPr="002F751A">
        <w:rPr>
          <w:b w:val="0"/>
          <w:color w:val="000000" w:themeColor="text1"/>
          <w:szCs w:val="26"/>
          <w:rtl/>
        </w:rPr>
        <w:t xml:space="preserve"> که از شکا</w:t>
      </w:r>
      <w:r w:rsidRPr="002F751A">
        <w:rPr>
          <w:rFonts w:hint="cs"/>
          <w:b w:val="0"/>
          <w:color w:val="000000" w:themeColor="text1"/>
          <w:szCs w:val="26"/>
          <w:rtl/>
        </w:rPr>
        <w:t>یت</w:t>
      </w:r>
      <w:r w:rsidRPr="002F751A">
        <w:rPr>
          <w:b w:val="0"/>
          <w:color w:val="000000" w:themeColor="text1"/>
          <w:szCs w:val="26"/>
          <w:rtl/>
        </w:rPr>
        <w:t xml:space="preserve"> به عنوان ابزار اقتصاد</w:t>
      </w:r>
      <w:r w:rsidRPr="002F751A">
        <w:rPr>
          <w:rFonts w:hint="cs"/>
          <w:b w:val="0"/>
          <w:color w:val="000000" w:themeColor="text1"/>
          <w:szCs w:val="26"/>
          <w:rtl/>
        </w:rPr>
        <w:t>ی</w:t>
      </w:r>
      <w:r w:rsidRPr="002F751A">
        <w:rPr>
          <w:b w:val="0"/>
          <w:color w:val="000000" w:themeColor="text1"/>
          <w:szCs w:val="26"/>
          <w:rtl/>
        </w:rPr>
        <w:t xml:space="preserve"> استفاده م</w:t>
      </w:r>
      <w:r w:rsidRPr="002F751A">
        <w:rPr>
          <w:rFonts w:hint="cs"/>
          <w:b w:val="0"/>
          <w:color w:val="000000" w:themeColor="text1"/>
          <w:szCs w:val="26"/>
          <w:rtl/>
        </w:rPr>
        <w:t>ی‌کند</w:t>
      </w:r>
      <w:r w:rsidRPr="002F751A">
        <w:rPr>
          <w:b w:val="0"/>
          <w:color w:val="000000" w:themeColor="text1"/>
          <w:szCs w:val="26"/>
          <w:rtl/>
        </w:rPr>
        <w:t>. بنابرا</w:t>
      </w:r>
      <w:r w:rsidRPr="002F751A">
        <w:rPr>
          <w:rFonts w:hint="cs"/>
          <w:b w:val="0"/>
          <w:color w:val="000000" w:themeColor="text1"/>
          <w:szCs w:val="26"/>
          <w:rtl/>
        </w:rPr>
        <w:t>ین</w:t>
      </w:r>
      <w:r w:rsidRPr="002F751A">
        <w:rPr>
          <w:b w:val="0"/>
          <w:color w:val="000000" w:themeColor="text1"/>
          <w:szCs w:val="26"/>
          <w:rtl/>
        </w:rPr>
        <w:t xml:space="preserve"> راهبرد عادلانه‌تر، پا</w:t>
      </w:r>
      <w:r w:rsidRPr="002F751A">
        <w:rPr>
          <w:rFonts w:hint="cs"/>
          <w:b w:val="0"/>
          <w:color w:val="000000" w:themeColor="text1"/>
          <w:szCs w:val="26"/>
          <w:rtl/>
        </w:rPr>
        <w:t>یین</w:t>
      </w:r>
      <w:r w:rsidRPr="002F751A">
        <w:rPr>
          <w:b w:val="0"/>
          <w:color w:val="000000" w:themeColor="text1"/>
          <w:szCs w:val="26"/>
          <w:rtl/>
        </w:rPr>
        <w:t xml:space="preserve"> نگ</w:t>
      </w:r>
      <w:r w:rsidRPr="002F751A">
        <w:rPr>
          <w:rFonts w:hint="cs"/>
          <w:b w:val="0"/>
          <w:color w:val="000000" w:themeColor="text1"/>
          <w:szCs w:val="26"/>
          <w:rtl/>
        </w:rPr>
        <w:t>ه</w:t>
      </w:r>
      <w:r w:rsidRPr="002F751A">
        <w:rPr>
          <w:b w:val="0"/>
          <w:color w:val="000000" w:themeColor="text1"/>
          <w:szCs w:val="26"/>
          <w:rtl/>
        </w:rPr>
        <w:t xml:space="preserve"> داشتن مانع ورود و بالا بردن هز</w:t>
      </w:r>
      <w:r w:rsidRPr="002F751A">
        <w:rPr>
          <w:rFonts w:hint="cs"/>
          <w:b w:val="0"/>
          <w:color w:val="000000" w:themeColor="text1"/>
          <w:szCs w:val="26"/>
          <w:rtl/>
        </w:rPr>
        <w:t>ینه</w:t>
      </w:r>
      <w:r w:rsidRPr="002F751A">
        <w:rPr>
          <w:b w:val="0"/>
          <w:color w:val="000000" w:themeColor="text1"/>
          <w:szCs w:val="26"/>
          <w:rtl/>
        </w:rPr>
        <w:t xml:space="preserve"> «سوءاستفاده اثبات‌شده» از طر</w:t>
      </w:r>
      <w:r w:rsidRPr="002F751A">
        <w:rPr>
          <w:rFonts w:hint="cs"/>
          <w:b w:val="0"/>
          <w:color w:val="000000" w:themeColor="text1"/>
          <w:szCs w:val="26"/>
          <w:rtl/>
        </w:rPr>
        <w:t>یق</w:t>
      </w:r>
      <w:r w:rsidRPr="002F751A">
        <w:rPr>
          <w:b w:val="0"/>
          <w:color w:val="000000" w:themeColor="text1"/>
          <w:szCs w:val="26"/>
          <w:rtl/>
        </w:rPr>
        <w:t xml:space="preserve"> خسارت، مجازات متناسب و ضمانت‌اجراها</w:t>
      </w:r>
      <w:r w:rsidRPr="002F751A">
        <w:rPr>
          <w:rFonts w:hint="cs"/>
          <w:b w:val="0"/>
          <w:color w:val="000000" w:themeColor="text1"/>
          <w:szCs w:val="26"/>
          <w:rtl/>
        </w:rPr>
        <w:t>ی</w:t>
      </w:r>
      <w:r w:rsidRPr="002F751A">
        <w:rPr>
          <w:b w:val="0"/>
          <w:color w:val="000000" w:themeColor="text1"/>
          <w:szCs w:val="26"/>
          <w:rtl/>
        </w:rPr>
        <w:t xml:space="preserve"> دادرس</w:t>
      </w:r>
      <w:r w:rsidRPr="002F751A">
        <w:rPr>
          <w:rFonts w:hint="cs"/>
          <w:b w:val="0"/>
          <w:color w:val="000000" w:themeColor="text1"/>
          <w:szCs w:val="26"/>
          <w:rtl/>
        </w:rPr>
        <w:t>ی</w:t>
      </w:r>
      <w:r w:rsidRPr="002F751A">
        <w:rPr>
          <w:b w:val="0"/>
          <w:color w:val="000000" w:themeColor="text1"/>
          <w:szCs w:val="26"/>
          <w:rtl/>
        </w:rPr>
        <w:t xml:space="preserve"> است</w:t>
      </w:r>
      <w:r w:rsidRPr="002F751A">
        <w:rPr>
          <w:b w:val="0"/>
          <w:color w:val="000000" w:themeColor="text1"/>
          <w:szCs w:val="26"/>
        </w:rPr>
        <w:t>.</w:t>
      </w:r>
    </w:p>
    <w:p w14:paraId="7B41D921" w14:textId="77777777" w:rsidR="00B800F5" w:rsidRPr="002F751A" w:rsidRDefault="00B800F5" w:rsidP="00B800F5">
      <w:pPr>
        <w:pStyle w:val="SubFA"/>
        <w:keepNext/>
        <w:bidi/>
        <w:rPr>
          <w:b w:val="0"/>
          <w:color w:val="000000" w:themeColor="text1"/>
          <w:szCs w:val="26"/>
          <w:rtl/>
        </w:rPr>
      </w:pPr>
    </w:p>
    <w:p w14:paraId="04939DA7" w14:textId="75C13A26" w:rsidR="002F751A" w:rsidRPr="00B800F5" w:rsidRDefault="00B800F5" w:rsidP="002F751A">
      <w:pPr>
        <w:pStyle w:val="SubFA"/>
        <w:keepNext/>
        <w:bidi/>
        <w:rPr>
          <w:bCs/>
          <w:color w:val="000000" w:themeColor="text1"/>
          <w:szCs w:val="26"/>
          <w:rtl/>
        </w:rPr>
      </w:pPr>
      <w:r w:rsidRPr="00B800F5">
        <w:rPr>
          <w:rFonts w:hint="cs"/>
          <w:bCs/>
          <w:color w:val="000000" w:themeColor="text1"/>
          <w:szCs w:val="26"/>
          <w:rtl/>
          <w:lang w:bidi="fa-IR"/>
        </w:rPr>
        <w:t>3</w:t>
      </w:r>
      <w:r w:rsidR="002F751A" w:rsidRPr="00B800F5">
        <w:rPr>
          <w:bCs/>
          <w:color w:val="000000" w:themeColor="text1"/>
          <w:szCs w:val="26"/>
          <w:rtl/>
          <w:lang w:bidi="fa-IR"/>
        </w:rPr>
        <w:t>-</w:t>
      </w:r>
      <w:r w:rsidRPr="00B800F5">
        <w:rPr>
          <w:rFonts w:hint="cs"/>
          <w:bCs/>
          <w:color w:val="000000" w:themeColor="text1"/>
          <w:szCs w:val="26"/>
          <w:rtl/>
          <w:lang w:bidi="fa-IR"/>
        </w:rPr>
        <w:t>7</w:t>
      </w:r>
      <w:r w:rsidR="002F751A" w:rsidRPr="00B800F5">
        <w:rPr>
          <w:bCs/>
          <w:color w:val="000000" w:themeColor="text1"/>
          <w:szCs w:val="26"/>
          <w:lang w:bidi="fa-IR"/>
        </w:rPr>
        <w:t xml:space="preserve">- </w:t>
      </w:r>
      <w:r w:rsidR="002F751A" w:rsidRPr="00B800F5">
        <w:rPr>
          <w:bCs/>
          <w:color w:val="000000" w:themeColor="text1"/>
          <w:szCs w:val="26"/>
          <w:rtl/>
          <w:lang w:bidi="fa-IR"/>
        </w:rPr>
        <w:t>تشک</w:t>
      </w:r>
      <w:r w:rsidR="002F751A" w:rsidRPr="00B800F5">
        <w:rPr>
          <w:rFonts w:hint="cs"/>
          <w:bCs/>
          <w:color w:val="000000" w:themeColor="text1"/>
          <w:szCs w:val="26"/>
          <w:rtl/>
          <w:lang w:bidi="fa-IR"/>
        </w:rPr>
        <w:t>یل</w:t>
      </w:r>
      <w:r w:rsidR="002F751A" w:rsidRPr="00B800F5">
        <w:rPr>
          <w:bCs/>
          <w:color w:val="000000" w:themeColor="text1"/>
          <w:szCs w:val="26"/>
          <w:rtl/>
          <w:lang w:bidi="fa-IR"/>
        </w:rPr>
        <w:t xml:space="preserve"> فهرست س</w:t>
      </w:r>
      <w:r w:rsidR="002F751A" w:rsidRPr="00B800F5">
        <w:rPr>
          <w:rFonts w:hint="cs"/>
          <w:bCs/>
          <w:color w:val="000000" w:themeColor="text1"/>
          <w:szCs w:val="26"/>
          <w:rtl/>
          <w:lang w:bidi="fa-IR"/>
        </w:rPr>
        <w:t>یاه</w:t>
      </w:r>
      <w:r w:rsidR="002F751A" w:rsidRPr="00B800F5">
        <w:rPr>
          <w:bCs/>
          <w:color w:val="000000" w:themeColor="text1"/>
          <w:szCs w:val="26"/>
          <w:rtl/>
          <w:lang w:bidi="fa-IR"/>
        </w:rPr>
        <w:t xml:space="preserve"> شاک</w:t>
      </w:r>
      <w:r w:rsidR="002F751A" w:rsidRPr="00B800F5">
        <w:rPr>
          <w:rFonts w:hint="cs"/>
          <w:bCs/>
          <w:color w:val="000000" w:themeColor="text1"/>
          <w:szCs w:val="26"/>
          <w:rtl/>
          <w:lang w:bidi="fa-IR"/>
        </w:rPr>
        <w:t>یان</w:t>
      </w:r>
    </w:p>
    <w:p w14:paraId="2E13BB94" w14:textId="49FDDB71" w:rsidR="002F751A" w:rsidRDefault="002F751A" w:rsidP="002F751A">
      <w:pPr>
        <w:pStyle w:val="SubFA"/>
        <w:keepNext/>
        <w:bidi/>
        <w:rPr>
          <w:b w:val="0"/>
          <w:color w:val="000000" w:themeColor="text1"/>
          <w:szCs w:val="26"/>
          <w:rtl/>
        </w:rPr>
      </w:pPr>
      <w:r w:rsidRPr="002F751A">
        <w:rPr>
          <w:rFonts w:hint="cs"/>
          <w:b w:val="0"/>
          <w:color w:val="000000" w:themeColor="text1"/>
          <w:szCs w:val="26"/>
          <w:rtl/>
        </w:rPr>
        <w:t>فهرست</w:t>
      </w:r>
      <w:r w:rsidRPr="002F751A">
        <w:rPr>
          <w:b w:val="0"/>
          <w:color w:val="000000" w:themeColor="text1"/>
          <w:szCs w:val="26"/>
          <w:rtl/>
        </w:rPr>
        <w:t xml:space="preserve"> س</w:t>
      </w:r>
      <w:r w:rsidRPr="002F751A">
        <w:rPr>
          <w:rFonts w:hint="cs"/>
          <w:b w:val="0"/>
          <w:color w:val="000000" w:themeColor="text1"/>
          <w:szCs w:val="26"/>
          <w:rtl/>
        </w:rPr>
        <w:t>یاه</w:t>
      </w:r>
      <w:r w:rsidRPr="002F751A">
        <w:rPr>
          <w:b w:val="0"/>
          <w:color w:val="000000" w:themeColor="text1"/>
          <w:szCs w:val="26"/>
          <w:rtl/>
        </w:rPr>
        <w:t xml:space="preserve"> مبتن</w:t>
      </w:r>
      <w:r w:rsidRPr="002F751A">
        <w:rPr>
          <w:rFonts w:hint="cs"/>
          <w:b w:val="0"/>
          <w:color w:val="000000" w:themeColor="text1"/>
          <w:szCs w:val="26"/>
          <w:rtl/>
        </w:rPr>
        <w:t>ی</w:t>
      </w:r>
      <w:r w:rsidRPr="002F751A">
        <w:rPr>
          <w:b w:val="0"/>
          <w:color w:val="000000" w:themeColor="text1"/>
          <w:szCs w:val="26"/>
          <w:rtl/>
        </w:rPr>
        <w:t xml:space="preserve"> بر نام اشخاص، با اصل برائت، حق دادخواه</w:t>
      </w:r>
      <w:r w:rsidRPr="002F751A">
        <w:rPr>
          <w:rFonts w:hint="cs"/>
          <w:b w:val="0"/>
          <w:color w:val="000000" w:themeColor="text1"/>
          <w:szCs w:val="26"/>
          <w:rtl/>
        </w:rPr>
        <w:t>ی</w:t>
      </w:r>
      <w:r w:rsidRPr="002F751A">
        <w:rPr>
          <w:b w:val="0"/>
          <w:color w:val="000000" w:themeColor="text1"/>
          <w:szCs w:val="26"/>
          <w:rtl/>
        </w:rPr>
        <w:t xml:space="preserve"> و حر</w:t>
      </w:r>
      <w:r w:rsidRPr="002F751A">
        <w:rPr>
          <w:rFonts w:hint="cs"/>
          <w:b w:val="0"/>
          <w:color w:val="000000" w:themeColor="text1"/>
          <w:szCs w:val="26"/>
          <w:rtl/>
        </w:rPr>
        <w:t>یم</w:t>
      </w:r>
      <w:r w:rsidRPr="002F751A">
        <w:rPr>
          <w:b w:val="0"/>
          <w:color w:val="000000" w:themeColor="text1"/>
          <w:szCs w:val="26"/>
          <w:rtl/>
        </w:rPr>
        <w:t xml:space="preserve"> خصوص</w:t>
      </w:r>
      <w:r w:rsidRPr="002F751A">
        <w:rPr>
          <w:rFonts w:hint="cs"/>
          <w:b w:val="0"/>
          <w:color w:val="000000" w:themeColor="text1"/>
          <w:szCs w:val="26"/>
          <w:rtl/>
        </w:rPr>
        <w:t>ی</w:t>
      </w:r>
      <w:r w:rsidRPr="002F751A">
        <w:rPr>
          <w:b w:val="0"/>
          <w:color w:val="000000" w:themeColor="text1"/>
          <w:szCs w:val="26"/>
          <w:rtl/>
        </w:rPr>
        <w:t xml:space="preserve"> تعارض جد</w:t>
      </w:r>
      <w:r w:rsidRPr="002F751A">
        <w:rPr>
          <w:rFonts w:hint="cs"/>
          <w:b w:val="0"/>
          <w:color w:val="000000" w:themeColor="text1"/>
          <w:szCs w:val="26"/>
          <w:rtl/>
        </w:rPr>
        <w:t>ی</w:t>
      </w:r>
      <w:r w:rsidRPr="002F751A">
        <w:rPr>
          <w:b w:val="0"/>
          <w:color w:val="000000" w:themeColor="text1"/>
          <w:szCs w:val="26"/>
          <w:rtl/>
        </w:rPr>
        <w:t xml:space="preserve"> دارد. شخص</w:t>
      </w:r>
      <w:r w:rsidRPr="002F751A">
        <w:rPr>
          <w:rFonts w:hint="cs"/>
          <w:b w:val="0"/>
          <w:color w:val="000000" w:themeColor="text1"/>
          <w:szCs w:val="26"/>
          <w:rtl/>
        </w:rPr>
        <w:t>ی</w:t>
      </w:r>
      <w:r w:rsidRPr="002F751A">
        <w:rPr>
          <w:b w:val="0"/>
          <w:color w:val="000000" w:themeColor="text1"/>
          <w:szCs w:val="26"/>
          <w:rtl/>
        </w:rPr>
        <w:t xml:space="preserve"> که در گذشته شکا</w:t>
      </w:r>
      <w:r w:rsidRPr="002F751A">
        <w:rPr>
          <w:rFonts w:hint="cs"/>
          <w:b w:val="0"/>
          <w:color w:val="000000" w:themeColor="text1"/>
          <w:szCs w:val="26"/>
          <w:rtl/>
        </w:rPr>
        <w:t>یت</w:t>
      </w:r>
      <w:r w:rsidRPr="002F751A">
        <w:rPr>
          <w:b w:val="0"/>
          <w:color w:val="000000" w:themeColor="text1"/>
          <w:szCs w:val="26"/>
          <w:rtl/>
        </w:rPr>
        <w:t xml:space="preserve"> ناموفق</w:t>
      </w:r>
      <w:r w:rsidRPr="002F751A">
        <w:rPr>
          <w:rFonts w:hint="cs"/>
          <w:b w:val="0"/>
          <w:color w:val="000000" w:themeColor="text1"/>
          <w:szCs w:val="26"/>
          <w:rtl/>
        </w:rPr>
        <w:t>ی</w:t>
      </w:r>
      <w:r w:rsidRPr="002F751A">
        <w:rPr>
          <w:b w:val="0"/>
          <w:color w:val="000000" w:themeColor="text1"/>
          <w:szCs w:val="26"/>
          <w:rtl/>
        </w:rPr>
        <w:t xml:space="preserve"> داشته ممکن است در آ</w:t>
      </w:r>
      <w:r w:rsidRPr="002F751A">
        <w:rPr>
          <w:rFonts w:hint="cs"/>
          <w:b w:val="0"/>
          <w:color w:val="000000" w:themeColor="text1"/>
          <w:szCs w:val="26"/>
          <w:rtl/>
        </w:rPr>
        <w:t>ینده</w:t>
      </w:r>
      <w:r w:rsidRPr="002F751A">
        <w:rPr>
          <w:b w:val="0"/>
          <w:color w:val="000000" w:themeColor="text1"/>
          <w:szCs w:val="26"/>
          <w:rtl/>
        </w:rPr>
        <w:t xml:space="preserve"> بزه‌د</w:t>
      </w:r>
      <w:r w:rsidRPr="002F751A">
        <w:rPr>
          <w:rFonts w:hint="cs"/>
          <w:b w:val="0"/>
          <w:color w:val="000000" w:themeColor="text1"/>
          <w:szCs w:val="26"/>
          <w:rtl/>
        </w:rPr>
        <w:t>یده</w:t>
      </w:r>
      <w:r w:rsidRPr="002F751A">
        <w:rPr>
          <w:b w:val="0"/>
          <w:color w:val="000000" w:themeColor="text1"/>
          <w:szCs w:val="26"/>
          <w:rtl/>
        </w:rPr>
        <w:t xml:space="preserve"> واقع</w:t>
      </w:r>
      <w:r w:rsidRPr="002F751A">
        <w:rPr>
          <w:rFonts w:hint="cs"/>
          <w:b w:val="0"/>
          <w:color w:val="000000" w:themeColor="text1"/>
          <w:szCs w:val="26"/>
          <w:rtl/>
        </w:rPr>
        <w:t>ی</w:t>
      </w:r>
      <w:r w:rsidRPr="002F751A">
        <w:rPr>
          <w:b w:val="0"/>
          <w:color w:val="000000" w:themeColor="text1"/>
          <w:szCs w:val="26"/>
          <w:rtl/>
        </w:rPr>
        <w:t xml:space="preserve"> جرم مهم</w:t>
      </w:r>
      <w:r w:rsidRPr="002F751A">
        <w:rPr>
          <w:rFonts w:hint="cs"/>
          <w:b w:val="0"/>
          <w:color w:val="000000" w:themeColor="text1"/>
          <w:szCs w:val="26"/>
          <w:rtl/>
        </w:rPr>
        <w:t>ی</w:t>
      </w:r>
      <w:r w:rsidRPr="002F751A">
        <w:rPr>
          <w:b w:val="0"/>
          <w:color w:val="000000" w:themeColor="text1"/>
          <w:szCs w:val="26"/>
          <w:rtl/>
        </w:rPr>
        <w:t xml:space="preserve"> شود. راه جا</w:t>
      </w:r>
      <w:r w:rsidRPr="002F751A">
        <w:rPr>
          <w:rFonts w:hint="cs"/>
          <w:b w:val="0"/>
          <w:color w:val="000000" w:themeColor="text1"/>
          <w:szCs w:val="26"/>
          <w:rtl/>
        </w:rPr>
        <w:t>یگزین،</w:t>
      </w:r>
      <w:r w:rsidRPr="002F751A">
        <w:rPr>
          <w:b w:val="0"/>
          <w:color w:val="000000" w:themeColor="text1"/>
          <w:szCs w:val="26"/>
          <w:rtl/>
        </w:rPr>
        <w:t xml:space="preserve"> «پ</w:t>
      </w:r>
      <w:r w:rsidRPr="002F751A">
        <w:rPr>
          <w:rFonts w:hint="cs"/>
          <w:b w:val="0"/>
          <w:color w:val="000000" w:themeColor="text1"/>
          <w:szCs w:val="26"/>
          <w:rtl/>
        </w:rPr>
        <w:t>یوند</w:t>
      </w:r>
      <w:r w:rsidRPr="002F751A">
        <w:rPr>
          <w:b w:val="0"/>
          <w:color w:val="000000" w:themeColor="text1"/>
          <w:szCs w:val="26"/>
          <w:rtl/>
        </w:rPr>
        <w:t xml:space="preserve"> اطلاعات پرونده» است نه «برچسب شخص». سامانه م</w:t>
      </w:r>
      <w:r w:rsidRPr="002F751A">
        <w:rPr>
          <w:rFonts w:hint="cs"/>
          <w:b w:val="0"/>
          <w:color w:val="000000" w:themeColor="text1"/>
          <w:szCs w:val="26"/>
          <w:rtl/>
        </w:rPr>
        <w:t>ی‌تواند</w:t>
      </w:r>
      <w:r w:rsidRPr="002F751A">
        <w:rPr>
          <w:b w:val="0"/>
          <w:color w:val="000000" w:themeColor="text1"/>
          <w:szCs w:val="26"/>
          <w:rtl/>
        </w:rPr>
        <w:t xml:space="preserve"> به قاض</w:t>
      </w:r>
      <w:r w:rsidRPr="002F751A">
        <w:rPr>
          <w:rFonts w:hint="cs"/>
          <w:b w:val="0"/>
          <w:color w:val="000000" w:themeColor="text1"/>
          <w:szCs w:val="26"/>
          <w:rtl/>
        </w:rPr>
        <w:t>ی</w:t>
      </w:r>
      <w:r w:rsidRPr="002F751A">
        <w:rPr>
          <w:b w:val="0"/>
          <w:color w:val="000000" w:themeColor="text1"/>
          <w:szCs w:val="26"/>
          <w:rtl/>
        </w:rPr>
        <w:t xml:space="preserve"> نشان د</w:t>
      </w:r>
      <w:r w:rsidRPr="002F751A">
        <w:rPr>
          <w:rFonts w:hint="cs"/>
          <w:b w:val="0"/>
          <w:color w:val="000000" w:themeColor="text1"/>
          <w:szCs w:val="26"/>
          <w:rtl/>
        </w:rPr>
        <w:t>هد</w:t>
      </w:r>
      <w:r w:rsidRPr="002F751A">
        <w:rPr>
          <w:b w:val="0"/>
          <w:color w:val="000000" w:themeColor="text1"/>
          <w:szCs w:val="26"/>
          <w:rtl/>
        </w:rPr>
        <w:t xml:space="preserve"> پرونده‌ها</w:t>
      </w:r>
      <w:r w:rsidRPr="002F751A">
        <w:rPr>
          <w:rFonts w:hint="cs"/>
          <w:b w:val="0"/>
          <w:color w:val="000000" w:themeColor="text1"/>
          <w:szCs w:val="26"/>
          <w:rtl/>
        </w:rPr>
        <w:t>ی</w:t>
      </w:r>
      <w:r w:rsidRPr="002F751A">
        <w:rPr>
          <w:b w:val="0"/>
          <w:color w:val="000000" w:themeColor="text1"/>
          <w:szCs w:val="26"/>
          <w:rtl/>
        </w:rPr>
        <w:t xml:space="preserve"> مشابه با هسته</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factual</w:t>
      </w:r>
      <w:r w:rsidRPr="002F751A">
        <w:rPr>
          <w:b w:val="0"/>
          <w:color w:val="000000" w:themeColor="text1"/>
          <w:szCs w:val="26"/>
        </w:rPr>
        <w:t xml:space="preserve"> </w:t>
      </w:r>
      <w:r w:rsidRPr="002F751A">
        <w:rPr>
          <w:b w:val="0"/>
          <w:color w:val="000000" w:themeColor="text1"/>
          <w:szCs w:val="26"/>
          <w:rtl/>
        </w:rPr>
        <w:t>واحد وجود دارد و نت</w:t>
      </w:r>
      <w:r w:rsidRPr="002F751A">
        <w:rPr>
          <w:rFonts w:hint="cs"/>
          <w:b w:val="0"/>
          <w:color w:val="000000" w:themeColor="text1"/>
          <w:szCs w:val="26"/>
          <w:rtl/>
        </w:rPr>
        <w:t>یجه</w:t>
      </w:r>
      <w:r w:rsidRPr="002F751A">
        <w:rPr>
          <w:b w:val="0"/>
          <w:color w:val="000000" w:themeColor="text1"/>
          <w:szCs w:val="26"/>
          <w:rtl/>
        </w:rPr>
        <w:t xml:space="preserve"> قطع</w:t>
      </w:r>
      <w:r w:rsidRPr="002F751A">
        <w:rPr>
          <w:rFonts w:hint="cs"/>
          <w:b w:val="0"/>
          <w:color w:val="000000" w:themeColor="text1"/>
          <w:szCs w:val="26"/>
          <w:rtl/>
        </w:rPr>
        <w:t>ی</w:t>
      </w:r>
      <w:r w:rsidRPr="002F751A">
        <w:rPr>
          <w:b w:val="0"/>
          <w:color w:val="000000" w:themeColor="text1"/>
          <w:szCs w:val="26"/>
          <w:rtl/>
        </w:rPr>
        <w:t xml:space="preserve"> آنها چه بوده است، اما نبا</w:t>
      </w:r>
      <w:r w:rsidRPr="002F751A">
        <w:rPr>
          <w:rFonts w:hint="cs"/>
          <w:b w:val="0"/>
          <w:color w:val="000000" w:themeColor="text1"/>
          <w:szCs w:val="26"/>
          <w:rtl/>
        </w:rPr>
        <w:t>ید</w:t>
      </w:r>
      <w:r w:rsidRPr="002F751A">
        <w:rPr>
          <w:b w:val="0"/>
          <w:color w:val="000000" w:themeColor="text1"/>
          <w:szCs w:val="26"/>
          <w:rtl/>
        </w:rPr>
        <w:t xml:space="preserve"> اعتبار شکا</w:t>
      </w:r>
      <w:r w:rsidRPr="002F751A">
        <w:rPr>
          <w:rFonts w:hint="cs"/>
          <w:b w:val="0"/>
          <w:color w:val="000000" w:themeColor="text1"/>
          <w:szCs w:val="26"/>
          <w:rtl/>
        </w:rPr>
        <w:t>یت</w:t>
      </w:r>
      <w:r w:rsidRPr="002F751A">
        <w:rPr>
          <w:b w:val="0"/>
          <w:color w:val="000000" w:themeColor="text1"/>
          <w:szCs w:val="26"/>
          <w:rtl/>
        </w:rPr>
        <w:t xml:space="preserve"> جد</w:t>
      </w:r>
      <w:r w:rsidRPr="002F751A">
        <w:rPr>
          <w:rFonts w:hint="cs"/>
          <w:b w:val="0"/>
          <w:color w:val="000000" w:themeColor="text1"/>
          <w:szCs w:val="26"/>
          <w:rtl/>
        </w:rPr>
        <w:t>ید</w:t>
      </w:r>
      <w:r w:rsidRPr="002F751A">
        <w:rPr>
          <w:b w:val="0"/>
          <w:color w:val="000000" w:themeColor="text1"/>
          <w:szCs w:val="26"/>
          <w:rtl/>
        </w:rPr>
        <w:t xml:space="preserve"> را از پ</w:t>
      </w:r>
      <w:r w:rsidRPr="002F751A">
        <w:rPr>
          <w:rFonts w:hint="cs"/>
          <w:b w:val="0"/>
          <w:color w:val="000000" w:themeColor="text1"/>
          <w:szCs w:val="26"/>
          <w:rtl/>
        </w:rPr>
        <w:t>یش</w:t>
      </w:r>
      <w:r w:rsidRPr="002F751A">
        <w:rPr>
          <w:b w:val="0"/>
          <w:color w:val="000000" w:themeColor="text1"/>
          <w:szCs w:val="26"/>
          <w:rtl/>
        </w:rPr>
        <w:t xml:space="preserve"> تع</w:t>
      </w:r>
      <w:r w:rsidRPr="002F751A">
        <w:rPr>
          <w:rFonts w:hint="cs"/>
          <w:b w:val="0"/>
          <w:color w:val="000000" w:themeColor="text1"/>
          <w:szCs w:val="26"/>
          <w:rtl/>
        </w:rPr>
        <w:t>یین</w:t>
      </w:r>
      <w:r w:rsidRPr="002F751A">
        <w:rPr>
          <w:b w:val="0"/>
          <w:color w:val="000000" w:themeColor="text1"/>
          <w:szCs w:val="26"/>
          <w:rtl/>
        </w:rPr>
        <w:t xml:space="preserve"> کند</w:t>
      </w:r>
      <w:r w:rsidRPr="002F751A">
        <w:rPr>
          <w:b w:val="0"/>
          <w:color w:val="000000" w:themeColor="text1"/>
          <w:szCs w:val="26"/>
        </w:rPr>
        <w:t>.</w:t>
      </w:r>
    </w:p>
    <w:p w14:paraId="2AD867C7" w14:textId="77777777" w:rsidR="00B800F5" w:rsidRPr="002F751A" w:rsidRDefault="00B800F5" w:rsidP="00B800F5">
      <w:pPr>
        <w:pStyle w:val="SubFA"/>
        <w:keepNext/>
        <w:bidi/>
        <w:rPr>
          <w:b w:val="0"/>
          <w:color w:val="000000" w:themeColor="text1"/>
          <w:szCs w:val="26"/>
          <w:rtl/>
        </w:rPr>
      </w:pPr>
    </w:p>
    <w:p w14:paraId="460FE12D" w14:textId="0C0093B7" w:rsidR="002F751A" w:rsidRPr="00B800F5" w:rsidRDefault="00B800F5" w:rsidP="002F751A">
      <w:pPr>
        <w:pStyle w:val="SubFA"/>
        <w:keepNext/>
        <w:bidi/>
        <w:rPr>
          <w:bCs/>
          <w:color w:val="000000" w:themeColor="text1"/>
          <w:szCs w:val="26"/>
          <w:rtl/>
        </w:rPr>
      </w:pPr>
      <w:r w:rsidRPr="00B800F5">
        <w:rPr>
          <w:rFonts w:hint="cs"/>
          <w:bCs/>
          <w:color w:val="000000" w:themeColor="text1"/>
          <w:szCs w:val="26"/>
          <w:rtl/>
          <w:lang w:bidi="fa-IR"/>
        </w:rPr>
        <w:t>8</w:t>
      </w:r>
      <w:r w:rsidR="002F751A" w:rsidRPr="00B800F5">
        <w:rPr>
          <w:bCs/>
          <w:color w:val="000000" w:themeColor="text1"/>
          <w:szCs w:val="26"/>
          <w:lang w:bidi="fa-IR"/>
        </w:rPr>
        <w:t xml:space="preserve">- </w:t>
      </w:r>
      <w:r w:rsidR="002F751A" w:rsidRPr="00B800F5">
        <w:rPr>
          <w:bCs/>
          <w:color w:val="000000" w:themeColor="text1"/>
          <w:szCs w:val="26"/>
          <w:rtl/>
          <w:lang w:bidi="fa-IR"/>
        </w:rPr>
        <w:t>تجربه تطب</w:t>
      </w:r>
      <w:r w:rsidR="002F751A" w:rsidRPr="00B800F5">
        <w:rPr>
          <w:rFonts w:hint="cs"/>
          <w:bCs/>
          <w:color w:val="000000" w:themeColor="text1"/>
          <w:szCs w:val="26"/>
          <w:rtl/>
          <w:lang w:bidi="fa-IR"/>
        </w:rPr>
        <w:t>یقی</w:t>
      </w:r>
      <w:r w:rsidR="002F751A" w:rsidRPr="00B800F5">
        <w:rPr>
          <w:bCs/>
          <w:color w:val="000000" w:themeColor="text1"/>
          <w:szCs w:val="26"/>
          <w:rtl/>
          <w:lang w:bidi="fa-IR"/>
        </w:rPr>
        <w:t xml:space="preserve"> و قابل</w:t>
      </w:r>
      <w:r w:rsidR="002F751A" w:rsidRPr="00B800F5">
        <w:rPr>
          <w:rFonts w:hint="cs"/>
          <w:bCs/>
          <w:color w:val="000000" w:themeColor="text1"/>
          <w:szCs w:val="26"/>
          <w:rtl/>
          <w:lang w:bidi="fa-IR"/>
        </w:rPr>
        <w:t>یت</w:t>
      </w:r>
      <w:r w:rsidR="002F751A" w:rsidRPr="00B800F5">
        <w:rPr>
          <w:bCs/>
          <w:color w:val="000000" w:themeColor="text1"/>
          <w:szCs w:val="26"/>
          <w:rtl/>
          <w:lang w:bidi="fa-IR"/>
        </w:rPr>
        <w:t xml:space="preserve"> اقتباس محدود</w:t>
      </w:r>
    </w:p>
    <w:p w14:paraId="6A3E4EF7" w14:textId="3F5A1F66" w:rsidR="002F751A" w:rsidRPr="002F751A" w:rsidRDefault="002F751A" w:rsidP="002F751A">
      <w:pPr>
        <w:pStyle w:val="SubFA"/>
        <w:keepNext/>
        <w:bidi/>
        <w:rPr>
          <w:b w:val="0"/>
          <w:color w:val="000000" w:themeColor="text1"/>
          <w:szCs w:val="26"/>
        </w:rPr>
      </w:pPr>
      <w:r w:rsidRPr="002F751A">
        <w:rPr>
          <w:rFonts w:hint="cs"/>
          <w:b w:val="0"/>
          <w:color w:val="000000" w:themeColor="text1"/>
          <w:szCs w:val="26"/>
          <w:rtl/>
        </w:rPr>
        <w:t>در</w:t>
      </w:r>
      <w:r w:rsidRPr="002F751A">
        <w:rPr>
          <w:b w:val="0"/>
          <w:color w:val="000000" w:themeColor="text1"/>
          <w:szCs w:val="26"/>
          <w:rtl/>
        </w:rPr>
        <w:t xml:space="preserve"> ا</w:t>
      </w:r>
      <w:r w:rsidRPr="002F751A">
        <w:rPr>
          <w:rFonts w:hint="cs"/>
          <w:b w:val="0"/>
          <w:color w:val="000000" w:themeColor="text1"/>
          <w:szCs w:val="26"/>
          <w:rtl/>
        </w:rPr>
        <w:t>یالات</w:t>
      </w:r>
      <w:r w:rsidRPr="002F751A">
        <w:rPr>
          <w:b w:val="0"/>
          <w:color w:val="000000" w:themeColor="text1"/>
          <w:szCs w:val="26"/>
          <w:rtl/>
        </w:rPr>
        <w:t xml:space="preserve"> متحده و برخ</w:t>
      </w:r>
      <w:r w:rsidRPr="002F751A">
        <w:rPr>
          <w:rFonts w:hint="cs"/>
          <w:b w:val="0"/>
          <w:color w:val="000000" w:themeColor="text1"/>
          <w:szCs w:val="26"/>
          <w:rtl/>
        </w:rPr>
        <w:t>ی</w:t>
      </w:r>
      <w:r w:rsidRPr="002F751A">
        <w:rPr>
          <w:b w:val="0"/>
          <w:color w:val="000000" w:themeColor="text1"/>
          <w:szCs w:val="26"/>
          <w:rtl/>
        </w:rPr>
        <w:t xml:space="preserve"> نظام‌ها</w:t>
      </w:r>
      <w:r w:rsidRPr="002F751A">
        <w:rPr>
          <w:rFonts w:hint="cs"/>
          <w:b w:val="0"/>
          <w:color w:val="000000" w:themeColor="text1"/>
          <w:szCs w:val="26"/>
          <w:rtl/>
        </w:rPr>
        <w:t>ی</w:t>
      </w:r>
      <w:r w:rsidRPr="002F751A">
        <w:rPr>
          <w:b w:val="0"/>
          <w:color w:val="000000" w:themeColor="text1"/>
          <w:szCs w:val="26"/>
          <w:rtl/>
        </w:rPr>
        <w:t xml:space="preserve"> کامن‌لا، ابزار</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 xml:space="preserve">pre-filing injunction </w:t>
      </w:r>
      <w:r w:rsidRPr="002F751A">
        <w:rPr>
          <w:b w:val="0"/>
          <w:color w:val="000000" w:themeColor="text1"/>
          <w:szCs w:val="26"/>
          <w:rtl/>
        </w:rPr>
        <w:t>برا</w:t>
      </w:r>
      <w:r w:rsidRPr="002F751A">
        <w:rPr>
          <w:rFonts w:hint="cs"/>
          <w:b w:val="0"/>
          <w:color w:val="000000" w:themeColor="text1"/>
          <w:szCs w:val="26"/>
          <w:rtl/>
        </w:rPr>
        <w:t>ی</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litigants vexatious</w:t>
      </w:r>
      <w:r w:rsidRPr="002F751A">
        <w:rPr>
          <w:b w:val="0"/>
          <w:color w:val="000000" w:themeColor="text1"/>
          <w:szCs w:val="26"/>
        </w:rPr>
        <w:t xml:space="preserve"> </w:t>
      </w:r>
      <w:r w:rsidRPr="002F751A">
        <w:rPr>
          <w:b w:val="0"/>
          <w:color w:val="000000" w:themeColor="text1"/>
          <w:szCs w:val="26"/>
          <w:rtl/>
        </w:rPr>
        <w:t>شناخته شده است، اما دادگاه‌ها آن را ضمانت‌اجرا</w:t>
      </w:r>
      <w:r w:rsidRPr="002F751A">
        <w:rPr>
          <w:rFonts w:hint="cs"/>
          <w:b w:val="0"/>
          <w:color w:val="000000" w:themeColor="text1"/>
          <w:szCs w:val="26"/>
          <w:rtl/>
        </w:rPr>
        <w:t>یی</w:t>
      </w:r>
      <w:r w:rsidRPr="002F751A">
        <w:rPr>
          <w:b w:val="0"/>
          <w:color w:val="000000" w:themeColor="text1"/>
          <w:szCs w:val="26"/>
          <w:rtl/>
        </w:rPr>
        <w:t xml:space="preserve"> شد</w:t>
      </w:r>
      <w:r w:rsidRPr="002F751A">
        <w:rPr>
          <w:rFonts w:hint="cs"/>
          <w:b w:val="0"/>
          <w:color w:val="000000" w:themeColor="text1"/>
          <w:szCs w:val="26"/>
          <w:rtl/>
        </w:rPr>
        <w:t>ید</w:t>
      </w:r>
      <w:r w:rsidRPr="002F751A">
        <w:rPr>
          <w:b w:val="0"/>
          <w:color w:val="000000" w:themeColor="text1"/>
          <w:szCs w:val="26"/>
          <w:rtl/>
        </w:rPr>
        <w:t xml:space="preserve"> م</w:t>
      </w:r>
      <w:r w:rsidRPr="002F751A">
        <w:rPr>
          <w:rFonts w:hint="cs"/>
          <w:b w:val="0"/>
          <w:color w:val="000000" w:themeColor="text1"/>
          <w:szCs w:val="26"/>
          <w:rtl/>
        </w:rPr>
        <w:t>ی‌دانند</w:t>
      </w:r>
      <w:r w:rsidRPr="002F751A">
        <w:rPr>
          <w:b w:val="0"/>
          <w:color w:val="000000" w:themeColor="text1"/>
          <w:szCs w:val="26"/>
          <w:rtl/>
        </w:rPr>
        <w:t xml:space="preserve"> و به دل</w:t>
      </w:r>
      <w:r w:rsidRPr="002F751A">
        <w:rPr>
          <w:rFonts w:hint="cs"/>
          <w:b w:val="0"/>
          <w:color w:val="000000" w:themeColor="text1"/>
          <w:szCs w:val="26"/>
          <w:rtl/>
        </w:rPr>
        <w:t>یل</w:t>
      </w:r>
      <w:r w:rsidRPr="002F751A">
        <w:rPr>
          <w:b w:val="0"/>
          <w:color w:val="000000" w:themeColor="text1"/>
          <w:szCs w:val="26"/>
          <w:rtl/>
        </w:rPr>
        <w:t xml:space="preserve"> ارزش بن</w:t>
      </w:r>
      <w:r w:rsidRPr="002F751A">
        <w:rPr>
          <w:rFonts w:hint="cs"/>
          <w:b w:val="0"/>
          <w:color w:val="000000" w:themeColor="text1"/>
          <w:szCs w:val="26"/>
          <w:rtl/>
        </w:rPr>
        <w:t>یادین</w:t>
      </w:r>
      <w:r w:rsidRPr="002F751A">
        <w:rPr>
          <w:b w:val="0"/>
          <w:color w:val="000000" w:themeColor="text1"/>
          <w:szCs w:val="26"/>
          <w:rtl/>
        </w:rPr>
        <w:t xml:space="preserve"> دسترس</w:t>
      </w:r>
      <w:r w:rsidRPr="002F751A">
        <w:rPr>
          <w:rFonts w:hint="cs"/>
          <w:b w:val="0"/>
          <w:color w:val="000000" w:themeColor="text1"/>
          <w:szCs w:val="26"/>
          <w:rtl/>
        </w:rPr>
        <w:t>ی</w:t>
      </w:r>
      <w:r w:rsidRPr="002F751A">
        <w:rPr>
          <w:b w:val="0"/>
          <w:color w:val="000000" w:themeColor="text1"/>
          <w:szCs w:val="26"/>
          <w:rtl/>
        </w:rPr>
        <w:t xml:space="preserve"> به دادگاه با احت</w:t>
      </w:r>
      <w:r w:rsidRPr="002F751A">
        <w:rPr>
          <w:rFonts w:hint="cs"/>
          <w:b w:val="0"/>
          <w:color w:val="000000" w:themeColor="text1"/>
          <w:szCs w:val="26"/>
          <w:rtl/>
        </w:rPr>
        <w:t>یاط</w:t>
      </w:r>
      <w:r w:rsidRPr="002F751A">
        <w:rPr>
          <w:b w:val="0"/>
          <w:color w:val="000000" w:themeColor="text1"/>
          <w:szCs w:val="26"/>
          <w:rtl/>
        </w:rPr>
        <w:t xml:space="preserve"> اعمال م</w:t>
      </w:r>
      <w:r w:rsidRPr="002F751A">
        <w:rPr>
          <w:rFonts w:hint="cs"/>
          <w:b w:val="0"/>
          <w:color w:val="000000" w:themeColor="text1"/>
          <w:szCs w:val="26"/>
          <w:rtl/>
        </w:rPr>
        <w:t>ی‌کنند</w:t>
      </w:r>
      <w:r w:rsidRPr="002F751A">
        <w:rPr>
          <w:b w:val="0"/>
          <w:color w:val="000000" w:themeColor="text1"/>
          <w:szCs w:val="26"/>
          <w:rtl/>
        </w:rPr>
        <w:t>. مع</w:t>
      </w:r>
      <w:r w:rsidRPr="002F751A">
        <w:rPr>
          <w:rFonts w:hint="cs"/>
          <w:b w:val="0"/>
          <w:color w:val="000000" w:themeColor="text1"/>
          <w:szCs w:val="26"/>
          <w:rtl/>
        </w:rPr>
        <w:t>یارهای</w:t>
      </w:r>
      <w:r w:rsidRPr="002F751A">
        <w:rPr>
          <w:b w:val="0"/>
          <w:color w:val="000000" w:themeColor="text1"/>
          <w:szCs w:val="26"/>
          <w:rtl/>
        </w:rPr>
        <w:t xml:space="preserve"> مورد استفاده، سابقه دعاو</w:t>
      </w:r>
      <w:r w:rsidRPr="002F751A">
        <w:rPr>
          <w:rFonts w:hint="cs"/>
          <w:b w:val="0"/>
          <w:color w:val="000000" w:themeColor="text1"/>
          <w:szCs w:val="26"/>
          <w:rtl/>
        </w:rPr>
        <w:t>ی</w:t>
      </w:r>
      <w:r w:rsidRPr="002F751A">
        <w:rPr>
          <w:b w:val="0"/>
          <w:color w:val="000000" w:themeColor="text1"/>
          <w:szCs w:val="26"/>
          <w:rtl/>
        </w:rPr>
        <w:t xml:space="preserve"> تکرار</w:t>
      </w:r>
      <w:r w:rsidRPr="002F751A">
        <w:rPr>
          <w:rFonts w:hint="cs"/>
          <w:b w:val="0"/>
          <w:color w:val="000000" w:themeColor="text1"/>
          <w:szCs w:val="26"/>
          <w:rtl/>
        </w:rPr>
        <w:t>ی</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آزارگرانه، حسن‌ن</w:t>
      </w:r>
      <w:r w:rsidRPr="002F751A">
        <w:rPr>
          <w:rFonts w:hint="cs"/>
          <w:b w:val="0"/>
          <w:color w:val="000000" w:themeColor="text1"/>
          <w:szCs w:val="26"/>
          <w:rtl/>
        </w:rPr>
        <w:t>یت،</w:t>
      </w:r>
      <w:r w:rsidRPr="002F751A">
        <w:rPr>
          <w:b w:val="0"/>
          <w:color w:val="000000" w:themeColor="text1"/>
          <w:szCs w:val="26"/>
          <w:rtl/>
        </w:rPr>
        <w:t xml:space="preserve"> هز</w:t>
      </w:r>
      <w:r w:rsidRPr="002F751A">
        <w:rPr>
          <w:rFonts w:hint="cs"/>
          <w:b w:val="0"/>
          <w:color w:val="000000" w:themeColor="text1"/>
          <w:szCs w:val="26"/>
          <w:rtl/>
        </w:rPr>
        <w:t>ینه</w:t>
      </w:r>
      <w:r w:rsidRPr="002F751A">
        <w:rPr>
          <w:b w:val="0"/>
          <w:color w:val="000000" w:themeColor="text1"/>
          <w:szCs w:val="26"/>
          <w:rtl/>
        </w:rPr>
        <w:t xml:space="preserve"> تحم</w:t>
      </w:r>
      <w:r w:rsidRPr="002F751A">
        <w:rPr>
          <w:rFonts w:hint="cs"/>
          <w:b w:val="0"/>
          <w:color w:val="000000" w:themeColor="text1"/>
          <w:szCs w:val="26"/>
          <w:rtl/>
        </w:rPr>
        <w:t>یل‌شده</w:t>
      </w:r>
      <w:r w:rsidRPr="002F751A">
        <w:rPr>
          <w:b w:val="0"/>
          <w:color w:val="000000" w:themeColor="text1"/>
          <w:szCs w:val="26"/>
          <w:rtl/>
        </w:rPr>
        <w:t xml:space="preserve"> به د</w:t>
      </w:r>
      <w:r w:rsidRPr="002F751A">
        <w:rPr>
          <w:rFonts w:hint="cs"/>
          <w:b w:val="0"/>
          <w:color w:val="000000" w:themeColor="text1"/>
          <w:szCs w:val="26"/>
          <w:rtl/>
        </w:rPr>
        <w:t>یگران</w:t>
      </w:r>
      <w:r w:rsidRPr="002F751A">
        <w:rPr>
          <w:b w:val="0"/>
          <w:color w:val="000000" w:themeColor="text1"/>
          <w:szCs w:val="26"/>
          <w:rtl/>
        </w:rPr>
        <w:t xml:space="preserve"> و کفا</w:t>
      </w:r>
      <w:r w:rsidRPr="002F751A">
        <w:rPr>
          <w:rFonts w:hint="cs"/>
          <w:b w:val="0"/>
          <w:color w:val="000000" w:themeColor="text1"/>
          <w:szCs w:val="26"/>
          <w:rtl/>
        </w:rPr>
        <w:t>یت</w:t>
      </w:r>
      <w:r w:rsidRPr="002F751A">
        <w:rPr>
          <w:b w:val="0"/>
          <w:color w:val="000000" w:themeColor="text1"/>
          <w:szCs w:val="26"/>
          <w:rtl/>
        </w:rPr>
        <w:t xml:space="preserve"> ضمانت‌اجراها</w:t>
      </w:r>
      <w:r w:rsidRPr="002F751A">
        <w:rPr>
          <w:rFonts w:hint="cs"/>
          <w:b w:val="0"/>
          <w:color w:val="000000" w:themeColor="text1"/>
          <w:szCs w:val="26"/>
          <w:rtl/>
        </w:rPr>
        <w:t>ی</w:t>
      </w:r>
      <w:r w:rsidRPr="002F751A">
        <w:rPr>
          <w:b w:val="0"/>
          <w:color w:val="000000" w:themeColor="text1"/>
          <w:szCs w:val="26"/>
          <w:rtl/>
        </w:rPr>
        <w:t xml:space="preserve"> خف</w:t>
      </w:r>
      <w:r w:rsidRPr="002F751A">
        <w:rPr>
          <w:rFonts w:hint="cs"/>
          <w:b w:val="0"/>
          <w:color w:val="000000" w:themeColor="text1"/>
          <w:szCs w:val="26"/>
          <w:rtl/>
        </w:rPr>
        <w:t>یف‌تر</w:t>
      </w:r>
      <w:r w:rsidRPr="002F751A">
        <w:rPr>
          <w:b w:val="0"/>
          <w:color w:val="000000" w:themeColor="text1"/>
          <w:szCs w:val="26"/>
          <w:rtl/>
        </w:rPr>
        <w:t xml:space="preserve"> است</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Rust, 2024: 453).</w:t>
      </w:r>
      <w:r w:rsidRPr="002F751A">
        <w:rPr>
          <w:b w:val="0"/>
          <w:color w:val="000000" w:themeColor="text1"/>
          <w:szCs w:val="26"/>
        </w:rPr>
        <w:t xml:space="preserve"> </w:t>
      </w:r>
      <w:r w:rsidR="00B800F5">
        <w:rPr>
          <w:rFonts w:hint="cs"/>
          <w:b w:val="0"/>
          <w:color w:val="000000" w:themeColor="text1"/>
          <w:szCs w:val="26"/>
          <w:rtl/>
        </w:rPr>
        <w:t xml:space="preserve"> </w:t>
      </w:r>
      <w:r w:rsidRPr="002F751A">
        <w:rPr>
          <w:b w:val="0"/>
          <w:color w:val="000000" w:themeColor="text1"/>
          <w:szCs w:val="26"/>
          <w:rtl/>
        </w:rPr>
        <w:t>ادب</w:t>
      </w:r>
      <w:r w:rsidRPr="002F751A">
        <w:rPr>
          <w:rFonts w:hint="cs"/>
          <w:b w:val="0"/>
          <w:color w:val="000000" w:themeColor="text1"/>
          <w:szCs w:val="26"/>
          <w:rtl/>
        </w:rPr>
        <w:t>یات</w:t>
      </w:r>
      <w:r w:rsidRPr="002F751A">
        <w:rPr>
          <w:b w:val="0"/>
          <w:color w:val="000000" w:themeColor="text1"/>
          <w:szCs w:val="26"/>
          <w:rtl/>
        </w:rPr>
        <w:t xml:space="preserve"> جد</w:t>
      </w:r>
      <w:r w:rsidRPr="002F751A">
        <w:rPr>
          <w:rFonts w:hint="cs"/>
          <w:b w:val="0"/>
          <w:color w:val="000000" w:themeColor="text1"/>
          <w:szCs w:val="26"/>
          <w:rtl/>
        </w:rPr>
        <w:t>ید</w:t>
      </w:r>
      <w:r w:rsidRPr="002F751A">
        <w:rPr>
          <w:b w:val="0"/>
          <w:color w:val="000000" w:themeColor="text1"/>
          <w:szCs w:val="26"/>
          <w:rtl/>
        </w:rPr>
        <w:t xml:space="preserve"> حت</w:t>
      </w:r>
      <w:r w:rsidRPr="002F751A">
        <w:rPr>
          <w:rFonts w:hint="cs"/>
          <w:b w:val="0"/>
          <w:color w:val="000000" w:themeColor="text1"/>
          <w:szCs w:val="26"/>
          <w:rtl/>
        </w:rPr>
        <w:t>ی</w:t>
      </w:r>
      <w:r w:rsidRPr="002F751A">
        <w:rPr>
          <w:b w:val="0"/>
          <w:color w:val="000000" w:themeColor="text1"/>
          <w:szCs w:val="26"/>
          <w:rtl/>
        </w:rPr>
        <w:t xml:space="preserve"> از</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«weaponized courts»</w:t>
      </w:r>
      <w:r w:rsidRPr="002F751A">
        <w:rPr>
          <w:b w:val="0"/>
          <w:color w:val="000000" w:themeColor="text1"/>
          <w:szCs w:val="26"/>
        </w:rPr>
        <w:t xml:space="preserve"> </w:t>
      </w:r>
      <w:r w:rsidRPr="002F751A">
        <w:rPr>
          <w:b w:val="0"/>
          <w:color w:val="000000" w:themeColor="text1"/>
          <w:szCs w:val="26"/>
          <w:rtl/>
        </w:rPr>
        <w:t>سخن م</w:t>
      </w:r>
      <w:r w:rsidRPr="002F751A">
        <w:rPr>
          <w:rFonts w:hint="cs"/>
          <w:b w:val="0"/>
          <w:color w:val="000000" w:themeColor="text1"/>
          <w:szCs w:val="26"/>
          <w:rtl/>
        </w:rPr>
        <w:t>ی‌گوید؛</w:t>
      </w:r>
      <w:r w:rsidRPr="002F751A">
        <w:rPr>
          <w:b w:val="0"/>
          <w:color w:val="000000" w:themeColor="text1"/>
          <w:szCs w:val="26"/>
          <w:rtl/>
        </w:rPr>
        <w:t xml:space="preserve"> </w:t>
      </w:r>
      <w:r w:rsidRPr="002F751A">
        <w:rPr>
          <w:rFonts w:hint="cs"/>
          <w:b w:val="0"/>
          <w:color w:val="000000" w:themeColor="text1"/>
          <w:szCs w:val="26"/>
          <w:rtl/>
        </w:rPr>
        <w:t>یعنی</w:t>
      </w:r>
      <w:r w:rsidRPr="002F751A">
        <w:rPr>
          <w:b w:val="0"/>
          <w:color w:val="000000" w:themeColor="text1"/>
          <w:szCs w:val="26"/>
          <w:rtl/>
        </w:rPr>
        <w:t xml:space="preserve"> وضع</w:t>
      </w:r>
      <w:r w:rsidRPr="002F751A">
        <w:rPr>
          <w:rFonts w:hint="cs"/>
          <w:b w:val="0"/>
          <w:color w:val="000000" w:themeColor="text1"/>
          <w:szCs w:val="26"/>
          <w:rtl/>
        </w:rPr>
        <w:t>یتی</w:t>
      </w:r>
      <w:r w:rsidRPr="002F751A">
        <w:rPr>
          <w:b w:val="0"/>
          <w:color w:val="000000" w:themeColor="text1"/>
          <w:szCs w:val="26"/>
          <w:rtl/>
        </w:rPr>
        <w:t xml:space="preserve"> که خود دادگاه به م</w:t>
      </w:r>
      <w:r w:rsidRPr="002F751A">
        <w:rPr>
          <w:rFonts w:hint="cs"/>
          <w:b w:val="0"/>
          <w:color w:val="000000" w:themeColor="text1"/>
          <w:szCs w:val="26"/>
          <w:rtl/>
        </w:rPr>
        <w:t>یدان</w:t>
      </w:r>
      <w:r w:rsidRPr="002F751A">
        <w:rPr>
          <w:b w:val="0"/>
          <w:color w:val="000000" w:themeColor="text1"/>
          <w:szCs w:val="26"/>
          <w:rtl/>
        </w:rPr>
        <w:t xml:space="preserve"> استمرار آزار تبد</w:t>
      </w:r>
      <w:r w:rsidRPr="002F751A">
        <w:rPr>
          <w:rFonts w:hint="cs"/>
          <w:b w:val="0"/>
          <w:color w:val="000000" w:themeColor="text1"/>
          <w:szCs w:val="26"/>
          <w:rtl/>
        </w:rPr>
        <w:t>یل</w:t>
      </w:r>
      <w:r w:rsidRPr="002F751A">
        <w:rPr>
          <w:b w:val="0"/>
          <w:color w:val="000000" w:themeColor="text1"/>
          <w:szCs w:val="26"/>
          <w:rtl/>
        </w:rPr>
        <w:t xml:space="preserve"> م</w:t>
      </w:r>
      <w:r w:rsidRPr="002F751A">
        <w:rPr>
          <w:rFonts w:hint="cs"/>
          <w:b w:val="0"/>
          <w:color w:val="000000" w:themeColor="text1"/>
          <w:szCs w:val="26"/>
          <w:rtl/>
        </w:rPr>
        <w:t>ی‌شود</w:t>
      </w:r>
      <w:r w:rsidRPr="002F751A">
        <w:rPr>
          <w:b w:val="0"/>
          <w:color w:val="000000" w:themeColor="text1"/>
          <w:szCs w:val="26"/>
          <w:rtl/>
        </w:rPr>
        <w:t xml:space="preserve"> و ن</w:t>
      </w:r>
      <w:r w:rsidRPr="002F751A">
        <w:rPr>
          <w:rFonts w:hint="cs"/>
          <w:b w:val="0"/>
          <w:color w:val="000000" w:themeColor="text1"/>
          <w:szCs w:val="26"/>
          <w:rtl/>
        </w:rPr>
        <w:t>یاز</w:t>
      </w:r>
      <w:r w:rsidRPr="002F751A">
        <w:rPr>
          <w:b w:val="0"/>
          <w:color w:val="000000" w:themeColor="text1"/>
          <w:szCs w:val="26"/>
          <w:rtl/>
        </w:rPr>
        <w:t xml:space="preserve"> به اصلاح هماهنگ دارد</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(Jacob, 2026: 65).</w:t>
      </w:r>
    </w:p>
    <w:p w14:paraId="73684ED7"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با</w:t>
      </w:r>
      <w:r w:rsidRPr="002F751A">
        <w:rPr>
          <w:b w:val="0"/>
          <w:color w:val="000000" w:themeColor="text1"/>
          <w:szCs w:val="26"/>
          <w:rtl/>
        </w:rPr>
        <w:t xml:space="preserve"> ا</w:t>
      </w:r>
      <w:r w:rsidRPr="002F751A">
        <w:rPr>
          <w:rFonts w:hint="cs"/>
          <w:b w:val="0"/>
          <w:color w:val="000000" w:themeColor="text1"/>
          <w:szCs w:val="26"/>
          <w:rtl/>
        </w:rPr>
        <w:t>ین</w:t>
      </w:r>
      <w:r w:rsidRPr="002F751A">
        <w:rPr>
          <w:b w:val="0"/>
          <w:color w:val="000000" w:themeColor="text1"/>
          <w:szCs w:val="26"/>
          <w:rtl/>
        </w:rPr>
        <w:t xml:space="preserve"> حال، اقتباس مستق</w:t>
      </w:r>
      <w:r w:rsidRPr="002F751A">
        <w:rPr>
          <w:rFonts w:hint="cs"/>
          <w:b w:val="0"/>
          <w:color w:val="000000" w:themeColor="text1"/>
          <w:szCs w:val="26"/>
          <w:rtl/>
        </w:rPr>
        <w:t>یم</w:t>
      </w:r>
      <w:r w:rsidRPr="002F751A">
        <w:rPr>
          <w:b w:val="0"/>
          <w:color w:val="000000" w:themeColor="text1"/>
          <w:szCs w:val="26"/>
          <w:rtl/>
        </w:rPr>
        <w:t xml:space="preserve"> محدود</w:t>
      </w:r>
      <w:r w:rsidRPr="002F751A">
        <w:rPr>
          <w:rFonts w:hint="cs"/>
          <w:b w:val="0"/>
          <w:color w:val="000000" w:themeColor="text1"/>
          <w:szCs w:val="26"/>
          <w:rtl/>
        </w:rPr>
        <w:t>یت</w:t>
      </w:r>
      <w:r w:rsidRPr="002F751A">
        <w:rPr>
          <w:b w:val="0"/>
          <w:color w:val="000000" w:themeColor="text1"/>
          <w:szCs w:val="26"/>
          <w:rtl/>
        </w:rPr>
        <w:t xml:space="preserve"> پ</w:t>
      </w:r>
      <w:r w:rsidRPr="002F751A">
        <w:rPr>
          <w:rFonts w:hint="cs"/>
          <w:b w:val="0"/>
          <w:color w:val="000000" w:themeColor="text1"/>
          <w:szCs w:val="26"/>
          <w:rtl/>
        </w:rPr>
        <w:t>یش</w:t>
      </w:r>
      <w:r w:rsidRPr="002F751A">
        <w:rPr>
          <w:b w:val="0"/>
          <w:color w:val="000000" w:themeColor="text1"/>
          <w:szCs w:val="26"/>
          <w:rtl/>
        </w:rPr>
        <w:t xml:space="preserve"> از ثبت برا</w:t>
      </w:r>
      <w:r w:rsidRPr="002F751A">
        <w:rPr>
          <w:rFonts w:hint="cs"/>
          <w:b w:val="0"/>
          <w:color w:val="000000" w:themeColor="text1"/>
          <w:szCs w:val="26"/>
          <w:rtl/>
        </w:rPr>
        <w:t>ی</w:t>
      </w:r>
      <w:r w:rsidRPr="002F751A">
        <w:rPr>
          <w:b w:val="0"/>
          <w:color w:val="000000" w:themeColor="text1"/>
          <w:szCs w:val="26"/>
          <w:rtl/>
        </w:rPr>
        <w:t xml:space="preserve"> شکا</w:t>
      </w:r>
      <w:r w:rsidRPr="002F751A">
        <w:rPr>
          <w:rFonts w:hint="cs"/>
          <w:b w:val="0"/>
          <w:color w:val="000000" w:themeColor="text1"/>
          <w:szCs w:val="26"/>
          <w:rtl/>
        </w:rPr>
        <w:t>یت</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در ا</w:t>
      </w:r>
      <w:r w:rsidRPr="002F751A">
        <w:rPr>
          <w:rFonts w:hint="cs"/>
          <w:b w:val="0"/>
          <w:color w:val="000000" w:themeColor="text1"/>
          <w:szCs w:val="26"/>
          <w:rtl/>
        </w:rPr>
        <w:t>یران</w:t>
      </w:r>
      <w:r w:rsidRPr="002F751A">
        <w:rPr>
          <w:b w:val="0"/>
          <w:color w:val="000000" w:themeColor="text1"/>
          <w:szCs w:val="26"/>
          <w:rtl/>
        </w:rPr>
        <w:t xml:space="preserve"> خطرناک است. در پرونده‌ها</w:t>
      </w:r>
      <w:r w:rsidRPr="002F751A">
        <w:rPr>
          <w:rFonts w:hint="cs"/>
          <w:b w:val="0"/>
          <w:color w:val="000000" w:themeColor="text1"/>
          <w:szCs w:val="26"/>
          <w:rtl/>
        </w:rPr>
        <w:t>ی</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اطلاعات جد</w:t>
      </w:r>
      <w:r w:rsidRPr="002F751A">
        <w:rPr>
          <w:rFonts w:hint="cs"/>
          <w:b w:val="0"/>
          <w:color w:val="000000" w:themeColor="text1"/>
          <w:szCs w:val="26"/>
          <w:rtl/>
        </w:rPr>
        <w:t>ید،</w:t>
      </w:r>
      <w:r w:rsidRPr="002F751A">
        <w:rPr>
          <w:b w:val="0"/>
          <w:color w:val="000000" w:themeColor="text1"/>
          <w:szCs w:val="26"/>
          <w:rtl/>
        </w:rPr>
        <w:t xml:space="preserve"> وقوع جرم تازه و جنبه عموم</w:t>
      </w:r>
      <w:r w:rsidRPr="002F751A">
        <w:rPr>
          <w:rFonts w:hint="cs"/>
          <w:b w:val="0"/>
          <w:color w:val="000000" w:themeColor="text1"/>
          <w:szCs w:val="26"/>
          <w:rtl/>
        </w:rPr>
        <w:t>ی</w:t>
      </w:r>
      <w:r w:rsidRPr="002F751A">
        <w:rPr>
          <w:b w:val="0"/>
          <w:color w:val="000000" w:themeColor="text1"/>
          <w:szCs w:val="26"/>
          <w:rtl/>
        </w:rPr>
        <w:t xml:space="preserve"> جرم ممکن است ضرورت رس</w:t>
      </w:r>
      <w:r w:rsidRPr="002F751A">
        <w:rPr>
          <w:rFonts w:hint="cs"/>
          <w:b w:val="0"/>
          <w:color w:val="000000" w:themeColor="text1"/>
          <w:szCs w:val="26"/>
          <w:rtl/>
        </w:rPr>
        <w:t>یدگی</w:t>
      </w:r>
      <w:r w:rsidRPr="002F751A">
        <w:rPr>
          <w:b w:val="0"/>
          <w:color w:val="000000" w:themeColor="text1"/>
          <w:szCs w:val="26"/>
          <w:rtl/>
        </w:rPr>
        <w:t xml:space="preserve"> را ا</w:t>
      </w:r>
      <w:r w:rsidRPr="002F751A">
        <w:rPr>
          <w:rFonts w:hint="cs"/>
          <w:b w:val="0"/>
          <w:color w:val="000000" w:themeColor="text1"/>
          <w:szCs w:val="26"/>
          <w:rtl/>
        </w:rPr>
        <w:t>یجاد</w:t>
      </w:r>
      <w:r w:rsidRPr="002F751A">
        <w:rPr>
          <w:b w:val="0"/>
          <w:color w:val="000000" w:themeColor="text1"/>
          <w:szCs w:val="26"/>
          <w:rtl/>
        </w:rPr>
        <w:t xml:space="preserve"> کند. مناسب‌تر آن است که هر محدود</w:t>
      </w:r>
      <w:r w:rsidRPr="002F751A">
        <w:rPr>
          <w:rFonts w:hint="cs"/>
          <w:b w:val="0"/>
          <w:color w:val="000000" w:themeColor="text1"/>
          <w:szCs w:val="26"/>
          <w:rtl/>
        </w:rPr>
        <w:t>یت،</w:t>
      </w:r>
      <w:r w:rsidRPr="002F751A">
        <w:rPr>
          <w:b w:val="0"/>
          <w:color w:val="000000" w:themeColor="text1"/>
          <w:szCs w:val="26"/>
          <w:rtl/>
        </w:rPr>
        <w:t xml:space="preserve"> موضوع‌محور و نه شخص‌محور باشد؛ مثلاً درب</w:t>
      </w:r>
      <w:r w:rsidRPr="002F751A">
        <w:rPr>
          <w:rFonts w:hint="cs"/>
          <w:b w:val="0"/>
          <w:color w:val="000000" w:themeColor="text1"/>
          <w:szCs w:val="26"/>
          <w:rtl/>
        </w:rPr>
        <w:t>اره</w:t>
      </w:r>
      <w:r w:rsidRPr="002F751A">
        <w:rPr>
          <w:b w:val="0"/>
          <w:color w:val="000000" w:themeColor="text1"/>
          <w:szCs w:val="26"/>
          <w:rtl/>
        </w:rPr>
        <w:t xml:space="preserve"> تکرار همان ادعا با همان طرف</w:t>
      </w:r>
      <w:r w:rsidRPr="002F751A">
        <w:rPr>
          <w:rFonts w:hint="cs"/>
          <w:b w:val="0"/>
          <w:color w:val="000000" w:themeColor="text1"/>
          <w:szCs w:val="26"/>
          <w:rtl/>
        </w:rPr>
        <w:t>ین</w:t>
      </w:r>
      <w:r w:rsidRPr="002F751A">
        <w:rPr>
          <w:b w:val="0"/>
          <w:color w:val="000000" w:themeColor="text1"/>
          <w:szCs w:val="26"/>
          <w:rtl/>
        </w:rPr>
        <w:t xml:space="preserve"> و همان هسته واقع</w:t>
      </w:r>
      <w:r w:rsidRPr="002F751A">
        <w:rPr>
          <w:rFonts w:hint="cs"/>
          <w:b w:val="0"/>
          <w:color w:val="000000" w:themeColor="text1"/>
          <w:szCs w:val="26"/>
          <w:rtl/>
        </w:rPr>
        <w:t>ی</w:t>
      </w:r>
      <w:r w:rsidRPr="002F751A">
        <w:rPr>
          <w:b w:val="0"/>
          <w:color w:val="000000" w:themeColor="text1"/>
          <w:szCs w:val="26"/>
          <w:rtl/>
        </w:rPr>
        <w:t xml:space="preserve"> پس از تع</w:t>
      </w:r>
      <w:r w:rsidRPr="002F751A">
        <w:rPr>
          <w:rFonts w:hint="cs"/>
          <w:b w:val="0"/>
          <w:color w:val="000000" w:themeColor="text1"/>
          <w:szCs w:val="26"/>
          <w:rtl/>
        </w:rPr>
        <w:t>یین</w:t>
      </w:r>
      <w:r w:rsidRPr="002F751A">
        <w:rPr>
          <w:b w:val="0"/>
          <w:color w:val="000000" w:themeColor="text1"/>
          <w:szCs w:val="26"/>
          <w:rtl/>
        </w:rPr>
        <w:t xml:space="preserve"> تکل</w:t>
      </w:r>
      <w:r w:rsidRPr="002F751A">
        <w:rPr>
          <w:rFonts w:hint="cs"/>
          <w:b w:val="0"/>
          <w:color w:val="000000" w:themeColor="text1"/>
          <w:szCs w:val="26"/>
          <w:rtl/>
        </w:rPr>
        <w:t>یف</w:t>
      </w:r>
      <w:r w:rsidRPr="002F751A">
        <w:rPr>
          <w:b w:val="0"/>
          <w:color w:val="000000" w:themeColor="text1"/>
          <w:szCs w:val="26"/>
          <w:rtl/>
        </w:rPr>
        <w:t xml:space="preserve"> قطع</w:t>
      </w:r>
      <w:r w:rsidRPr="002F751A">
        <w:rPr>
          <w:rFonts w:hint="cs"/>
          <w:b w:val="0"/>
          <w:color w:val="000000" w:themeColor="text1"/>
          <w:szCs w:val="26"/>
          <w:rtl/>
        </w:rPr>
        <w:t>ی،</w:t>
      </w:r>
      <w:r w:rsidRPr="002F751A">
        <w:rPr>
          <w:b w:val="0"/>
          <w:color w:val="000000" w:themeColor="text1"/>
          <w:szCs w:val="26"/>
          <w:rtl/>
        </w:rPr>
        <w:t xml:space="preserve"> مرجع قضا</w:t>
      </w:r>
      <w:r w:rsidRPr="002F751A">
        <w:rPr>
          <w:rFonts w:hint="cs"/>
          <w:b w:val="0"/>
          <w:color w:val="000000" w:themeColor="text1"/>
          <w:szCs w:val="26"/>
          <w:rtl/>
        </w:rPr>
        <w:t>یی</w:t>
      </w:r>
      <w:r w:rsidRPr="002F751A">
        <w:rPr>
          <w:b w:val="0"/>
          <w:color w:val="000000" w:themeColor="text1"/>
          <w:szCs w:val="26"/>
          <w:rtl/>
        </w:rPr>
        <w:t xml:space="preserve"> بتواند پ</w:t>
      </w:r>
      <w:r w:rsidRPr="002F751A">
        <w:rPr>
          <w:rFonts w:hint="cs"/>
          <w:b w:val="0"/>
          <w:color w:val="000000" w:themeColor="text1"/>
          <w:szCs w:val="26"/>
          <w:rtl/>
        </w:rPr>
        <w:t>یش</w:t>
      </w:r>
      <w:r w:rsidRPr="002F751A">
        <w:rPr>
          <w:b w:val="0"/>
          <w:color w:val="000000" w:themeColor="text1"/>
          <w:szCs w:val="26"/>
          <w:rtl/>
        </w:rPr>
        <w:t xml:space="preserve"> از اقدامات گسترده، پرونده را به قاض</w:t>
      </w:r>
      <w:r w:rsidRPr="002F751A">
        <w:rPr>
          <w:rFonts w:hint="cs"/>
          <w:b w:val="0"/>
          <w:color w:val="000000" w:themeColor="text1"/>
          <w:szCs w:val="26"/>
          <w:rtl/>
        </w:rPr>
        <w:t>ی</w:t>
      </w:r>
      <w:r w:rsidRPr="002F751A">
        <w:rPr>
          <w:b w:val="0"/>
          <w:color w:val="000000" w:themeColor="text1"/>
          <w:szCs w:val="26"/>
          <w:rtl/>
        </w:rPr>
        <w:t xml:space="preserve"> تع</w:t>
      </w:r>
      <w:r w:rsidRPr="002F751A">
        <w:rPr>
          <w:rFonts w:hint="cs"/>
          <w:b w:val="0"/>
          <w:color w:val="000000" w:themeColor="text1"/>
          <w:szCs w:val="26"/>
          <w:rtl/>
        </w:rPr>
        <w:t>یین‌شده</w:t>
      </w:r>
      <w:r w:rsidRPr="002F751A">
        <w:rPr>
          <w:b w:val="0"/>
          <w:color w:val="000000" w:themeColor="text1"/>
          <w:szCs w:val="26"/>
          <w:rtl/>
        </w:rPr>
        <w:t xml:space="preserve"> برا</w:t>
      </w:r>
      <w:r w:rsidRPr="002F751A">
        <w:rPr>
          <w:rFonts w:hint="cs"/>
          <w:b w:val="0"/>
          <w:color w:val="000000" w:themeColor="text1"/>
          <w:szCs w:val="26"/>
          <w:rtl/>
        </w:rPr>
        <w:t>ی</w:t>
      </w:r>
      <w:r w:rsidRPr="002F751A">
        <w:rPr>
          <w:b w:val="0"/>
          <w:color w:val="000000" w:themeColor="text1"/>
          <w:szCs w:val="26"/>
          <w:rtl/>
        </w:rPr>
        <w:t xml:space="preserve"> بررس</w:t>
      </w:r>
      <w:r w:rsidRPr="002F751A">
        <w:rPr>
          <w:rFonts w:hint="cs"/>
          <w:b w:val="0"/>
          <w:color w:val="000000" w:themeColor="text1"/>
          <w:szCs w:val="26"/>
          <w:rtl/>
        </w:rPr>
        <w:t>ی</w:t>
      </w:r>
      <w:r w:rsidRPr="002F751A">
        <w:rPr>
          <w:b w:val="0"/>
          <w:color w:val="000000" w:themeColor="text1"/>
          <w:szCs w:val="26"/>
          <w:rtl/>
        </w:rPr>
        <w:t xml:space="preserve"> ارتباط با پرونده‌ها</w:t>
      </w:r>
      <w:r w:rsidRPr="002F751A">
        <w:rPr>
          <w:rFonts w:hint="cs"/>
          <w:b w:val="0"/>
          <w:color w:val="000000" w:themeColor="text1"/>
          <w:szCs w:val="26"/>
          <w:rtl/>
        </w:rPr>
        <w:t>ی</w:t>
      </w:r>
      <w:r w:rsidRPr="002F751A">
        <w:rPr>
          <w:b w:val="0"/>
          <w:color w:val="000000" w:themeColor="text1"/>
          <w:szCs w:val="26"/>
          <w:rtl/>
        </w:rPr>
        <w:t xml:space="preserve"> قبل</w:t>
      </w:r>
      <w:r w:rsidRPr="002F751A">
        <w:rPr>
          <w:rFonts w:hint="cs"/>
          <w:b w:val="0"/>
          <w:color w:val="000000" w:themeColor="text1"/>
          <w:szCs w:val="26"/>
          <w:rtl/>
        </w:rPr>
        <w:t>ی</w:t>
      </w:r>
      <w:r w:rsidRPr="002F751A">
        <w:rPr>
          <w:b w:val="0"/>
          <w:color w:val="000000" w:themeColor="text1"/>
          <w:szCs w:val="26"/>
          <w:rtl/>
        </w:rPr>
        <w:t xml:space="preserve"> ارجاع دهد</w:t>
      </w:r>
      <w:r w:rsidRPr="002F751A">
        <w:rPr>
          <w:b w:val="0"/>
          <w:color w:val="000000" w:themeColor="text1"/>
          <w:szCs w:val="26"/>
        </w:rPr>
        <w:t>.</w:t>
      </w:r>
    </w:p>
    <w:p w14:paraId="03A58AA4" w14:textId="24659B0A" w:rsidR="002F751A" w:rsidRDefault="002F751A" w:rsidP="002F751A">
      <w:pPr>
        <w:pStyle w:val="SubFA"/>
        <w:keepNext/>
        <w:bidi/>
        <w:rPr>
          <w:b w:val="0"/>
          <w:color w:val="000000" w:themeColor="text1"/>
          <w:szCs w:val="26"/>
          <w:rtl/>
        </w:rPr>
      </w:pPr>
      <w:r w:rsidRPr="002F751A">
        <w:rPr>
          <w:rFonts w:hint="cs"/>
          <w:b w:val="0"/>
          <w:color w:val="000000" w:themeColor="text1"/>
          <w:szCs w:val="26"/>
          <w:rtl/>
        </w:rPr>
        <w:t>مطالعه</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 xml:space="preserve">Mullen </w:t>
      </w:r>
      <w:r w:rsidRPr="00B800F5">
        <w:rPr>
          <w:rFonts w:asciiTheme="majorBidi" w:hAnsiTheme="majorBidi" w:cstheme="majorBidi"/>
          <w:b w:val="0"/>
          <w:i/>
          <w:iCs/>
          <w:color w:val="000000" w:themeColor="text1"/>
          <w:szCs w:val="26"/>
          <w:rtl/>
        </w:rPr>
        <w:t>و</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Lester</w:t>
      </w:r>
      <w:r w:rsidRPr="002F751A">
        <w:rPr>
          <w:b w:val="0"/>
          <w:color w:val="000000" w:themeColor="text1"/>
          <w:szCs w:val="26"/>
        </w:rPr>
        <w:t xml:space="preserve"> </w:t>
      </w:r>
      <w:r w:rsidRPr="002F751A">
        <w:rPr>
          <w:b w:val="0"/>
          <w:color w:val="000000" w:themeColor="text1"/>
          <w:szCs w:val="26"/>
          <w:rtl/>
        </w:rPr>
        <w:t>ن</w:t>
      </w:r>
      <w:r w:rsidRPr="002F751A">
        <w:rPr>
          <w:rFonts w:hint="cs"/>
          <w:b w:val="0"/>
          <w:color w:val="000000" w:themeColor="text1"/>
          <w:szCs w:val="26"/>
          <w:rtl/>
        </w:rPr>
        <w:t>یز</w:t>
      </w:r>
      <w:r w:rsidRPr="002F751A">
        <w:rPr>
          <w:b w:val="0"/>
          <w:color w:val="000000" w:themeColor="text1"/>
          <w:szCs w:val="26"/>
          <w:rtl/>
        </w:rPr>
        <w:t xml:space="preserve"> از منظر مد</w:t>
      </w:r>
      <w:r w:rsidRPr="002F751A">
        <w:rPr>
          <w:rFonts w:hint="cs"/>
          <w:b w:val="0"/>
          <w:color w:val="000000" w:themeColor="text1"/>
          <w:szCs w:val="26"/>
          <w:rtl/>
        </w:rPr>
        <w:t>یریتی</w:t>
      </w:r>
      <w:r w:rsidRPr="002F751A">
        <w:rPr>
          <w:b w:val="0"/>
          <w:color w:val="000000" w:themeColor="text1"/>
          <w:szCs w:val="26"/>
          <w:rtl/>
        </w:rPr>
        <w:t xml:space="preserve"> آموزنده است. آنان گزارش م</w:t>
      </w:r>
      <w:r w:rsidRPr="002F751A">
        <w:rPr>
          <w:rFonts w:hint="cs"/>
          <w:b w:val="0"/>
          <w:color w:val="000000" w:themeColor="text1"/>
          <w:szCs w:val="26"/>
          <w:rtl/>
        </w:rPr>
        <w:t>ی‌کنند</w:t>
      </w:r>
      <w:r w:rsidRPr="002F751A">
        <w:rPr>
          <w:b w:val="0"/>
          <w:color w:val="000000" w:themeColor="text1"/>
          <w:szCs w:val="26"/>
          <w:rtl/>
        </w:rPr>
        <w:t xml:space="preserve"> شاک</w:t>
      </w:r>
      <w:r w:rsidRPr="002F751A">
        <w:rPr>
          <w:rFonts w:hint="cs"/>
          <w:b w:val="0"/>
          <w:color w:val="000000" w:themeColor="text1"/>
          <w:szCs w:val="26"/>
          <w:rtl/>
        </w:rPr>
        <w:t>یان</w:t>
      </w:r>
      <w:r w:rsidRPr="002F751A">
        <w:rPr>
          <w:b w:val="0"/>
          <w:color w:val="000000" w:themeColor="text1"/>
          <w:szCs w:val="26"/>
          <w:rtl/>
        </w:rPr>
        <w:t xml:space="preserve"> بس</w:t>
      </w:r>
      <w:r w:rsidRPr="002F751A">
        <w:rPr>
          <w:rFonts w:hint="cs"/>
          <w:b w:val="0"/>
          <w:color w:val="000000" w:themeColor="text1"/>
          <w:szCs w:val="26"/>
          <w:rtl/>
        </w:rPr>
        <w:t>یار</w:t>
      </w:r>
      <w:r w:rsidRPr="002F751A">
        <w:rPr>
          <w:b w:val="0"/>
          <w:color w:val="000000" w:themeColor="text1"/>
          <w:szCs w:val="26"/>
          <w:rtl/>
        </w:rPr>
        <w:t xml:space="preserve"> پ</w:t>
      </w:r>
      <w:r w:rsidRPr="002F751A">
        <w:rPr>
          <w:rFonts w:hint="cs"/>
          <w:b w:val="0"/>
          <w:color w:val="000000" w:themeColor="text1"/>
          <w:szCs w:val="26"/>
          <w:rtl/>
        </w:rPr>
        <w:t>یگیر</w:t>
      </w:r>
      <w:r w:rsidRPr="002F751A">
        <w:rPr>
          <w:b w:val="0"/>
          <w:color w:val="000000" w:themeColor="text1"/>
          <w:szCs w:val="26"/>
          <w:rtl/>
        </w:rPr>
        <w:t xml:space="preserve"> غالباً حجم ز</w:t>
      </w:r>
      <w:r w:rsidRPr="002F751A">
        <w:rPr>
          <w:rFonts w:hint="cs"/>
          <w:b w:val="0"/>
          <w:color w:val="000000" w:themeColor="text1"/>
          <w:szCs w:val="26"/>
          <w:rtl/>
        </w:rPr>
        <w:t>یادی</w:t>
      </w:r>
      <w:r w:rsidRPr="002F751A">
        <w:rPr>
          <w:b w:val="0"/>
          <w:color w:val="000000" w:themeColor="text1"/>
          <w:szCs w:val="26"/>
          <w:rtl/>
        </w:rPr>
        <w:t xml:space="preserve"> از اسناد تول</w:t>
      </w:r>
      <w:r w:rsidRPr="002F751A">
        <w:rPr>
          <w:rFonts w:hint="cs"/>
          <w:b w:val="0"/>
          <w:color w:val="000000" w:themeColor="text1"/>
          <w:szCs w:val="26"/>
          <w:rtl/>
        </w:rPr>
        <w:t>ید</w:t>
      </w:r>
      <w:r w:rsidRPr="002F751A">
        <w:rPr>
          <w:b w:val="0"/>
          <w:color w:val="000000" w:themeColor="text1"/>
          <w:szCs w:val="26"/>
          <w:rtl/>
        </w:rPr>
        <w:t xml:space="preserve"> م</w:t>
      </w:r>
      <w:r w:rsidRPr="002F751A">
        <w:rPr>
          <w:rFonts w:hint="cs"/>
          <w:b w:val="0"/>
          <w:color w:val="000000" w:themeColor="text1"/>
          <w:szCs w:val="26"/>
          <w:rtl/>
        </w:rPr>
        <w:t>ی‌کنند</w:t>
      </w:r>
      <w:r w:rsidRPr="002F751A">
        <w:rPr>
          <w:b w:val="0"/>
          <w:color w:val="000000" w:themeColor="text1"/>
          <w:szCs w:val="26"/>
          <w:rtl/>
        </w:rPr>
        <w:t xml:space="preserve"> و خواسته‌ها</w:t>
      </w:r>
      <w:r w:rsidRPr="002F751A">
        <w:rPr>
          <w:rFonts w:hint="cs"/>
          <w:b w:val="0"/>
          <w:color w:val="000000" w:themeColor="text1"/>
          <w:szCs w:val="26"/>
          <w:rtl/>
        </w:rPr>
        <w:t>ی</w:t>
      </w:r>
      <w:r w:rsidRPr="002F751A">
        <w:rPr>
          <w:b w:val="0"/>
          <w:color w:val="000000" w:themeColor="text1"/>
          <w:szCs w:val="26"/>
          <w:rtl/>
        </w:rPr>
        <w:t xml:space="preserve"> آنان از جبران خسارت به انتقام و تأ</w:t>
      </w:r>
      <w:r w:rsidRPr="002F751A">
        <w:rPr>
          <w:rFonts w:hint="cs"/>
          <w:b w:val="0"/>
          <w:color w:val="000000" w:themeColor="text1"/>
          <w:szCs w:val="26"/>
          <w:rtl/>
        </w:rPr>
        <w:t>یید</w:t>
      </w:r>
      <w:r w:rsidRPr="002F751A">
        <w:rPr>
          <w:b w:val="0"/>
          <w:color w:val="000000" w:themeColor="text1"/>
          <w:szCs w:val="26"/>
          <w:rtl/>
        </w:rPr>
        <w:t xml:space="preserve"> شخص</w:t>
      </w:r>
      <w:r w:rsidRPr="002F751A">
        <w:rPr>
          <w:rFonts w:hint="cs"/>
          <w:b w:val="0"/>
          <w:color w:val="000000" w:themeColor="text1"/>
          <w:szCs w:val="26"/>
          <w:rtl/>
        </w:rPr>
        <w:t>ی</w:t>
      </w:r>
      <w:r w:rsidRPr="002F751A">
        <w:rPr>
          <w:b w:val="0"/>
          <w:color w:val="000000" w:themeColor="text1"/>
          <w:szCs w:val="26"/>
          <w:rtl/>
        </w:rPr>
        <w:t xml:space="preserve"> تغ</w:t>
      </w:r>
      <w:r w:rsidRPr="002F751A">
        <w:rPr>
          <w:rFonts w:hint="cs"/>
          <w:b w:val="0"/>
          <w:color w:val="000000" w:themeColor="text1"/>
          <w:szCs w:val="26"/>
          <w:rtl/>
        </w:rPr>
        <w:t>ییر</w:t>
      </w:r>
      <w:r w:rsidRPr="002F751A">
        <w:rPr>
          <w:b w:val="0"/>
          <w:color w:val="000000" w:themeColor="text1"/>
          <w:szCs w:val="26"/>
          <w:rtl/>
        </w:rPr>
        <w:t xml:space="preserve"> م</w:t>
      </w:r>
      <w:r w:rsidRPr="002F751A">
        <w:rPr>
          <w:rFonts w:hint="cs"/>
          <w:b w:val="0"/>
          <w:color w:val="000000" w:themeColor="text1"/>
          <w:szCs w:val="26"/>
          <w:rtl/>
        </w:rPr>
        <w:t>ی‌یابد</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(Mullen &amp; Lester, 2006: 336).</w:t>
      </w:r>
      <w:r w:rsidRPr="002F751A">
        <w:rPr>
          <w:b w:val="0"/>
          <w:color w:val="000000" w:themeColor="text1"/>
          <w:szCs w:val="26"/>
        </w:rPr>
        <w:t xml:space="preserve"> </w:t>
      </w:r>
      <w:r w:rsidR="00B800F5">
        <w:rPr>
          <w:rFonts w:hint="cs"/>
          <w:b w:val="0"/>
          <w:color w:val="000000" w:themeColor="text1"/>
          <w:szCs w:val="26"/>
          <w:rtl/>
        </w:rPr>
        <w:t xml:space="preserve"> </w:t>
      </w:r>
      <w:r w:rsidRPr="002F751A">
        <w:rPr>
          <w:b w:val="0"/>
          <w:color w:val="000000" w:themeColor="text1"/>
          <w:szCs w:val="26"/>
          <w:rtl/>
        </w:rPr>
        <w:lastRenderedPageBreak/>
        <w:t>اما ا</w:t>
      </w:r>
      <w:r w:rsidRPr="002F751A">
        <w:rPr>
          <w:rFonts w:hint="cs"/>
          <w:b w:val="0"/>
          <w:color w:val="000000" w:themeColor="text1"/>
          <w:szCs w:val="26"/>
          <w:rtl/>
        </w:rPr>
        <w:t>ین</w:t>
      </w:r>
      <w:r w:rsidRPr="002F751A">
        <w:rPr>
          <w:b w:val="0"/>
          <w:color w:val="000000" w:themeColor="text1"/>
          <w:szCs w:val="26"/>
          <w:rtl/>
        </w:rPr>
        <w:t xml:space="preserve"> </w:t>
      </w:r>
      <w:r w:rsidRPr="002F751A">
        <w:rPr>
          <w:rFonts w:hint="cs"/>
          <w:b w:val="0"/>
          <w:color w:val="000000" w:themeColor="text1"/>
          <w:szCs w:val="26"/>
          <w:rtl/>
        </w:rPr>
        <w:t>یافته</w:t>
      </w:r>
      <w:r w:rsidRPr="002F751A">
        <w:rPr>
          <w:b w:val="0"/>
          <w:color w:val="000000" w:themeColor="text1"/>
          <w:szCs w:val="26"/>
          <w:rtl/>
        </w:rPr>
        <w:t xml:space="preserve"> نبا</w:t>
      </w:r>
      <w:r w:rsidRPr="002F751A">
        <w:rPr>
          <w:rFonts w:hint="cs"/>
          <w:b w:val="0"/>
          <w:color w:val="000000" w:themeColor="text1"/>
          <w:szCs w:val="26"/>
          <w:rtl/>
        </w:rPr>
        <w:t>ید</w:t>
      </w:r>
      <w:r w:rsidRPr="002F751A">
        <w:rPr>
          <w:b w:val="0"/>
          <w:color w:val="000000" w:themeColor="text1"/>
          <w:szCs w:val="26"/>
          <w:rtl/>
        </w:rPr>
        <w:t xml:space="preserve"> به پزشک</w:t>
      </w:r>
      <w:r w:rsidRPr="002F751A">
        <w:rPr>
          <w:rFonts w:hint="cs"/>
          <w:b w:val="0"/>
          <w:color w:val="000000" w:themeColor="text1"/>
          <w:szCs w:val="26"/>
          <w:rtl/>
        </w:rPr>
        <w:t>ی‌سازی</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ب</w:t>
      </w:r>
      <w:r w:rsidRPr="002F751A">
        <w:rPr>
          <w:rFonts w:hint="cs"/>
          <w:b w:val="0"/>
          <w:color w:val="000000" w:themeColor="text1"/>
          <w:szCs w:val="26"/>
          <w:rtl/>
        </w:rPr>
        <w:t>یمار</w:t>
      </w:r>
      <w:r w:rsidRPr="002F751A">
        <w:rPr>
          <w:b w:val="0"/>
          <w:color w:val="000000" w:themeColor="text1"/>
          <w:szCs w:val="26"/>
          <w:rtl/>
        </w:rPr>
        <w:t xml:space="preserve"> انگاشتن هر شاک</w:t>
      </w:r>
      <w:r w:rsidRPr="002F751A">
        <w:rPr>
          <w:rFonts w:hint="cs"/>
          <w:b w:val="0"/>
          <w:color w:val="000000" w:themeColor="text1"/>
          <w:szCs w:val="26"/>
          <w:rtl/>
        </w:rPr>
        <w:t>ی</w:t>
      </w:r>
      <w:r w:rsidRPr="002F751A">
        <w:rPr>
          <w:b w:val="0"/>
          <w:color w:val="000000" w:themeColor="text1"/>
          <w:szCs w:val="26"/>
          <w:rtl/>
        </w:rPr>
        <w:t xml:space="preserve"> پ</w:t>
      </w:r>
      <w:r w:rsidRPr="002F751A">
        <w:rPr>
          <w:rFonts w:hint="cs"/>
          <w:b w:val="0"/>
          <w:color w:val="000000" w:themeColor="text1"/>
          <w:szCs w:val="26"/>
          <w:rtl/>
        </w:rPr>
        <w:t>یگیر</w:t>
      </w:r>
      <w:r w:rsidRPr="002F751A">
        <w:rPr>
          <w:b w:val="0"/>
          <w:color w:val="000000" w:themeColor="text1"/>
          <w:szCs w:val="26"/>
          <w:rtl/>
        </w:rPr>
        <w:t xml:space="preserve"> منجر شود. استفاده حقوق</w:t>
      </w:r>
      <w:r w:rsidRPr="002F751A">
        <w:rPr>
          <w:rFonts w:hint="cs"/>
          <w:b w:val="0"/>
          <w:color w:val="000000" w:themeColor="text1"/>
          <w:szCs w:val="26"/>
          <w:rtl/>
        </w:rPr>
        <w:t>ی</w:t>
      </w:r>
      <w:r w:rsidRPr="002F751A">
        <w:rPr>
          <w:b w:val="0"/>
          <w:color w:val="000000" w:themeColor="text1"/>
          <w:szCs w:val="26"/>
          <w:rtl/>
        </w:rPr>
        <w:t xml:space="preserve"> از آن تنها در حد شناخت الگو</w:t>
      </w:r>
      <w:r w:rsidRPr="002F751A">
        <w:rPr>
          <w:rFonts w:hint="cs"/>
          <w:b w:val="0"/>
          <w:color w:val="000000" w:themeColor="text1"/>
          <w:szCs w:val="26"/>
          <w:rtl/>
        </w:rPr>
        <w:t>ی</w:t>
      </w:r>
      <w:r w:rsidRPr="002F751A">
        <w:rPr>
          <w:b w:val="0"/>
          <w:color w:val="000000" w:themeColor="text1"/>
          <w:szCs w:val="26"/>
          <w:rtl/>
        </w:rPr>
        <w:t xml:space="preserve"> رفتار و ضرورت مد</w:t>
      </w:r>
      <w:r w:rsidRPr="002F751A">
        <w:rPr>
          <w:rFonts w:hint="cs"/>
          <w:b w:val="0"/>
          <w:color w:val="000000" w:themeColor="text1"/>
          <w:szCs w:val="26"/>
          <w:rtl/>
        </w:rPr>
        <w:t>یریت</w:t>
      </w:r>
      <w:r w:rsidRPr="002F751A">
        <w:rPr>
          <w:b w:val="0"/>
          <w:color w:val="000000" w:themeColor="text1"/>
          <w:szCs w:val="26"/>
          <w:rtl/>
        </w:rPr>
        <w:t xml:space="preserve"> ارتباطات پرونده قابل دفاع است</w:t>
      </w:r>
      <w:r w:rsidRPr="002F751A">
        <w:rPr>
          <w:b w:val="0"/>
          <w:color w:val="000000" w:themeColor="text1"/>
          <w:szCs w:val="26"/>
        </w:rPr>
        <w:t>.</w:t>
      </w:r>
    </w:p>
    <w:p w14:paraId="68F9960A" w14:textId="77777777" w:rsidR="00B800F5" w:rsidRPr="002F751A" w:rsidRDefault="00B800F5" w:rsidP="00B800F5">
      <w:pPr>
        <w:pStyle w:val="SubFA"/>
        <w:keepNext/>
        <w:bidi/>
        <w:rPr>
          <w:b w:val="0"/>
          <w:color w:val="000000" w:themeColor="text1"/>
          <w:szCs w:val="26"/>
          <w:rtl/>
        </w:rPr>
      </w:pPr>
    </w:p>
    <w:p w14:paraId="00C464DD" w14:textId="72032610" w:rsidR="002F751A" w:rsidRPr="00B800F5" w:rsidRDefault="00B800F5" w:rsidP="002F751A">
      <w:pPr>
        <w:pStyle w:val="SubFA"/>
        <w:keepNext/>
        <w:bidi/>
        <w:rPr>
          <w:bCs/>
          <w:color w:val="000000" w:themeColor="text1"/>
          <w:szCs w:val="26"/>
          <w:rtl/>
        </w:rPr>
      </w:pPr>
      <w:r>
        <w:rPr>
          <w:rFonts w:hint="cs"/>
          <w:bCs/>
          <w:color w:val="000000" w:themeColor="text1"/>
          <w:szCs w:val="26"/>
          <w:rtl/>
          <w:lang w:bidi="fa-IR"/>
        </w:rPr>
        <w:t>9</w:t>
      </w:r>
      <w:r w:rsidR="002F751A" w:rsidRPr="00B800F5">
        <w:rPr>
          <w:bCs/>
          <w:color w:val="000000" w:themeColor="text1"/>
          <w:szCs w:val="26"/>
          <w:lang w:bidi="fa-IR"/>
        </w:rPr>
        <w:t xml:space="preserve">- </w:t>
      </w:r>
      <w:r w:rsidR="002F751A" w:rsidRPr="00B800F5">
        <w:rPr>
          <w:bCs/>
          <w:color w:val="000000" w:themeColor="text1"/>
          <w:szCs w:val="26"/>
          <w:rtl/>
          <w:lang w:bidi="fa-IR"/>
        </w:rPr>
        <w:t>الگو</w:t>
      </w:r>
      <w:r w:rsidR="002F751A" w:rsidRPr="00B800F5">
        <w:rPr>
          <w:rFonts w:hint="cs"/>
          <w:bCs/>
          <w:color w:val="000000" w:themeColor="text1"/>
          <w:szCs w:val="26"/>
          <w:rtl/>
          <w:lang w:bidi="fa-IR"/>
        </w:rPr>
        <w:t>ی</w:t>
      </w:r>
      <w:r w:rsidR="002F751A" w:rsidRPr="00B800F5">
        <w:rPr>
          <w:bCs/>
          <w:color w:val="000000" w:themeColor="text1"/>
          <w:szCs w:val="26"/>
          <w:rtl/>
          <w:lang w:bidi="fa-IR"/>
        </w:rPr>
        <w:t xml:space="preserve"> پ</w:t>
      </w:r>
      <w:r w:rsidR="002F751A" w:rsidRPr="00B800F5">
        <w:rPr>
          <w:rFonts w:hint="cs"/>
          <w:bCs/>
          <w:color w:val="000000" w:themeColor="text1"/>
          <w:szCs w:val="26"/>
          <w:rtl/>
          <w:lang w:bidi="fa-IR"/>
        </w:rPr>
        <w:t>یشنهادی</w:t>
      </w:r>
      <w:r w:rsidR="002F751A" w:rsidRPr="00B800F5">
        <w:rPr>
          <w:bCs/>
          <w:color w:val="000000" w:themeColor="text1"/>
          <w:szCs w:val="26"/>
          <w:rtl/>
          <w:lang w:bidi="fa-IR"/>
        </w:rPr>
        <w:t xml:space="preserve"> پاسخ متوازن در ا</w:t>
      </w:r>
      <w:r w:rsidR="002F751A" w:rsidRPr="00B800F5">
        <w:rPr>
          <w:rFonts w:hint="cs"/>
          <w:bCs/>
          <w:color w:val="000000" w:themeColor="text1"/>
          <w:szCs w:val="26"/>
          <w:rtl/>
          <w:lang w:bidi="fa-IR"/>
        </w:rPr>
        <w:t>یران</w:t>
      </w:r>
    </w:p>
    <w:p w14:paraId="095E1701"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الگوی</w:t>
      </w:r>
      <w:r w:rsidRPr="002F751A">
        <w:rPr>
          <w:b w:val="0"/>
          <w:color w:val="000000" w:themeColor="text1"/>
          <w:szCs w:val="26"/>
          <w:rtl/>
        </w:rPr>
        <w:t xml:space="preserve"> پ</w:t>
      </w:r>
      <w:r w:rsidRPr="002F751A">
        <w:rPr>
          <w:rFonts w:hint="cs"/>
          <w:b w:val="0"/>
          <w:color w:val="000000" w:themeColor="text1"/>
          <w:szCs w:val="26"/>
          <w:rtl/>
        </w:rPr>
        <w:t>یشنهادی</w:t>
      </w:r>
      <w:r w:rsidRPr="002F751A">
        <w:rPr>
          <w:b w:val="0"/>
          <w:color w:val="000000" w:themeColor="text1"/>
          <w:szCs w:val="26"/>
          <w:rtl/>
        </w:rPr>
        <w:t xml:space="preserve"> مقاله پنج‌مرحله‌ا</w:t>
      </w:r>
      <w:r w:rsidRPr="002F751A">
        <w:rPr>
          <w:rFonts w:hint="cs"/>
          <w:b w:val="0"/>
          <w:color w:val="000000" w:themeColor="text1"/>
          <w:szCs w:val="26"/>
          <w:rtl/>
        </w:rPr>
        <w:t>ی</w:t>
      </w:r>
      <w:r w:rsidRPr="002F751A">
        <w:rPr>
          <w:b w:val="0"/>
          <w:color w:val="000000" w:themeColor="text1"/>
          <w:szCs w:val="26"/>
          <w:rtl/>
        </w:rPr>
        <w:t xml:space="preserve"> است. مرحله نخست «ارز</w:t>
      </w:r>
      <w:r w:rsidRPr="002F751A">
        <w:rPr>
          <w:rFonts w:hint="cs"/>
          <w:b w:val="0"/>
          <w:color w:val="000000" w:themeColor="text1"/>
          <w:szCs w:val="26"/>
          <w:rtl/>
        </w:rPr>
        <w:t>یابی</w:t>
      </w:r>
      <w:r w:rsidRPr="002F751A">
        <w:rPr>
          <w:b w:val="0"/>
          <w:color w:val="000000" w:themeColor="text1"/>
          <w:szCs w:val="26"/>
          <w:rtl/>
        </w:rPr>
        <w:t xml:space="preserve"> موضوع</w:t>
      </w:r>
      <w:r w:rsidRPr="002F751A">
        <w:rPr>
          <w:rFonts w:hint="cs"/>
          <w:b w:val="0"/>
          <w:color w:val="000000" w:themeColor="text1"/>
          <w:szCs w:val="26"/>
          <w:rtl/>
        </w:rPr>
        <w:t>ی</w:t>
      </w:r>
      <w:r w:rsidRPr="002F751A">
        <w:rPr>
          <w:b w:val="0"/>
          <w:color w:val="000000" w:themeColor="text1"/>
          <w:szCs w:val="26"/>
          <w:rtl/>
        </w:rPr>
        <w:t xml:space="preserve"> اول</w:t>
      </w:r>
      <w:r w:rsidRPr="002F751A">
        <w:rPr>
          <w:rFonts w:hint="cs"/>
          <w:b w:val="0"/>
          <w:color w:val="000000" w:themeColor="text1"/>
          <w:szCs w:val="26"/>
          <w:rtl/>
        </w:rPr>
        <w:t>یه</w:t>
      </w:r>
      <w:r w:rsidRPr="002F751A">
        <w:rPr>
          <w:rFonts w:hint="eastAsia"/>
          <w:b w:val="0"/>
          <w:color w:val="000000" w:themeColor="text1"/>
          <w:szCs w:val="26"/>
          <w:rtl/>
        </w:rPr>
        <w:t>»</w:t>
      </w:r>
      <w:r w:rsidRPr="002F751A">
        <w:rPr>
          <w:b w:val="0"/>
          <w:color w:val="000000" w:themeColor="text1"/>
          <w:szCs w:val="26"/>
          <w:rtl/>
        </w:rPr>
        <w:t xml:space="preserve"> است: بدون جلوگ</w:t>
      </w:r>
      <w:r w:rsidRPr="002F751A">
        <w:rPr>
          <w:rFonts w:hint="cs"/>
          <w:b w:val="0"/>
          <w:color w:val="000000" w:themeColor="text1"/>
          <w:szCs w:val="26"/>
          <w:rtl/>
        </w:rPr>
        <w:t>یری</w:t>
      </w:r>
      <w:r w:rsidRPr="002F751A">
        <w:rPr>
          <w:b w:val="0"/>
          <w:color w:val="000000" w:themeColor="text1"/>
          <w:szCs w:val="26"/>
          <w:rtl/>
        </w:rPr>
        <w:t xml:space="preserve"> از ثبت شکا</w:t>
      </w:r>
      <w:r w:rsidRPr="002F751A">
        <w:rPr>
          <w:rFonts w:hint="cs"/>
          <w:b w:val="0"/>
          <w:color w:val="000000" w:themeColor="text1"/>
          <w:szCs w:val="26"/>
          <w:rtl/>
        </w:rPr>
        <w:t>یت،</w:t>
      </w:r>
      <w:r w:rsidRPr="002F751A">
        <w:rPr>
          <w:b w:val="0"/>
          <w:color w:val="000000" w:themeColor="text1"/>
          <w:szCs w:val="26"/>
          <w:rtl/>
        </w:rPr>
        <w:t xml:space="preserve"> عناصر قانون</w:t>
      </w:r>
      <w:r w:rsidRPr="002F751A">
        <w:rPr>
          <w:rFonts w:hint="cs"/>
          <w:b w:val="0"/>
          <w:color w:val="000000" w:themeColor="text1"/>
          <w:szCs w:val="26"/>
          <w:rtl/>
        </w:rPr>
        <w:t>ی</w:t>
      </w:r>
      <w:r w:rsidRPr="002F751A">
        <w:rPr>
          <w:b w:val="0"/>
          <w:color w:val="000000" w:themeColor="text1"/>
          <w:szCs w:val="26"/>
          <w:rtl/>
        </w:rPr>
        <w:t xml:space="preserve"> عنوان ادعا</w:t>
      </w:r>
      <w:r w:rsidRPr="002F751A">
        <w:rPr>
          <w:rFonts w:hint="cs"/>
          <w:b w:val="0"/>
          <w:color w:val="000000" w:themeColor="text1"/>
          <w:szCs w:val="26"/>
          <w:rtl/>
        </w:rPr>
        <w:t>یی،</w:t>
      </w:r>
      <w:r w:rsidRPr="002F751A">
        <w:rPr>
          <w:b w:val="0"/>
          <w:color w:val="000000" w:themeColor="text1"/>
          <w:szCs w:val="26"/>
          <w:rtl/>
        </w:rPr>
        <w:t xml:space="preserve"> ارتباط اسناد با واقعه و وجود حداقل قرائن بررس</w:t>
      </w:r>
      <w:r w:rsidRPr="002F751A">
        <w:rPr>
          <w:rFonts w:hint="cs"/>
          <w:b w:val="0"/>
          <w:color w:val="000000" w:themeColor="text1"/>
          <w:szCs w:val="26"/>
          <w:rtl/>
        </w:rPr>
        <w:t>ی</w:t>
      </w:r>
      <w:r w:rsidRPr="002F751A">
        <w:rPr>
          <w:b w:val="0"/>
          <w:color w:val="000000" w:themeColor="text1"/>
          <w:szCs w:val="26"/>
          <w:rtl/>
        </w:rPr>
        <w:t xml:space="preserve"> شود تا اختلافات آشکاراً مدن</w:t>
      </w:r>
      <w:r w:rsidRPr="002F751A">
        <w:rPr>
          <w:rFonts w:hint="cs"/>
          <w:b w:val="0"/>
          <w:color w:val="000000" w:themeColor="text1"/>
          <w:szCs w:val="26"/>
          <w:rtl/>
        </w:rPr>
        <w:t>ی</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ادعاها</w:t>
      </w:r>
      <w:r w:rsidRPr="002F751A">
        <w:rPr>
          <w:rFonts w:hint="cs"/>
          <w:b w:val="0"/>
          <w:color w:val="000000" w:themeColor="text1"/>
          <w:szCs w:val="26"/>
          <w:rtl/>
        </w:rPr>
        <w:t>ی</w:t>
      </w:r>
      <w:r w:rsidRPr="002F751A">
        <w:rPr>
          <w:b w:val="0"/>
          <w:color w:val="000000" w:themeColor="text1"/>
          <w:szCs w:val="26"/>
          <w:rtl/>
        </w:rPr>
        <w:t xml:space="preserve"> فاقد عنصر قانون</w:t>
      </w:r>
      <w:r w:rsidRPr="002F751A">
        <w:rPr>
          <w:rFonts w:hint="cs"/>
          <w:b w:val="0"/>
          <w:color w:val="000000" w:themeColor="text1"/>
          <w:szCs w:val="26"/>
          <w:rtl/>
        </w:rPr>
        <w:t>ی،</w:t>
      </w:r>
      <w:r w:rsidRPr="002F751A">
        <w:rPr>
          <w:b w:val="0"/>
          <w:color w:val="000000" w:themeColor="text1"/>
          <w:szCs w:val="26"/>
          <w:rtl/>
        </w:rPr>
        <w:t xml:space="preserve"> پ</w:t>
      </w:r>
      <w:r w:rsidRPr="002F751A">
        <w:rPr>
          <w:rFonts w:hint="cs"/>
          <w:b w:val="0"/>
          <w:color w:val="000000" w:themeColor="text1"/>
          <w:szCs w:val="26"/>
          <w:rtl/>
        </w:rPr>
        <w:t>یش</w:t>
      </w:r>
      <w:r w:rsidRPr="002F751A">
        <w:rPr>
          <w:b w:val="0"/>
          <w:color w:val="000000" w:themeColor="text1"/>
          <w:szCs w:val="26"/>
          <w:rtl/>
        </w:rPr>
        <w:t xml:space="preserve"> از اقدامات پرهز</w:t>
      </w:r>
      <w:r w:rsidRPr="002F751A">
        <w:rPr>
          <w:rFonts w:hint="cs"/>
          <w:b w:val="0"/>
          <w:color w:val="000000" w:themeColor="text1"/>
          <w:szCs w:val="26"/>
          <w:rtl/>
        </w:rPr>
        <w:t>ینه</w:t>
      </w:r>
      <w:r w:rsidRPr="002F751A">
        <w:rPr>
          <w:b w:val="0"/>
          <w:color w:val="000000" w:themeColor="text1"/>
          <w:szCs w:val="26"/>
          <w:rtl/>
        </w:rPr>
        <w:t xml:space="preserve"> روشن شوند. ا</w:t>
      </w:r>
      <w:r w:rsidRPr="002F751A">
        <w:rPr>
          <w:rFonts w:hint="cs"/>
          <w:b w:val="0"/>
          <w:color w:val="000000" w:themeColor="text1"/>
          <w:szCs w:val="26"/>
          <w:rtl/>
        </w:rPr>
        <w:t>ین</w:t>
      </w:r>
      <w:r w:rsidRPr="002F751A">
        <w:rPr>
          <w:b w:val="0"/>
          <w:color w:val="000000" w:themeColor="text1"/>
          <w:szCs w:val="26"/>
          <w:rtl/>
        </w:rPr>
        <w:t xml:space="preserve"> مرحله نبا</w:t>
      </w:r>
      <w:r w:rsidRPr="002F751A">
        <w:rPr>
          <w:rFonts w:hint="cs"/>
          <w:b w:val="0"/>
          <w:color w:val="000000" w:themeColor="text1"/>
          <w:szCs w:val="26"/>
          <w:rtl/>
        </w:rPr>
        <w:t>ید</w:t>
      </w:r>
      <w:r w:rsidRPr="002F751A">
        <w:rPr>
          <w:b w:val="0"/>
          <w:color w:val="000000" w:themeColor="text1"/>
          <w:szCs w:val="26"/>
          <w:rtl/>
        </w:rPr>
        <w:t xml:space="preserve"> به غربالگر</w:t>
      </w:r>
      <w:r w:rsidRPr="002F751A">
        <w:rPr>
          <w:rFonts w:hint="cs"/>
          <w:b w:val="0"/>
          <w:color w:val="000000" w:themeColor="text1"/>
          <w:szCs w:val="26"/>
          <w:rtl/>
        </w:rPr>
        <w:t>ی</w:t>
      </w:r>
      <w:r w:rsidRPr="002F751A">
        <w:rPr>
          <w:b w:val="0"/>
          <w:color w:val="000000" w:themeColor="text1"/>
          <w:szCs w:val="26"/>
          <w:rtl/>
        </w:rPr>
        <w:t xml:space="preserve"> شخص</w:t>
      </w:r>
      <w:r w:rsidRPr="002F751A">
        <w:rPr>
          <w:rFonts w:hint="cs"/>
          <w:b w:val="0"/>
          <w:color w:val="000000" w:themeColor="text1"/>
          <w:szCs w:val="26"/>
          <w:rtl/>
        </w:rPr>
        <w:t>ی</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سنجش اعتبار اجتماع</w:t>
      </w:r>
      <w:r w:rsidRPr="002F751A">
        <w:rPr>
          <w:rFonts w:hint="cs"/>
          <w:b w:val="0"/>
          <w:color w:val="000000" w:themeColor="text1"/>
          <w:szCs w:val="26"/>
          <w:rtl/>
        </w:rPr>
        <w:t>ی</w:t>
      </w:r>
      <w:r w:rsidRPr="002F751A">
        <w:rPr>
          <w:b w:val="0"/>
          <w:color w:val="000000" w:themeColor="text1"/>
          <w:szCs w:val="26"/>
          <w:rtl/>
        </w:rPr>
        <w:t xml:space="preserve"> شاک</w:t>
      </w:r>
      <w:r w:rsidRPr="002F751A">
        <w:rPr>
          <w:rFonts w:hint="cs"/>
          <w:b w:val="0"/>
          <w:color w:val="000000" w:themeColor="text1"/>
          <w:szCs w:val="26"/>
          <w:rtl/>
        </w:rPr>
        <w:t>ی</w:t>
      </w:r>
      <w:r w:rsidRPr="002F751A">
        <w:rPr>
          <w:b w:val="0"/>
          <w:color w:val="000000" w:themeColor="text1"/>
          <w:szCs w:val="26"/>
          <w:rtl/>
        </w:rPr>
        <w:t xml:space="preserve"> تبد</w:t>
      </w:r>
      <w:r w:rsidRPr="002F751A">
        <w:rPr>
          <w:rFonts w:hint="cs"/>
          <w:b w:val="0"/>
          <w:color w:val="000000" w:themeColor="text1"/>
          <w:szCs w:val="26"/>
          <w:rtl/>
        </w:rPr>
        <w:t>یل</w:t>
      </w:r>
      <w:r w:rsidRPr="002F751A">
        <w:rPr>
          <w:b w:val="0"/>
          <w:color w:val="000000" w:themeColor="text1"/>
          <w:szCs w:val="26"/>
          <w:rtl/>
        </w:rPr>
        <w:t xml:space="preserve"> شود</w:t>
      </w:r>
      <w:r w:rsidRPr="002F751A">
        <w:rPr>
          <w:b w:val="0"/>
          <w:color w:val="000000" w:themeColor="text1"/>
          <w:szCs w:val="26"/>
        </w:rPr>
        <w:t>.</w:t>
      </w:r>
    </w:p>
    <w:p w14:paraId="79A534FD"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مرحله</w:t>
      </w:r>
      <w:r w:rsidRPr="002F751A">
        <w:rPr>
          <w:b w:val="0"/>
          <w:color w:val="000000" w:themeColor="text1"/>
          <w:szCs w:val="26"/>
          <w:rtl/>
        </w:rPr>
        <w:t xml:space="preserve"> دوم «اتصال پرونده‌ها</w:t>
      </w:r>
      <w:r w:rsidRPr="002F751A">
        <w:rPr>
          <w:rFonts w:hint="cs"/>
          <w:b w:val="0"/>
          <w:color w:val="000000" w:themeColor="text1"/>
          <w:szCs w:val="26"/>
          <w:rtl/>
        </w:rPr>
        <w:t>ی</w:t>
      </w:r>
      <w:r w:rsidRPr="002F751A">
        <w:rPr>
          <w:b w:val="0"/>
          <w:color w:val="000000" w:themeColor="text1"/>
          <w:szCs w:val="26"/>
          <w:rtl/>
        </w:rPr>
        <w:t xml:space="preserve"> مرتبط» است. سامانه مد</w:t>
      </w:r>
      <w:r w:rsidRPr="002F751A">
        <w:rPr>
          <w:rFonts w:hint="cs"/>
          <w:b w:val="0"/>
          <w:color w:val="000000" w:themeColor="text1"/>
          <w:szCs w:val="26"/>
          <w:rtl/>
        </w:rPr>
        <w:t>یریت</w:t>
      </w:r>
      <w:r w:rsidRPr="002F751A">
        <w:rPr>
          <w:b w:val="0"/>
          <w:color w:val="000000" w:themeColor="text1"/>
          <w:szCs w:val="26"/>
          <w:rtl/>
        </w:rPr>
        <w:t xml:space="preserve"> قضا</w:t>
      </w:r>
      <w:r w:rsidRPr="002F751A">
        <w:rPr>
          <w:rFonts w:hint="cs"/>
          <w:b w:val="0"/>
          <w:color w:val="000000" w:themeColor="text1"/>
          <w:szCs w:val="26"/>
          <w:rtl/>
        </w:rPr>
        <w:t>یی</w:t>
      </w:r>
      <w:r w:rsidRPr="002F751A">
        <w:rPr>
          <w:b w:val="0"/>
          <w:color w:val="000000" w:themeColor="text1"/>
          <w:szCs w:val="26"/>
          <w:rtl/>
        </w:rPr>
        <w:t xml:space="preserve"> با</w:t>
      </w:r>
      <w:r w:rsidRPr="002F751A">
        <w:rPr>
          <w:rFonts w:hint="cs"/>
          <w:b w:val="0"/>
          <w:color w:val="000000" w:themeColor="text1"/>
          <w:szCs w:val="26"/>
          <w:rtl/>
        </w:rPr>
        <w:t>ید</w:t>
      </w:r>
      <w:r w:rsidRPr="002F751A">
        <w:rPr>
          <w:b w:val="0"/>
          <w:color w:val="000000" w:themeColor="text1"/>
          <w:szCs w:val="26"/>
          <w:rtl/>
        </w:rPr>
        <w:t xml:space="preserve"> بتواند بر اساس طرف</w:t>
      </w:r>
      <w:r w:rsidRPr="002F751A">
        <w:rPr>
          <w:rFonts w:hint="cs"/>
          <w:b w:val="0"/>
          <w:color w:val="000000" w:themeColor="text1"/>
          <w:szCs w:val="26"/>
          <w:rtl/>
        </w:rPr>
        <w:t>ین،</w:t>
      </w:r>
      <w:r w:rsidRPr="002F751A">
        <w:rPr>
          <w:b w:val="0"/>
          <w:color w:val="000000" w:themeColor="text1"/>
          <w:szCs w:val="26"/>
          <w:rtl/>
        </w:rPr>
        <w:t xml:space="preserve"> موضوع، زمان و هسته</w:t>
      </w:r>
      <w:r w:rsidRPr="002F751A">
        <w:rPr>
          <w:b w:val="0"/>
          <w:color w:val="000000" w:themeColor="text1"/>
          <w:szCs w:val="26"/>
        </w:rPr>
        <w:t xml:space="preserve"> factual</w:t>
      </w:r>
      <w:r w:rsidRPr="002F751A">
        <w:rPr>
          <w:b w:val="0"/>
          <w:color w:val="000000" w:themeColor="text1"/>
          <w:szCs w:val="26"/>
          <w:rtl/>
        </w:rPr>
        <w:t>، وجود پرونده‌ها</w:t>
      </w:r>
      <w:r w:rsidRPr="002F751A">
        <w:rPr>
          <w:rFonts w:hint="cs"/>
          <w:b w:val="0"/>
          <w:color w:val="000000" w:themeColor="text1"/>
          <w:szCs w:val="26"/>
          <w:rtl/>
        </w:rPr>
        <w:t>ی</w:t>
      </w:r>
      <w:r w:rsidRPr="002F751A">
        <w:rPr>
          <w:b w:val="0"/>
          <w:color w:val="000000" w:themeColor="text1"/>
          <w:szCs w:val="26"/>
          <w:rtl/>
        </w:rPr>
        <w:t xml:space="preserve"> مرتبط را به قاض</w:t>
      </w:r>
      <w:r w:rsidRPr="002F751A">
        <w:rPr>
          <w:rFonts w:hint="cs"/>
          <w:b w:val="0"/>
          <w:color w:val="000000" w:themeColor="text1"/>
          <w:szCs w:val="26"/>
          <w:rtl/>
        </w:rPr>
        <w:t>ی</w:t>
      </w:r>
      <w:r w:rsidRPr="002F751A">
        <w:rPr>
          <w:b w:val="0"/>
          <w:color w:val="000000" w:themeColor="text1"/>
          <w:szCs w:val="26"/>
          <w:rtl/>
        </w:rPr>
        <w:t xml:space="preserve"> اعلام کند. دسترس</w:t>
      </w:r>
      <w:r w:rsidRPr="002F751A">
        <w:rPr>
          <w:rFonts w:hint="cs"/>
          <w:b w:val="0"/>
          <w:color w:val="000000" w:themeColor="text1"/>
          <w:szCs w:val="26"/>
          <w:rtl/>
        </w:rPr>
        <w:t>ی</w:t>
      </w:r>
      <w:r w:rsidRPr="002F751A">
        <w:rPr>
          <w:b w:val="0"/>
          <w:color w:val="000000" w:themeColor="text1"/>
          <w:szCs w:val="26"/>
          <w:rtl/>
        </w:rPr>
        <w:t xml:space="preserve"> به ا</w:t>
      </w:r>
      <w:r w:rsidRPr="002F751A">
        <w:rPr>
          <w:rFonts w:hint="cs"/>
          <w:b w:val="0"/>
          <w:color w:val="000000" w:themeColor="text1"/>
          <w:szCs w:val="26"/>
          <w:rtl/>
        </w:rPr>
        <w:t>ین</w:t>
      </w:r>
      <w:r w:rsidRPr="002F751A">
        <w:rPr>
          <w:b w:val="0"/>
          <w:color w:val="000000" w:themeColor="text1"/>
          <w:szCs w:val="26"/>
          <w:rtl/>
        </w:rPr>
        <w:t xml:space="preserve"> اطلاعات با</w:t>
      </w:r>
      <w:r w:rsidRPr="002F751A">
        <w:rPr>
          <w:rFonts w:hint="cs"/>
          <w:b w:val="0"/>
          <w:color w:val="000000" w:themeColor="text1"/>
          <w:szCs w:val="26"/>
          <w:rtl/>
        </w:rPr>
        <w:t>ید</w:t>
      </w:r>
      <w:r w:rsidRPr="002F751A">
        <w:rPr>
          <w:b w:val="0"/>
          <w:color w:val="000000" w:themeColor="text1"/>
          <w:szCs w:val="26"/>
          <w:rtl/>
        </w:rPr>
        <w:t xml:space="preserve"> محدود به مقام صلاح</w:t>
      </w:r>
      <w:r w:rsidRPr="002F751A">
        <w:rPr>
          <w:rFonts w:hint="cs"/>
          <w:b w:val="0"/>
          <w:color w:val="000000" w:themeColor="text1"/>
          <w:szCs w:val="26"/>
          <w:rtl/>
        </w:rPr>
        <w:t>یت‌دار،</w:t>
      </w:r>
      <w:r w:rsidRPr="002F751A">
        <w:rPr>
          <w:b w:val="0"/>
          <w:color w:val="000000" w:themeColor="text1"/>
          <w:szCs w:val="26"/>
          <w:rtl/>
        </w:rPr>
        <w:t xml:space="preserve"> دارا</w:t>
      </w:r>
      <w:r w:rsidRPr="002F751A">
        <w:rPr>
          <w:rFonts w:hint="cs"/>
          <w:b w:val="0"/>
          <w:color w:val="000000" w:themeColor="text1"/>
          <w:szCs w:val="26"/>
          <w:rtl/>
        </w:rPr>
        <w:t>ی</w:t>
      </w:r>
      <w:r w:rsidRPr="002F751A">
        <w:rPr>
          <w:b w:val="0"/>
          <w:color w:val="000000" w:themeColor="text1"/>
          <w:szCs w:val="26"/>
          <w:rtl/>
        </w:rPr>
        <w:t xml:space="preserve"> ثبت دسترس</w:t>
      </w:r>
      <w:r w:rsidRPr="002F751A">
        <w:rPr>
          <w:rFonts w:hint="cs"/>
          <w:b w:val="0"/>
          <w:color w:val="000000" w:themeColor="text1"/>
          <w:szCs w:val="26"/>
          <w:rtl/>
        </w:rPr>
        <w:t>ی</w:t>
      </w:r>
      <w:r w:rsidRPr="002F751A">
        <w:rPr>
          <w:b w:val="0"/>
          <w:color w:val="000000" w:themeColor="text1"/>
          <w:szCs w:val="26"/>
          <w:rtl/>
        </w:rPr>
        <w:t xml:space="preserve"> و تابع اصل ضرورت باشد. نت</w:t>
      </w:r>
      <w:r w:rsidRPr="002F751A">
        <w:rPr>
          <w:rFonts w:hint="cs"/>
          <w:b w:val="0"/>
          <w:color w:val="000000" w:themeColor="text1"/>
          <w:szCs w:val="26"/>
          <w:rtl/>
        </w:rPr>
        <w:t>یج</w:t>
      </w:r>
      <w:r w:rsidRPr="002F751A">
        <w:rPr>
          <w:b w:val="0"/>
          <w:color w:val="000000" w:themeColor="text1"/>
          <w:szCs w:val="26"/>
          <w:rtl/>
        </w:rPr>
        <w:t>ه پرونده‌ها</w:t>
      </w:r>
      <w:r w:rsidRPr="002F751A">
        <w:rPr>
          <w:rFonts w:hint="cs"/>
          <w:b w:val="0"/>
          <w:color w:val="000000" w:themeColor="text1"/>
          <w:szCs w:val="26"/>
          <w:rtl/>
        </w:rPr>
        <w:t>ی</w:t>
      </w:r>
      <w:r w:rsidRPr="002F751A">
        <w:rPr>
          <w:b w:val="0"/>
          <w:color w:val="000000" w:themeColor="text1"/>
          <w:szCs w:val="26"/>
          <w:rtl/>
        </w:rPr>
        <w:t xml:space="preserve"> قبل</w:t>
      </w:r>
      <w:r w:rsidRPr="002F751A">
        <w:rPr>
          <w:rFonts w:hint="cs"/>
          <w:b w:val="0"/>
          <w:color w:val="000000" w:themeColor="text1"/>
          <w:szCs w:val="26"/>
          <w:rtl/>
        </w:rPr>
        <w:t>ی</w:t>
      </w:r>
      <w:r w:rsidRPr="002F751A">
        <w:rPr>
          <w:b w:val="0"/>
          <w:color w:val="000000" w:themeColor="text1"/>
          <w:szCs w:val="26"/>
          <w:rtl/>
        </w:rPr>
        <w:t xml:space="preserve"> فقط قر</w:t>
      </w:r>
      <w:r w:rsidRPr="002F751A">
        <w:rPr>
          <w:rFonts w:hint="cs"/>
          <w:b w:val="0"/>
          <w:color w:val="000000" w:themeColor="text1"/>
          <w:szCs w:val="26"/>
          <w:rtl/>
        </w:rPr>
        <w:t>ینه</w:t>
      </w:r>
      <w:r w:rsidRPr="002F751A">
        <w:rPr>
          <w:b w:val="0"/>
          <w:color w:val="000000" w:themeColor="text1"/>
          <w:szCs w:val="26"/>
          <w:rtl/>
        </w:rPr>
        <w:t xml:space="preserve"> زم</w:t>
      </w:r>
      <w:r w:rsidRPr="002F751A">
        <w:rPr>
          <w:rFonts w:hint="cs"/>
          <w:b w:val="0"/>
          <w:color w:val="000000" w:themeColor="text1"/>
          <w:szCs w:val="26"/>
          <w:rtl/>
        </w:rPr>
        <w:t>ینه‌ای</w:t>
      </w:r>
      <w:r w:rsidRPr="002F751A">
        <w:rPr>
          <w:b w:val="0"/>
          <w:color w:val="000000" w:themeColor="text1"/>
          <w:szCs w:val="26"/>
          <w:rtl/>
        </w:rPr>
        <w:t xml:space="preserve"> است و نم</w:t>
      </w:r>
      <w:r w:rsidRPr="002F751A">
        <w:rPr>
          <w:rFonts w:hint="cs"/>
          <w:b w:val="0"/>
          <w:color w:val="000000" w:themeColor="text1"/>
          <w:szCs w:val="26"/>
          <w:rtl/>
        </w:rPr>
        <w:t>ی‌تواند</w:t>
      </w:r>
      <w:r w:rsidRPr="002F751A">
        <w:rPr>
          <w:b w:val="0"/>
          <w:color w:val="000000" w:themeColor="text1"/>
          <w:szCs w:val="26"/>
          <w:rtl/>
        </w:rPr>
        <w:t xml:space="preserve"> جا</w:t>
      </w:r>
      <w:r w:rsidRPr="002F751A">
        <w:rPr>
          <w:rFonts w:hint="cs"/>
          <w:b w:val="0"/>
          <w:color w:val="000000" w:themeColor="text1"/>
          <w:szCs w:val="26"/>
          <w:rtl/>
        </w:rPr>
        <w:t>ی</w:t>
      </w:r>
      <w:r w:rsidRPr="002F751A">
        <w:rPr>
          <w:b w:val="0"/>
          <w:color w:val="000000" w:themeColor="text1"/>
          <w:szCs w:val="26"/>
          <w:rtl/>
        </w:rPr>
        <w:t xml:space="preserve"> ارز</w:t>
      </w:r>
      <w:r w:rsidRPr="002F751A">
        <w:rPr>
          <w:rFonts w:hint="cs"/>
          <w:b w:val="0"/>
          <w:color w:val="000000" w:themeColor="text1"/>
          <w:szCs w:val="26"/>
          <w:rtl/>
        </w:rPr>
        <w:t>یابی</w:t>
      </w:r>
      <w:r w:rsidRPr="002F751A">
        <w:rPr>
          <w:b w:val="0"/>
          <w:color w:val="000000" w:themeColor="text1"/>
          <w:szCs w:val="26"/>
          <w:rtl/>
        </w:rPr>
        <w:t xml:space="preserve"> ادله جد</w:t>
      </w:r>
      <w:r w:rsidRPr="002F751A">
        <w:rPr>
          <w:rFonts w:hint="cs"/>
          <w:b w:val="0"/>
          <w:color w:val="000000" w:themeColor="text1"/>
          <w:szCs w:val="26"/>
          <w:rtl/>
        </w:rPr>
        <w:t>ید</w:t>
      </w:r>
      <w:r w:rsidRPr="002F751A">
        <w:rPr>
          <w:b w:val="0"/>
          <w:color w:val="000000" w:themeColor="text1"/>
          <w:szCs w:val="26"/>
          <w:rtl/>
        </w:rPr>
        <w:t xml:space="preserve"> را بگ</w:t>
      </w:r>
      <w:r w:rsidRPr="002F751A">
        <w:rPr>
          <w:rFonts w:hint="cs"/>
          <w:b w:val="0"/>
          <w:color w:val="000000" w:themeColor="text1"/>
          <w:szCs w:val="26"/>
          <w:rtl/>
        </w:rPr>
        <w:t>یرد</w:t>
      </w:r>
      <w:r w:rsidRPr="002F751A">
        <w:rPr>
          <w:b w:val="0"/>
          <w:color w:val="000000" w:themeColor="text1"/>
          <w:szCs w:val="26"/>
        </w:rPr>
        <w:t>.</w:t>
      </w:r>
    </w:p>
    <w:p w14:paraId="51EEB905"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مرحله</w:t>
      </w:r>
      <w:r w:rsidRPr="002F751A">
        <w:rPr>
          <w:b w:val="0"/>
          <w:color w:val="000000" w:themeColor="text1"/>
          <w:szCs w:val="26"/>
          <w:rtl/>
        </w:rPr>
        <w:t xml:space="preserve"> سوم «تمرکز بر صداقت دل</w:t>
      </w:r>
      <w:r w:rsidRPr="002F751A">
        <w:rPr>
          <w:rFonts w:hint="cs"/>
          <w:b w:val="0"/>
          <w:color w:val="000000" w:themeColor="text1"/>
          <w:szCs w:val="26"/>
          <w:rtl/>
        </w:rPr>
        <w:t>یل</w:t>
      </w:r>
      <w:r w:rsidRPr="002F751A">
        <w:rPr>
          <w:rFonts w:hint="eastAsia"/>
          <w:b w:val="0"/>
          <w:color w:val="000000" w:themeColor="text1"/>
          <w:szCs w:val="26"/>
          <w:rtl/>
        </w:rPr>
        <w:t>»</w:t>
      </w:r>
      <w:r w:rsidRPr="002F751A">
        <w:rPr>
          <w:b w:val="0"/>
          <w:color w:val="000000" w:themeColor="text1"/>
          <w:szCs w:val="26"/>
          <w:rtl/>
        </w:rPr>
        <w:t xml:space="preserve"> است. اگر قرائن معقول</w:t>
      </w:r>
      <w:r w:rsidRPr="002F751A">
        <w:rPr>
          <w:rFonts w:hint="cs"/>
          <w:b w:val="0"/>
          <w:color w:val="000000" w:themeColor="text1"/>
          <w:szCs w:val="26"/>
          <w:rtl/>
        </w:rPr>
        <w:t>ی</w:t>
      </w:r>
      <w:r w:rsidRPr="002F751A">
        <w:rPr>
          <w:b w:val="0"/>
          <w:color w:val="000000" w:themeColor="text1"/>
          <w:szCs w:val="26"/>
          <w:rtl/>
        </w:rPr>
        <w:t xml:space="preserve"> از ساخت سند، دستکار</w:t>
      </w:r>
      <w:r w:rsidRPr="002F751A">
        <w:rPr>
          <w:rFonts w:hint="cs"/>
          <w:b w:val="0"/>
          <w:color w:val="000000" w:themeColor="text1"/>
          <w:szCs w:val="26"/>
          <w:rtl/>
        </w:rPr>
        <w:t>ی</w:t>
      </w:r>
      <w:r w:rsidRPr="002F751A">
        <w:rPr>
          <w:b w:val="0"/>
          <w:color w:val="000000" w:themeColor="text1"/>
          <w:szCs w:val="26"/>
          <w:rtl/>
        </w:rPr>
        <w:t xml:space="preserve"> فا</w:t>
      </w:r>
      <w:r w:rsidRPr="002F751A">
        <w:rPr>
          <w:rFonts w:hint="cs"/>
          <w:b w:val="0"/>
          <w:color w:val="000000" w:themeColor="text1"/>
          <w:szCs w:val="26"/>
          <w:rtl/>
        </w:rPr>
        <w:t>یل</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هماهنگ</w:t>
      </w:r>
      <w:r w:rsidRPr="002F751A">
        <w:rPr>
          <w:rFonts w:hint="cs"/>
          <w:b w:val="0"/>
          <w:color w:val="000000" w:themeColor="text1"/>
          <w:szCs w:val="26"/>
          <w:rtl/>
        </w:rPr>
        <w:t>ی</w:t>
      </w:r>
      <w:r w:rsidRPr="002F751A">
        <w:rPr>
          <w:b w:val="0"/>
          <w:color w:val="000000" w:themeColor="text1"/>
          <w:szCs w:val="26"/>
          <w:rtl/>
        </w:rPr>
        <w:t xml:space="preserve"> شهادت وجود دارد، بررس</w:t>
      </w:r>
      <w:r w:rsidRPr="002F751A">
        <w:rPr>
          <w:rFonts w:hint="cs"/>
          <w:b w:val="0"/>
          <w:color w:val="000000" w:themeColor="text1"/>
          <w:szCs w:val="26"/>
          <w:rtl/>
        </w:rPr>
        <w:t>ی</w:t>
      </w:r>
      <w:r w:rsidRPr="002F751A">
        <w:rPr>
          <w:b w:val="0"/>
          <w:color w:val="000000" w:themeColor="text1"/>
          <w:szCs w:val="26"/>
          <w:rtl/>
        </w:rPr>
        <w:t xml:space="preserve"> اصالت با</w:t>
      </w:r>
      <w:r w:rsidRPr="002F751A">
        <w:rPr>
          <w:rFonts w:hint="cs"/>
          <w:b w:val="0"/>
          <w:color w:val="000000" w:themeColor="text1"/>
          <w:szCs w:val="26"/>
          <w:rtl/>
        </w:rPr>
        <w:t>ید</w:t>
      </w:r>
      <w:r w:rsidRPr="002F751A">
        <w:rPr>
          <w:b w:val="0"/>
          <w:color w:val="000000" w:themeColor="text1"/>
          <w:szCs w:val="26"/>
          <w:rtl/>
        </w:rPr>
        <w:t xml:space="preserve"> مقدم بر اقدامات محدودکننده شد</w:t>
      </w:r>
      <w:r w:rsidRPr="002F751A">
        <w:rPr>
          <w:rFonts w:hint="cs"/>
          <w:b w:val="0"/>
          <w:color w:val="000000" w:themeColor="text1"/>
          <w:szCs w:val="26"/>
          <w:rtl/>
        </w:rPr>
        <w:t>ید</w:t>
      </w:r>
      <w:r w:rsidRPr="002F751A">
        <w:rPr>
          <w:b w:val="0"/>
          <w:color w:val="000000" w:themeColor="text1"/>
          <w:szCs w:val="26"/>
          <w:rtl/>
        </w:rPr>
        <w:t xml:space="preserve"> عل</w:t>
      </w:r>
      <w:r w:rsidRPr="002F751A">
        <w:rPr>
          <w:rFonts w:hint="cs"/>
          <w:b w:val="0"/>
          <w:color w:val="000000" w:themeColor="text1"/>
          <w:szCs w:val="26"/>
          <w:rtl/>
        </w:rPr>
        <w:t>یه</w:t>
      </w:r>
      <w:r w:rsidRPr="002F751A">
        <w:rPr>
          <w:b w:val="0"/>
          <w:color w:val="000000" w:themeColor="text1"/>
          <w:szCs w:val="26"/>
          <w:rtl/>
        </w:rPr>
        <w:t xml:space="preserve"> متهم قرار گ</w:t>
      </w:r>
      <w:r w:rsidRPr="002F751A">
        <w:rPr>
          <w:rFonts w:hint="cs"/>
          <w:b w:val="0"/>
          <w:color w:val="000000" w:themeColor="text1"/>
          <w:szCs w:val="26"/>
          <w:rtl/>
        </w:rPr>
        <w:t>یرد</w:t>
      </w:r>
      <w:r w:rsidRPr="002F751A">
        <w:rPr>
          <w:b w:val="0"/>
          <w:color w:val="000000" w:themeColor="text1"/>
          <w:szCs w:val="26"/>
          <w:rtl/>
        </w:rPr>
        <w:t>. هز</w:t>
      </w:r>
      <w:r w:rsidRPr="002F751A">
        <w:rPr>
          <w:rFonts w:hint="cs"/>
          <w:b w:val="0"/>
          <w:color w:val="000000" w:themeColor="text1"/>
          <w:szCs w:val="26"/>
          <w:rtl/>
        </w:rPr>
        <w:t>ینه</w:t>
      </w:r>
      <w:r w:rsidRPr="002F751A">
        <w:rPr>
          <w:b w:val="0"/>
          <w:color w:val="000000" w:themeColor="text1"/>
          <w:szCs w:val="26"/>
          <w:rtl/>
        </w:rPr>
        <w:t xml:space="preserve"> کارشناس</w:t>
      </w:r>
      <w:r w:rsidRPr="002F751A">
        <w:rPr>
          <w:rFonts w:hint="cs"/>
          <w:b w:val="0"/>
          <w:color w:val="000000" w:themeColor="text1"/>
          <w:szCs w:val="26"/>
          <w:rtl/>
        </w:rPr>
        <w:t>ی</w:t>
      </w:r>
      <w:r w:rsidRPr="002F751A">
        <w:rPr>
          <w:b w:val="0"/>
          <w:color w:val="000000" w:themeColor="text1"/>
          <w:szCs w:val="26"/>
          <w:rtl/>
        </w:rPr>
        <w:t xml:space="preserve"> در موارد لازم نبا</w:t>
      </w:r>
      <w:r w:rsidRPr="002F751A">
        <w:rPr>
          <w:rFonts w:hint="cs"/>
          <w:b w:val="0"/>
          <w:color w:val="000000" w:themeColor="text1"/>
          <w:szCs w:val="26"/>
          <w:rtl/>
        </w:rPr>
        <w:t>ید</w:t>
      </w:r>
      <w:r w:rsidRPr="002F751A">
        <w:rPr>
          <w:b w:val="0"/>
          <w:color w:val="000000" w:themeColor="text1"/>
          <w:szCs w:val="26"/>
          <w:rtl/>
        </w:rPr>
        <w:t xml:space="preserve"> باعث شود دادگاه به نسخه‌ها</w:t>
      </w:r>
      <w:r w:rsidRPr="002F751A">
        <w:rPr>
          <w:rFonts w:hint="cs"/>
          <w:b w:val="0"/>
          <w:color w:val="000000" w:themeColor="text1"/>
          <w:szCs w:val="26"/>
          <w:rtl/>
        </w:rPr>
        <w:t>ی</w:t>
      </w:r>
      <w:r w:rsidRPr="002F751A">
        <w:rPr>
          <w:b w:val="0"/>
          <w:color w:val="000000" w:themeColor="text1"/>
          <w:szCs w:val="26"/>
          <w:rtl/>
        </w:rPr>
        <w:t xml:space="preserve"> ناقص داده‌ها</w:t>
      </w:r>
      <w:r w:rsidRPr="002F751A">
        <w:rPr>
          <w:rFonts w:hint="cs"/>
          <w:b w:val="0"/>
          <w:color w:val="000000" w:themeColor="text1"/>
          <w:szCs w:val="26"/>
          <w:rtl/>
        </w:rPr>
        <w:t>ی</w:t>
      </w:r>
      <w:r w:rsidRPr="002F751A">
        <w:rPr>
          <w:b w:val="0"/>
          <w:color w:val="000000" w:themeColor="text1"/>
          <w:szCs w:val="26"/>
          <w:rtl/>
        </w:rPr>
        <w:t xml:space="preserve"> د</w:t>
      </w:r>
      <w:r w:rsidRPr="002F751A">
        <w:rPr>
          <w:rFonts w:hint="cs"/>
          <w:b w:val="0"/>
          <w:color w:val="000000" w:themeColor="text1"/>
          <w:szCs w:val="26"/>
          <w:rtl/>
        </w:rPr>
        <w:t>یجیتال</w:t>
      </w:r>
      <w:r w:rsidRPr="002F751A">
        <w:rPr>
          <w:b w:val="0"/>
          <w:color w:val="000000" w:themeColor="text1"/>
          <w:szCs w:val="26"/>
          <w:rtl/>
        </w:rPr>
        <w:t xml:space="preserve"> اتکا کند. هرگاه جعل </w:t>
      </w:r>
      <w:r w:rsidRPr="002F751A">
        <w:rPr>
          <w:rFonts w:hint="cs"/>
          <w:b w:val="0"/>
          <w:color w:val="000000" w:themeColor="text1"/>
          <w:szCs w:val="26"/>
          <w:rtl/>
        </w:rPr>
        <w:t>یا</w:t>
      </w:r>
      <w:r w:rsidRPr="002F751A">
        <w:rPr>
          <w:b w:val="0"/>
          <w:color w:val="000000" w:themeColor="text1"/>
          <w:szCs w:val="26"/>
          <w:rtl/>
        </w:rPr>
        <w:t xml:space="preserve"> شهادت کذب احراز شود، واکنش قانون</w:t>
      </w:r>
      <w:r w:rsidRPr="002F751A">
        <w:rPr>
          <w:rFonts w:hint="cs"/>
          <w:b w:val="0"/>
          <w:color w:val="000000" w:themeColor="text1"/>
          <w:szCs w:val="26"/>
          <w:rtl/>
        </w:rPr>
        <w:t>ی</w:t>
      </w:r>
      <w:r w:rsidRPr="002F751A">
        <w:rPr>
          <w:b w:val="0"/>
          <w:color w:val="000000" w:themeColor="text1"/>
          <w:szCs w:val="26"/>
          <w:rtl/>
        </w:rPr>
        <w:t xml:space="preserve"> مستقل با</w:t>
      </w:r>
      <w:r w:rsidRPr="002F751A">
        <w:rPr>
          <w:rFonts w:hint="cs"/>
          <w:b w:val="0"/>
          <w:color w:val="000000" w:themeColor="text1"/>
          <w:szCs w:val="26"/>
          <w:rtl/>
        </w:rPr>
        <w:t>ید</w:t>
      </w:r>
      <w:r w:rsidRPr="002F751A">
        <w:rPr>
          <w:b w:val="0"/>
          <w:color w:val="000000" w:themeColor="text1"/>
          <w:szCs w:val="26"/>
          <w:rtl/>
        </w:rPr>
        <w:t xml:space="preserve"> جد</w:t>
      </w:r>
      <w:r w:rsidRPr="002F751A">
        <w:rPr>
          <w:rFonts w:hint="cs"/>
          <w:b w:val="0"/>
          <w:color w:val="000000" w:themeColor="text1"/>
          <w:szCs w:val="26"/>
          <w:rtl/>
        </w:rPr>
        <w:t>ی</w:t>
      </w:r>
      <w:r w:rsidRPr="002F751A">
        <w:rPr>
          <w:b w:val="0"/>
          <w:color w:val="000000" w:themeColor="text1"/>
          <w:szCs w:val="26"/>
          <w:rtl/>
        </w:rPr>
        <w:t xml:space="preserve"> و قابل پ</w:t>
      </w:r>
      <w:r w:rsidRPr="002F751A">
        <w:rPr>
          <w:rFonts w:hint="cs"/>
          <w:b w:val="0"/>
          <w:color w:val="000000" w:themeColor="text1"/>
          <w:szCs w:val="26"/>
          <w:rtl/>
        </w:rPr>
        <w:t>یش‌بینی</w:t>
      </w:r>
      <w:r w:rsidRPr="002F751A">
        <w:rPr>
          <w:b w:val="0"/>
          <w:color w:val="000000" w:themeColor="text1"/>
          <w:szCs w:val="26"/>
          <w:rtl/>
        </w:rPr>
        <w:t xml:space="preserve"> باشد</w:t>
      </w:r>
      <w:r w:rsidRPr="002F751A">
        <w:rPr>
          <w:b w:val="0"/>
          <w:color w:val="000000" w:themeColor="text1"/>
          <w:szCs w:val="26"/>
        </w:rPr>
        <w:t>.</w:t>
      </w:r>
    </w:p>
    <w:p w14:paraId="4E3CD4A6"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مرحله</w:t>
      </w:r>
      <w:r w:rsidRPr="002F751A">
        <w:rPr>
          <w:b w:val="0"/>
          <w:color w:val="000000" w:themeColor="text1"/>
          <w:szCs w:val="26"/>
          <w:rtl/>
        </w:rPr>
        <w:t xml:space="preserve"> چهارم «جبران خسارت اثبات‌شده» است. شخص</w:t>
      </w:r>
      <w:r w:rsidRPr="002F751A">
        <w:rPr>
          <w:rFonts w:hint="cs"/>
          <w:b w:val="0"/>
          <w:color w:val="000000" w:themeColor="text1"/>
          <w:szCs w:val="26"/>
          <w:rtl/>
        </w:rPr>
        <w:t>ی</w:t>
      </w:r>
      <w:r w:rsidRPr="002F751A">
        <w:rPr>
          <w:b w:val="0"/>
          <w:color w:val="000000" w:themeColor="text1"/>
          <w:szCs w:val="26"/>
          <w:rtl/>
        </w:rPr>
        <w:t xml:space="preserve"> که بر اثر شکا</w:t>
      </w:r>
      <w:r w:rsidRPr="002F751A">
        <w:rPr>
          <w:rFonts w:hint="cs"/>
          <w:b w:val="0"/>
          <w:color w:val="000000" w:themeColor="text1"/>
          <w:szCs w:val="26"/>
          <w:rtl/>
        </w:rPr>
        <w:t>یت</w:t>
      </w:r>
      <w:r w:rsidRPr="002F751A">
        <w:rPr>
          <w:b w:val="0"/>
          <w:color w:val="000000" w:themeColor="text1"/>
          <w:szCs w:val="26"/>
          <w:rtl/>
        </w:rPr>
        <w:t xml:space="preserve"> متقلبانه هز</w:t>
      </w:r>
      <w:r w:rsidRPr="002F751A">
        <w:rPr>
          <w:rFonts w:hint="cs"/>
          <w:b w:val="0"/>
          <w:color w:val="000000" w:themeColor="text1"/>
          <w:szCs w:val="26"/>
          <w:rtl/>
        </w:rPr>
        <w:t>ینه</w:t>
      </w:r>
      <w:r w:rsidRPr="002F751A">
        <w:rPr>
          <w:b w:val="0"/>
          <w:color w:val="000000" w:themeColor="text1"/>
          <w:szCs w:val="26"/>
          <w:rtl/>
        </w:rPr>
        <w:t xml:space="preserve"> مستق</w:t>
      </w:r>
      <w:r w:rsidRPr="002F751A">
        <w:rPr>
          <w:rFonts w:hint="cs"/>
          <w:b w:val="0"/>
          <w:color w:val="000000" w:themeColor="text1"/>
          <w:szCs w:val="26"/>
          <w:rtl/>
        </w:rPr>
        <w:t>یم</w:t>
      </w:r>
      <w:r w:rsidRPr="002F751A">
        <w:rPr>
          <w:b w:val="0"/>
          <w:color w:val="000000" w:themeColor="text1"/>
          <w:szCs w:val="26"/>
          <w:rtl/>
        </w:rPr>
        <w:t xml:space="preserve"> و قابل اثبات، خسارت شغل</w:t>
      </w:r>
      <w:r w:rsidRPr="002F751A">
        <w:rPr>
          <w:rFonts w:hint="cs"/>
          <w:b w:val="0"/>
          <w:color w:val="000000" w:themeColor="text1"/>
          <w:szCs w:val="26"/>
          <w:rtl/>
        </w:rPr>
        <w:t>ی</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ز</w:t>
      </w:r>
      <w:r w:rsidRPr="002F751A">
        <w:rPr>
          <w:rFonts w:hint="cs"/>
          <w:b w:val="0"/>
          <w:color w:val="000000" w:themeColor="text1"/>
          <w:szCs w:val="26"/>
          <w:rtl/>
        </w:rPr>
        <w:t>یان</w:t>
      </w:r>
      <w:r w:rsidRPr="002F751A">
        <w:rPr>
          <w:b w:val="0"/>
          <w:color w:val="000000" w:themeColor="text1"/>
          <w:szCs w:val="26"/>
          <w:rtl/>
        </w:rPr>
        <w:t xml:space="preserve"> معنو</w:t>
      </w:r>
      <w:r w:rsidRPr="002F751A">
        <w:rPr>
          <w:rFonts w:hint="cs"/>
          <w:b w:val="0"/>
          <w:color w:val="000000" w:themeColor="text1"/>
          <w:szCs w:val="26"/>
          <w:rtl/>
        </w:rPr>
        <w:t>ی</w:t>
      </w:r>
      <w:r w:rsidRPr="002F751A">
        <w:rPr>
          <w:b w:val="0"/>
          <w:color w:val="000000" w:themeColor="text1"/>
          <w:szCs w:val="26"/>
          <w:rtl/>
        </w:rPr>
        <w:t xml:space="preserve"> متحمل شده، با</w:t>
      </w:r>
      <w:r w:rsidRPr="002F751A">
        <w:rPr>
          <w:rFonts w:hint="cs"/>
          <w:b w:val="0"/>
          <w:color w:val="000000" w:themeColor="text1"/>
          <w:szCs w:val="26"/>
          <w:rtl/>
        </w:rPr>
        <w:t>ید</w:t>
      </w:r>
      <w:r w:rsidRPr="002F751A">
        <w:rPr>
          <w:b w:val="0"/>
          <w:color w:val="000000" w:themeColor="text1"/>
          <w:szCs w:val="26"/>
          <w:rtl/>
        </w:rPr>
        <w:t xml:space="preserve"> بتواند بر پا</w:t>
      </w:r>
      <w:r w:rsidRPr="002F751A">
        <w:rPr>
          <w:rFonts w:hint="cs"/>
          <w:b w:val="0"/>
          <w:color w:val="000000" w:themeColor="text1"/>
          <w:szCs w:val="26"/>
          <w:rtl/>
        </w:rPr>
        <w:t>یه</w:t>
      </w:r>
      <w:r w:rsidRPr="002F751A">
        <w:rPr>
          <w:b w:val="0"/>
          <w:color w:val="000000" w:themeColor="text1"/>
          <w:szCs w:val="26"/>
          <w:rtl/>
        </w:rPr>
        <w:t xml:space="preserve"> قواعد مسئول</w:t>
      </w:r>
      <w:r w:rsidRPr="002F751A">
        <w:rPr>
          <w:rFonts w:hint="cs"/>
          <w:b w:val="0"/>
          <w:color w:val="000000" w:themeColor="text1"/>
          <w:szCs w:val="26"/>
          <w:rtl/>
        </w:rPr>
        <w:t>یت</w:t>
      </w:r>
      <w:r w:rsidRPr="002F751A">
        <w:rPr>
          <w:b w:val="0"/>
          <w:color w:val="000000" w:themeColor="text1"/>
          <w:szCs w:val="26"/>
          <w:rtl/>
        </w:rPr>
        <w:t xml:space="preserve"> مدن</w:t>
      </w:r>
      <w:r w:rsidRPr="002F751A">
        <w:rPr>
          <w:rFonts w:hint="cs"/>
          <w:b w:val="0"/>
          <w:color w:val="000000" w:themeColor="text1"/>
          <w:szCs w:val="26"/>
          <w:rtl/>
        </w:rPr>
        <w:t>ی</w:t>
      </w:r>
      <w:r w:rsidRPr="002F751A">
        <w:rPr>
          <w:b w:val="0"/>
          <w:color w:val="000000" w:themeColor="text1"/>
          <w:szCs w:val="26"/>
          <w:rtl/>
        </w:rPr>
        <w:t xml:space="preserve"> جبران مطالبه کند. ا</w:t>
      </w:r>
      <w:r w:rsidRPr="002F751A">
        <w:rPr>
          <w:rFonts w:hint="cs"/>
          <w:b w:val="0"/>
          <w:color w:val="000000" w:themeColor="text1"/>
          <w:szCs w:val="26"/>
          <w:rtl/>
        </w:rPr>
        <w:t>ین</w:t>
      </w:r>
      <w:r w:rsidRPr="002F751A">
        <w:rPr>
          <w:b w:val="0"/>
          <w:color w:val="000000" w:themeColor="text1"/>
          <w:szCs w:val="26"/>
          <w:rtl/>
        </w:rPr>
        <w:t xml:space="preserve"> راهکار از جرم‌انگار</w:t>
      </w:r>
      <w:r w:rsidRPr="002F751A">
        <w:rPr>
          <w:rFonts w:hint="cs"/>
          <w:b w:val="0"/>
          <w:color w:val="000000" w:themeColor="text1"/>
          <w:szCs w:val="26"/>
          <w:rtl/>
        </w:rPr>
        <w:t>ی</w:t>
      </w:r>
      <w:r w:rsidRPr="002F751A">
        <w:rPr>
          <w:b w:val="0"/>
          <w:color w:val="000000" w:themeColor="text1"/>
          <w:szCs w:val="26"/>
          <w:rtl/>
        </w:rPr>
        <w:t xml:space="preserve"> گسترده مناسب‌تر است؛ ز</w:t>
      </w:r>
      <w:r w:rsidRPr="002F751A">
        <w:rPr>
          <w:rFonts w:hint="cs"/>
          <w:b w:val="0"/>
          <w:color w:val="000000" w:themeColor="text1"/>
          <w:szCs w:val="26"/>
          <w:rtl/>
        </w:rPr>
        <w:t>یرا</w:t>
      </w:r>
      <w:r w:rsidRPr="002F751A">
        <w:rPr>
          <w:b w:val="0"/>
          <w:color w:val="000000" w:themeColor="text1"/>
          <w:szCs w:val="26"/>
          <w:rtl/>
        </w:rPr>
        <w:t xml:space="preserve"> به جا</w:t>
      </w:r>
      <w:r w:rsidRPr="002F751A">
        <w:rPr>
          <w:rFonts w:hint="cs"/>
          <w:b w:val="0"/>
          <w:color w:val="000000" w:themeColor="text1"/>
          <w:szCs w:val="26"/>
          <w:rtl/>
        </w:rPr>
        <w:t>ی</w:t>
      </w:r>
      <w:r w:rsidRPr="002F751A">
        <w:rPr>
          <w:b w:val="0"/>
          <w:color w:val="000000" w:themeColor="text1"/>
          <w:szCs w:val="26"/>
          <w:rtl/>
        </w:rPr>
        <w:t xml:space="preserve"> تنب</w:t>
      </w:r>
      <w:r w:rsidRPr="002F751A">
        <w:rPr>
          <w:rFonts w:hint="cs"/>
          <w:b w:val="0"/>
          <w:color w:val="000000" w:themeColor="text1"/>
          <w:szCs w:val="26"/>
          <w:rtl/>
        </w:rPr>
        <w:t>یه</w:t>
      </w:r>
      <w:r w:rsidRPr="002F751A">
        <w:rPr>
          <w:b w:val="0"/>
          <w:color w:val="000000" w:themeColor="text1"/>
          <w:szCs w:val="26"/>
          <w:rtl/>
        </w:rPr>
        <w:t xml:space="preserve"> ه</w:t>
      </w:r>
      <w:r w:rsidRPr="002F751A">
        <w:rPr>
          <w:rFonts w:hint="cs"/>
          <w:b w:val="0"/>
          <w:color w:val="000000" w:themeColor="text1"/>
          <w:szCs w:val="26"/>
          <w:rtl/>
        </w:rPr>
        <w:t>مه</w:t>
      </w:r>
      <w:r w:rsidRPr="002F751A">
        <w:rPr>
          <w:b w:val="0"/>
          <w:color w:val="000000" w:themeColor="text1"/>
          <w:szCs w:val="26"/>
          <w:rtl/>
        </w:rPr>
        <w:t xml:space="preserve"> شاک</w:t>
      </w:r>
      <w:r w:rsidRPr="002F751A">
        <w:rPr>
          <w:rFonts w:hint="cs"/>
          <w:b w:val="0"/>
          <w:color w:val="000000" w:themeColor="text1"/>
          <w:szCs w:val="26"/>
          <w:rtl/>
        </w:rPr>
        <w:t>یان</w:t>
      </w:r>
      <w:r w:rsidRPr="002F751A">
        <w:rPr>
          <w:b w:val="0"/>
          <w:color w:val="000000" w:themeColor="text1"/>
          <w:szCs w:val="26"/>
          <w:rtl/>
        </w:rPr>
        <w:t xml:space="preserve"> ناموفق، بر ز</w:t>
      </w:r>
      <w:r w:rsidRPr="002F751A">
        <w:rPr>
          <w:rFonts w:hint="cs"/>
          <w:b w:val="0"/>
          <w:color w:val="000000" w:themeColor="text1"/>
          <w:szCs w:val="26"/>
          <w:rtl/>
        </w:rPr>
        <w:t>یان</w:t>
      </w:r>
      <w:r w:rsidRPr="002F751A">
        <w:rPr>
          <w:b w:val="0"/>
          <w:color w:val="000000" w:themeColor="text1"/>
          <w:szCs w:val="26"/>
          <w:rtl/>
        </w:rPr>
        <w:t xml:space="preserve"> واقع</w:t>
      </w:r>
      <w:r w:rsidRPr="002F751A">
        <w:rPr>
          <w:rFonts w:hint="cs"/>
          <w:b w:val="0"/>
          <w:color w:val="000000" w:themeColor="text1"/>
          <w:szCs w:val="26"/>
          <w:rtl/>
        </w:rPr>
        <w:t>ی</w:t>
      </w:r>
      <w:r w:rsidRPr="002F751A">
        <w:rPr>
          <w:b w:val="0"/>
          <w:color w:val="000000" w:themeColor="text1"/>
          <w:szCs w:val="26"/>
          <w:rtl/>
        </w:rPr>
        <w:t xml:space="preserve"> و رابطه سبب</w:t>
      </w:r>
      <w:r w:rsidRPr="002F751A">
        <w:rPr>
          <w:rFonts w:hint="cs"/>
          <w:b w:val="0"/>
          <w:color w:val="000000" w:themeColor="text1"/>
          <w:szCs w:val="26"/>
          <w:rtl/>
        </w:rPr>
        <w:t>یت</w:t>
      </w:r>
      <w:r w:rsidRPr="002F751A">
        <w:rPr>
          <w:b w:val="0"/>
          <w:color w:val="000000" w:themeColor="text1"/>
          <w:szCs w:val="26"/>
          <w:rtl/>
        </w:rPr>
        <w:t xml:space="preserve"> تمرکز م</w:t>
      </w:r>
      <w:r w:rsidRPr="002F751A">
        <w:rPr>
          <w:rFonts w:hint="cs"/>
          <w:b w:val="0"/>
          <w:color w:val="000000" w:themeColor="text1"/>
          <w:szCs w:val="26"/>
          <w:rtl/>
        </w:rPr>
        <w:t>ی‌کند</w:t>
      </w:r>
      <w:r w:rsidRPr="002F751A">
        <w:rPr>
          <w:b w:val="0"/>
          <w:color w:val="000000" w:themeColor="text1"/>
          <w:szCs w:val="26"/>
        </w:rPr>
        <w:t>.</w:t>
      </w:r>
    </w:p>
    <w:p w14:paraId="0EB6CA5C" w14:textId="7DD82B3F" w:rsidR="002F751A" w:rsidRDefault="002F751A" w:rsidP="002F751A">
      <w:pPr>
        <w:pStyle w:val="SubFA"/>
        <w:keepNext/>
        <w:bidi/>
        <w:rPr>
          <w:b w:val="0"/>
          <w:color w:val="000000" w:themeColor="text1"/>
          <w:szCs w:val="26"/>
          <w:rtl/>
        </w:rPr>
      </w:pPr>
      <w:r w:rsidRPr="002F751A">
        <w:rPr>
          <w:rFonts w:hint="cs"/>
          <w:b w:val="0"/>
          <w:color w:val="000000" w:themeColor="text1"/>
          <w:szCs w:val="26"/>
          <w:rtl/>
        </w:rPr>
        <w:t>مرحله</w:t>
      </w:r>
      <w:r w:rsidRPr="002F751A">
        <w:rPr>
          <w:b w:val="0"/>
          <w:color w:val="000000" w:themeColor="text1"/>
          <w:szCs w:val="26"/>
          <w:rtl/>
        </w:rPr>
        <w:t xml:space="preserve"> پنجم، صرفاً در موارد استثنا</w:t>
      </w:r>
      <w:r w:rsidRPr="002F751A">
        <w:rPr>
          <w:rFonts w:hint="cs"/>
          <w:b w:val="0"/>
          <w:color w:val="000000" w:themeColor="text1"/>
          <w:szCs w:val="26"/>
          <w:rtl/>
        </w:rPr>
        <w:t>یی</w:t>
      </w:r>
      <w:r w:rsidRPr="002F751A">
        <w:rPr>
          <w:b w:val="0"/>
          <w:color w:val="000000" w:themeColor="text1"/>
          <w:szCs w:val="26"/>
          <w:rtl/>
        </w:rPr>
        <w:t xml:space="preserve"> و پس از احراز الگو</w:t>
      </w:r>
      <w:r w:rsidRPr="002F751A">
        <w:rPr>
          <w:rFonts w:hint="cs"/>
          <w:b w:val="0"/>
          <w:color w:val="000000" w:themeColor="text1"/>
          <w:szCs w:val="26"/>
          <w:rtl/>
        </w:rPr>
        <w:t>ی</w:t>
      </w:r>
      <w:r w:rsidRPr="002F751A">
        <w:rPr>
          <w:b w:val="0"/>
          <w:color w:val="000000" w:themeColor="text1"/>
          <w:szCs w:val="26"/>
          <w:rtl/>
        </w:rPr>
        <w:t xml:space="preserve"> مکرر سوءاستفاده، «محدود</w:t>
      </w:r>
      <w:r w:rsidRPr="002F751A">
        <w:rPr>
          <w:rFonts w:hint="cs"/>
          <w:b w:val="0"/>
          <w:color w:val="000000" w:themeColor="text1"/>
          <w:szCs w:val="26"/>
          <w:rtl/>
        </w:rPr>
        <w:t>یت</w:t>
      </w:r>
      <w:r w:rsidRPr="002F751A">
        <w:rPr>
          <w:b w:val="0"/>
          <w:color w:val="000000" w:themeColor="text1"/>
          <w:szCs w:val="26"/>
          <w:rtl/>
        </w:rPr>
        <w:t xml:space="preserve"> موضوع</w:t>
      </w:r>
      <w:r w:rsidRPr="002F751A">
        <w:rPr>
          <w:rFonts w:hint="cs"/>
          <w:b w:val="0"/>
          <w:color w:val="000000" w:themeColor="text1"/>
          <w:szCs w:val="26"/>
          <w:rtl/>
        </w:rPr>
        <w:t>ی</w:t>
      </w:r>
      <w:r w:rsidRPr="002F751A">
        <w:rPr>
          <w:b w:val="0"/>
          <w:color w:val="000000" w:themeColor="text1"/>
          <w:szCs w:val="26"/>
          <w:rtl/>
        </w:rPr>
        <w:t xml:space="preserve"> و قضا</w:t>
      </w:r>
      <w:r w:rsidRPr="002F751A">
        <w:rPr>
          <w:rFonts w:hint="cs"/>
          <w:b w:val="0"/>
          <w:color w:val="000000" w:themeColor="text1"/>
          <w:szCs w:val="26"/>
          <w:rtl/>
        </w:rPr>
        <w:t>یی</w:t>
      </w:r>
      <w:r w:rsidRPr="002F751A">
        <w:rPr>
          <w:b w:val="0"/>
          <w:color w:val="000000" w:themeColor="text1"/>
          <w:szCs w:val="26"/>
          <w:rtl/>
        </w:rPr>
        <w:t xml:space="preserve"> قابل اعتراض» است. ا</w:t>
      </w:r>
      <w:r w:rsidRPr="002F751A">
        <w:rPr>
          <w:rFonts w:hint="cs"/>
          <w:b w:val="0"/>
          <w:color w:val="000000" w:themeColor="text1"/>
          <w:szCs w:val="26"/>
          <w:rtl/>
        </w:rPr>
        <w:t>ین</w:t>
      </w:r>
      <w:r w:rsidRPr="002F751A">
        <w:rPr>
          <w:b w:val="0"/>
          <w:color w:val="000000" w:themeColor="text1"/>
          <w:szCs w:val="26"/>
          <w:rtl/>
        </w:rPr>
        <w:t xml:space="preserve"> محدود</w:t>
      </w:r>
      <w:r w:rsidRPr="002F751A">
        <w:rPr>
          <w:rFonts w:hint="cs"/>
          <w:b w:val="0"/>
          <w:color w:val="000000" w:themeColor="text1"/>
          <w:szCs w:val="26"/>
          <w:rtl/>
        </w:rPr>
        <w:t>یت</w:t>
      </w:r>
      <w:r w:rsidRPr="002F751A">
        <w:rPr>
          <w:b w:val="0"/>
          <w:color w:val="000000" w:themeColor="text1"/>
          <w:szCs w:val="26"/>
          <w:rtl/>
        </w:rPr>
        <w:t xml:space="preserve"> نبا</w:t>
      </w:r>
      <w:r w:rsidRPr="002F751A">
        <w:rPr>
          <w:rFonts w:hint="cs"/>
          <w:b w:val="0"/>
          <w:color w:val="000000" w:themeColor="text1"/>
          <w:szCs w:val="26"/>
          <w:rtl/>
        </w:rPr>
        <w:t>ید</w:t>
      </w:r>
      <w:r w:rsidRPr="002F751A">
        <w:rPr>
          <w:b w:val="0"/>
          <w:color w:val="000000" w:themeColor="text1"/>
          <w:szCs w:val="26"/>
          <w:rtl/>
        </w:rPr>
        <w:t xml:space="preserve"> منع کل</w:t>
      </w:r>
      <w:r w:rsidRPr="002F751A">
        <w:rPr>
          <w:rFonts w:hint="cs"/>
          <w:b w:val="0"/>
          <w:color w:val="000000" w:themeColor="text1"/>
          <w:szCs w:val="26"/>
          <w:rtl/>
        </w:rPr>
        <w:t>ی</w:t>
      </w:r>
      <w:r w:rsidRPr="002F751A">
        <w:rPr>
          <w:b w:val="0"/>
          <w:color w:val="000000" w:themeColor="text1"/>
          <w:szCs w:val="26"/>
          <w:rtl/>
        </w:rPr>
        <w:t xml:space="preserve"> از دادخواه</w:t>
      </w:r>
      <w:r w:rsidRPr="002F751A">
        <w:rPr>
          <w:rFonts w:hint="cs"/>
          <w:b w:val="0"/>
          <w:color w:val="000000" w:themeColor="text1"/>
          <w:szCs w:val="26"/>
          <w:rtl/>
        </w:rPr>
        <w:t>ی</w:t>
      </w:r>
      <w:r w:rsidRPr="002F751A">
        <w:rPr>
          <w:b w:val="0"/>
          <w:color w:val="000000" w:themeColor="text1"/>
          <w:szCs w:val="26"/>
          <w:rtl/>
        </w:rPr>
        <w:t xml:space="preserve"> باشد؛ بلکه م</w:t>
      </w:r>
      <w:r w:rsidRPr="002F751A">
        <w:rPr>
          <w:rFonts w:hint="cs"/>
          <w:b w:val="0"/>
          <w:color w:val="000000" w:themeColor="text1"/>
          <w:szCs w:val="26"/>
          <w:rtl/>
        </w:rPr>
        <w:t>ی‌تواند</w:t>
      </w:r>
      <w:r w:rsidRPr="002F751A">
        <w:rPr>
          <w:b w:val="0"/>
          <w:color w:val="000000" w:themeColor="text1"/>
          <w:szCs w:val="26"/>
          <w:rtl/>
        </w:rPr>
        <w:t xml:space="preserve"> مقرر کند شکا</w:t>
      </w:r>
      <w:r w:rsidRPr="002F751A">
        <w:rPr>
          <w:rFonts w:hint="cs"/>
          <w:b w:val="0"/>
          <w:color w:val="000000" w:themeColor="text1"/>
          <w:szCs w:val="26"/>
          <w:rtl/>
        </w:rPr>
        <w:t>یت</w:t>
      </w:r>
      <w:r w:rsidRPr="002F751A">
        <w:rPr>
          <w:b w:val="0"/>
          <w:color w:val="000000" w:themeColor="text1"/>
          <w:szCs w:val="26"/>
          <w:rtl/>
        </w:rPr>
        <w:t xml:space="preserve"> جد</w:t>
      </w:r>
      <w:r w:rsidRPr="002F751A">
        <w:rPr>
          <w:rFonts w:hint="cs"/>
          <w:b w:val="0"/>
          <w:color w:val="000000" w:themeColor="text1"/>
          <w:szCs w:val="26"/>
          <w:rtl/>
        </w:rPr>
        <w:t>ید</w:t>
      </w:r>
      <w:r w:rsidRPr="002F751A">
        <w:rPr>
          <w:b w:val="0"/>
          <w:color w:val="000000" w:themeColor="text1"/>
          <w:szCs w:val="26"/>
          <w:rtl/>
        </w:rPr>
        <w:t xml:space="preserve"> درباره همان واقعه پ</w:t>
      </w:r>
      <w:r w:rsidRPr="002F751A">
        <w:rPr>
          <w:rFonts w:hint="cs"/>
          <w:b w:val="0"/>
          <w:color w:val="000000" w:themeColor="text1"/>
          <w:szCs w:val="26"/>
          <w:rtl/>
        </w:rPr>
        <w:t>یش</w:t>
      </w:r>
      <w:r w:rsidRPr="002F751A">
        <w:rPr>
          <w:b w:val="0"/>
          <w:color w:val="000000" w:themeColor="text1"/>
          <w:szCs w:val="26"/>
          <w:rtl/>
        </w:rPr>
        <w:t xml:space="preserve"> از ارجاع عموم</w:t>
      </w:r>
      <w:r w:rsidRPr="002F751A">
        <w:rPr>
          <w:rFonts w:hint="cs"/>
          <w:b w:val="0"/>
          <w:color w:val="000000" w:themeColor="text1"/>
          <w:szCs w:val="26"/>
          <w:rtl/>
        </w:rPr>
        <w:t>ی،</w:t>
      </w:r>
      <w:r w:rsidRPr="002F751A">
        <w:rPr>
          <w:b w:val="0"/>
          <w:color w:val="000000" w:themeColor="text1"/>
          <w:szCs w:val="26"/>
          <w:rtl/>
        </w:rPr>
        <w:t xml:space="preserve"> توسط مقام قضا</w:t>
      </w:r>
      <w:r w:rsidRPr="002F751A">
        <w:rPr>
          <w:rFonts w:hint="cs"/>
          <w:b w:val="0"/>
          <w:color w:val="000000" w:themeColor="text1"/>
          <w:szCs w:val="26"/>
          <w:rtl/>
        </w:rPr>
        <w:t>یی</w:t>
      </w:r>
      <w:r w:rsidRPr="002F751A">
        <w:rPr>
          <w:b w:val="0"/>
          <w:color w:val="000000" w:themeColor="text1"/>
          <w:szCs w:val="26"/>
          <w:rtl/>
        </w:rPr>
        <w:t xml:space="preserve"> مع</w:t>
      </w:r>
      <w:r w:rsidRPr="002F751A">
        <w:rPr>
          <w:rFonts w:hint="cs"/>
          <w:b w:val="0"/>
          <w:color w:val="000000" w:themeColor="text1"/>
          <w:szCs w:val="26"/>
          <w:rtl/>
        </w:rPr>
        <w:t>ین</w:t>
      </w:r>
      <w:r w:rsidRPr="002F751A">
        <w:rPr>
          <w:b w:val="0"/>
          <w:color w:val="000000" w:themeColor="text1"/>
          <w:szCs w:val="26"/>
          <w:rtl/>
        </w:rPr>
        <w:t xml:space="preserve"> از ح</w:t>
      </w:r>
      <w:r w:rsidRPr="002F751A">
        <w:rPr>
          <w:rFonts w:hint="cs"/>
          <w:b w:val="0"/>
          <w:color w:val="000000" w:themeColor="text1"/>
          <w:szCs w:val="26"/>
          <w:rtl/>
        </w:rPr>
        <w:t>یث</w:t>
      </w:r>
      <w:r w:rsidRPr="002F751A">
        <w:rPr>
          <w:b w:val="0"/>
          <w:color w:val="000000" w:themeColor="text1"/>
          <w:szCs w:val="26"/>
          <w:rtl/>
        </w:rPr>
        <w:t xml:space="preserve"> امر مختوم، ادله جد</w:t>
      </w:r>
      <w:r w:rsidRPr="002F751A">
        <w:rPr>
          <w:rFonts w:hint="cs"/>
          <w:b w:val="0"/>
          <w:color w:val="000000" w:themeColor="text1"/>
          <w:szCs w:val="26"/>
          <w:rtl/>
        </w:rPr>
        <w:t>ید</w:t>
      </w:r>
      <w:r w:rsidRPr="002F751A">
        <w:rPr>
          <w:b w:val="0"/>
          <w:color w:val="000000" w:themeColor="text1"/>
          <w:szCs w:val="26"/>
          <w:rtl/>
        </w:rPr>
        <w:t xml:space="preserve"> و تفاوت موضوع بررس</w:t>
      </w:r>
      <w:r w:rsidRPr="002F751A">
        <w:rPr>
          <w:rFonts w:hint="cs"/>
          <w:b w:val="0"/>
          <w:color w:val="000000" w:themeColor="text1"/>
          <w:szCs w:val="26"/>
          <w:rtl/>
        </w:rPr>
        <w:t>ی</w:t>
      </w:r>
      <w:r w:rsidRPr="002F751A">
        <w:rPr>
          <w:b w:val="0"/>
          <w:color w:val="000000" w:themeColor="text1"/>
          <w:szCs w:val="26"/>
          <w:rtl/>
        </w:rPr>
        <w:t xml:space="preserve"> شود. چن</w:t>
      </w:r>
      <w:r w:rsidRPr="002F751A">
        <w:rPr>
          <w:rFonts w:hint="cs"/>
          <w:b w:val="0"/>
          <w:color w:val="000000" w:themeColor="text1"/>
          <w:szCs w:val="26"/>
          <w:rtl/>
        </w:rPr>
        <w:t>ین</w:t>
      </w:r>
      <w:r w:rsidRPr="002F751A">
        <w:rPr>
          <w:b w:val="0"/>
          <w:color w:val="000000" w:themeColor="text1"/>
          <w:szCs w:val="26"/>
          <w:rtl/>
        </w:rPr>
        <w:t xml:space="preserve"> الگو</w:t>
      </w:r>
      <w:r w:rsidRPr="002F751A">
        <w:rPr>
          <w:rFonts w:hint="cs"/>
          <w:b w:val="0"/>
          <w:color w:val="000000" w:themeColor="text1"/>
          <w:szCs w:val="26"/>
          <w:rtl/>
        </w:rPr>
        <w:t>یی</w:t>
      </w:r>
      <w:r w:rsidRPr="002F751A">
        <w:rPr>
          <w:b w:val="0"/>
          <w:color w:val="000000" w:themeColor="text1"/>
          <w:szCs w:val="26"/>
          <w:rtl/>
        </w:rPr>
        <w:t xml:space="preserve"> به مع</w:t>
      </w:r>
      <w:r w:rsidRPr="002F751A">
        <w:rPr>
          <w:rFonts w:hint="cs"/>
          <w:b w:val="0"/>
          <w:color w:val="000000" w:themeColor="text1"/>
          <w:szCs w:val="26"/>
          <w:rtl/>
        </w:rPr>
        <w:t>یارهای</w:t>
      </w:r>
      <w:r w:rsidRPr="002F751A">
        <w:rPr>
          <w:b w:val="0"/>
          <w:color w:val="000000" w:themeColor="text1"/>
          <w:szCs w:val="26"/>
          <w:rtl/>
        </w:rPr>
        <w:t xml:space="preserve"> محدود و متناسب در حقوق تطب</w:t>
      </w:r>
      <w:r w:rsidRPr="002F751A">
        <w:rPr>
          <w:rFonts w:hint="cs"/>
          <w:b w:val="0"/>
          <w:color w:val="000000" w:themeColor="text1"/>
          <w:szCs w:val="26"/>
          <w:rtl/>
        </w:rPr>
        <w:t>یقی</w:t>
      </w:r>
      <w:r w:rsidRPr="002F751A">
        <w:rPr>
          <w:b w:val="0"/>
          <w:color w:val="000000" w:themeColor="text1"/>
          <w:szCs w:val="26"/>
          <w:rtl/>
        </w:rPr>
        <w:t xml:space="preserve"> نزد</w:t>
      </w:r>
      <w:r w:rsidRPr="002F751A">
        <w:rPr>
          <w:rFonts w:hint="cs"/>
          <w:b w:val="0"/>
          <w:color w:val="000000" w:themeColor="text1"/>
          <w:szCs w:val="26"/>
          <w:rtl/>
        </w:rPr>
        <w:t>یک</w:t>
      </w:r>
      <w:r w:rsidRPr="002F751A">
        <w:rPr>
          <w:b w:val="0"/>
          <w:color w:val="000000" w:themeColor="text1"/>
          <w:szCs w:val="26"/>
          <w:rtl/>
        </w:rPr>
        <w:t xml:space="preserve"> است و در ع</w:t>
      </w:r>
      <w:r w:rsidRPr="002F751A">
        <w:rPr>
          <w:rFonts w:hint="cs"/>
          <w:b w:val="0"/>
          <w:color w:val="000000" w:themeColor="text1"/>
          <w:szCs w:val="26"/>
          <w:rtl/>
        </w:rPr>
        <w:t>ین</w:t>
      </w:r>
      <w:r w:rsidRPr="002F751A">
        <w:rPr>
          <w:b w:val="0"/>
          <w:color w:val="000000" w:themeColor="text1"/>
          <w:szCs w:val="26"/>
          <w:rtl/>
        </w:rPr>
        <w:t xml:space="preserve"> حال اصل </w:t>
      </w:r>
      <w:r w:rsidRPr="002F751A">
        <w:rPr>
          <w:b w:val="0"/>
          <w:color w:val="000000" w:themeColor="text1"/>
          <w:szCs w:val="26"/>
          <w:rtl/>
          <w:lang w:bidi="fa-IR"/>
        </w:rPr>
        <w:t>۳۴</w:t>
      </w:r>
      <w:r w:rsidRPr="002F751A">
        <w:rPr>
          <w:b w:val="0"/>
          <w:color w:val="000000" w:themeColor="text1"/>
          <w:szCs w:val="26"/>
          <w:rtl/>
        </w:rPr>
        <w:t xml:space="preserve"> را کمتر مخدوش م</w:t>
      </w:r>
      <w:r w:rsidRPr="002F751A">
        <w:rPr>
          <w:rFonts w:hint="cs"/>
          <w:b w:val="0"/>
          <w:color w:val="000000" w:themeColor="text1"/>
          <w:szCs w:val="26"/>
          <w:rtl/>
        </w:rPr>
        <w:t>ی‌کند</w:t>
      </w:r>
      <w:r w:rsidRPr="002F751A">
        <w:rPr>
          <w:b w:val="0"/>
          <w:color w:val="000000" w:themeColor="text1"/>
          <w:szCs w:val="26"/>
        </w:rPr>
        <w:t>.</w:t>
      </w:r>
    </w:p>
    <w:p w14:paraId="68FFFE67" w14:textId="77777777" w:rsidR="00B800F5" w:rsidRPr="002F751A" w:rsidRDefault="00B800F5" w:rsidP="00B800F5">
      <w:pPr>
        <w:pStyle w:val="SubFA"/>
        <w:keepNext/>
        <w:bidi/>
        <w:rPr>
          <w:b w:val="0"/>
          <w:color w:val="000000" w:themeColor="text1"/>
          <w:szCs w:val="26"/>
          <w:rtl/>
        </w:rPr>
      </w:pPr>
    </w:p>
    <w:p w14:paraId="157DEE09" w14:textId="2AA0FE17" w:rsidR="002F751A" w:rsidRPr="00B800F5" w:rsidRDefault="00B800F5" w:rsidP="002F751A">
      <w:pPr>
        <w:pStyle w:val="SubFA"/>
        <w:keepNext/>
        <w:bidi/>
        <w:rPr>
          <w:bCs/>
          <w:color w:val="000000" w:themeColor="text1"/>
          <w:szCs w:val="26"/>
          <w:rtl/>
        </w:rPr>
      </w:pPr>
      <w:r w:rsidRPr="00B800F5">
        <w:rPr>
          <w:rFonts w:hint="cs"/>
          <w:bCs/>
          <w:color w:val="000000" w:themeColor="text1"/>
          <w:szCs w:val="26"/>
          <w:rtl/>
          <w:lang w:bidi="fa-IR"/>
        </w:rPr>
        <w:t>10</w:t>
      </w:r>
      <w:r w:rsidR="002F751A" w:rsidRPr="00B800F5">
        <w:rPr>
          <w:bCs/>
          <w:color w:val="000000" w:themeColor="text1"/>
          <w:szCs w:val="26"/>
          <w:lang w:bidi="fa-IR"/>
        </w:rPr>
        <w:t xml:space="preserve">- </w:t>
      </w:r>
      <w:r w:rsidR="002F751A" w:rsidRPr="00B800F5">
        <w:rPr>
          <w:bCs/>
          <w:color w:val="000000" w:themeColor="text1"/>
          <w:szCs w:val="26"/>
          <w:rtl/>
          <w:lang w:bidi="fa-IR"/>
        </w:rPr>
        <w:t>الزامات تقن</w:t>
      </w:r>
      <w:r w:rsidR="002F751A" w:rsidRPr="00B800F5">
        <w:rPr>
          <w:rFonts w:hint="cs"/>
          <w:bCs/>
          <w:color w:val="000000" w:themeColor="text1"/>
          <w:szCs w:val="26"/>
          <w:rtl/>
          <w:lang w:bidi="fa-IR"/>
        </w:rPr>
        <w:t>ینی</w:t>
      </w:r>
      <w:r w:rsidR="002F751A" w:rsidRPr="00B800F5">
        <w:rPr>
          <w:bCs/>
          <w:color w:val="000000" w:themeColor="text1"/>
          <w:szCs w:val="26"/>
          <w:rtl/>
          <w:lang w:bidi="fa-IR"/>
        </w:rPr>
        <w:t xml:space="preserve"> و قضا</w:t>
      </w:r>
      <w:r w:rsidR="002F751A" w:rsidRPr="00B800F5">
        <w:rPr>
          <w:rFonts w:hint="cs"/>
          <w:bCs/>
          <w:color w:val="000000" w:themeColor="text1"/>
          <w:szCs w:val="26"/>
          <w:rtl/>
          <w:lang w:bidi="fa-IR"/>
        </w:rPr>
        <w:t>یی</w:t>
      </w:r>
    </w:p>
    <w:p w14:paraId="1B21951B"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در</w:t>
      </w:r>
      <w:r w:rsidRPr="002F751A">
        <w:rPr>
          <w:b w:val="0"/>
          <w:color w:val="000000" w:themeColor="text1"/>
          <w:szCs w:val="26"/>
          <w:rtl/>
        </w:rPr>
        <w:t xml:space="preserve"> سطح تقن</w:t>
      </w:r>
      <w:r w:rsidRPr="002F751A">
        <w:rPr>
          <w:rFonts w:hint="cs"/>
          <w:b w:val="0"/>
          <w:color w:val="000000" w:themeColor="text1"/>
          <w:szCs w:val="26"/>
          <w:rtl/>
        </w:rPr>
        <w:t>ینی،</w:t>
      </w:r>
      <w:r w:rsidRPr="002F751A">
        <w:rPr>
          <w:b w:val="0"/>
          <w:color w:val="000000" w:themeColor="text1"/>
          <w:szCs w:val="26"/>
          <w:rtl/>
        </w:rPr>
        <w:t xml:space="preserve"> اولو</w:t>
      </w:r>
      <w:r w:rsidRPr="002F751A">
        <w:rPr>
          <w:rFonts w:hint="cs"/>
          <w:b w:val="0"/>
          <w:color w:val="000000" w:themeColor="text1"/>
          <w:szCs w:val="26"/>
          <w:rtl/>
        </w:rPr>
        <w:t>یت</w:t>
      </w:r>
      <w:r w:rsidRPr="002F751A">
        <w:rPr>
          <w:b w:val="0"/>
          <w:color w:val="000000" w:themeColor="text1"/>
          <w:szCs w:val="26"/>
          <w:rtl/>
        </w:rPr>
        <w:t xml:space="preserve"> با جرم‌انگار</w:t>
      </w:r>
      <w:r w:rsidRPr="002F751A">
        <w:rPr>
          <w:rFonts w:hint="cs"/>
          <w:b w:val="0"/>
          <w:color w:val="000000" w:themeColor="text1"/>
          <w:szCs w:val="26"/>
          <w:rtl/>
        </w:rPr>
        <w:t>ی</w:t>
      </w:r>
      <w:r w:rsidRPr="002F751A">
        <w:rPr>
          <w:b w:val="0"/>
          <w:color w:val="000000" w:themeColor="text1"/>
          <w:szCs w:val="26"/>
          <w:rtl/>
        </w:rPr>
        <w:t xml:space="preserve"> جد</w:t>
      </w:r>
      <w:r w:rsidRPr="002F751A">
        <w:rPr>
          <w:rFonts w:hint="cs"/>
          <w:b w:val="0"/>
          <w:color w:val="000000" w:themeColor="text1"/>
          <w:szCs w:val="26"/>
          <w:rtl/>
        </w:rPr>
        <w:t>ید</w:t>
      </w:r>
      <w:r w:rsidRPr="002F751A">
        <w:rPr>
          <w:b w:val="0"/>
          <w:color w:val="000000" w:themeColor="text1"/>
          <w:szCs w:val="26"/>
          <w:rtl/>
        </w:rPr>
        <w:t xml:space="preserve"> ن</w:t>
      </w:r>
      <w:r w:rsidRPr="002F751A">
        <w:rPr>
          <w:rFonts w:hint="cs"/>
          <w:b w:val="0"/>
          <w:color w:val="000000" w:themeColor="text1"/>
          <w:szCs w:val="26"/>
          <w:rtl/>
        </w:rPr>
        <w:t>یست،</w:t>
      </w:r>
      <w:r w:rsidRPr="002F751A">
        <w:rPr>
          <w:b w:val="0"/>
          <w:color w:val="000000" w:themeColor="text1"/>
          <w:szCs w:val="26"/>
          <w:rtl/>
        </w:rPr>
        <w:t xml:space="preserve"> بلکه با روشن کردن پ</w:t>
      </w:r>
      <w:r w:rsidRPr="002F751A">
        <w:rPr>
          <w:rFonts w:hint="cs"/>
          <w:b w:val="0"/>
          <w:color w:val="000000" w:themeColor="text1"/>
          <w:szCs w:val="26"/>
          <w:rtl/>
        </w:rPr>
        <w:t>یوند</w:t>
      </w:r>
      <w:r w:rsidRPr="002F751A">
        <w:rPr>
          <w:b w:val="0"/>
          <w:color w:val="000000" w:themeColor="text1"/>
          <w:szCs w:val="26"/>
          <w:rtl/>
        </w:rPr>
        <w:t xml:space="preserve"> قواعد موجود است. م</w:t>
      </w:r>
      <w:r w:rsidRPr="002F751A">
        <w:rPr>
          <w:rFonts w:hint="cs"/>
          <w:b w:val="0"/>
          <w:color w:val="000000" w:themeColor="text1"/>
          <w:szCs w:val="26"/>
          <w:rtl/>
        </w:rPr>
        <w:t>ی‌توان</w:t>
      </w:r>
      <w:r w:rsidRPr="002F751A">
        <w:rPr>
          <w:b w:val="0"/>
          <w:color w:val="000000" w:themeColor="text1"/>
          <w:szCs w:val="26"/>
          <w:rtl/>
        </w:rPr>
        <w:t xml:space="preserve"> در س</w:t>
      </w:r>
      <w:r w:rsidRPr="002F751A">
        <w:rPr>
          <w:rFonts w:hint="cs"/>
          <w:b w:val="0"/>
          <w:color w:val="000000" w:themeColor="text1"/>
          <w:szCs w:val="26"/>
          <w:rtl/>
        </w:rPr>
        <w:t>یاست‌های</w:t>
      </w:r>
      <w:r w:rsidRPr="002F751A">
        <w:rPr>
          <w:b w:val="0"/>
          <w:color w:val="000000" w:themeColor="text1"/>
          <w:szCs w:val="26"/>
          <w:rtl/>
        </w:rPr>
        <w:t xml:space="preserve"> قضا</w:t>
      </w:r>
      <w:r w:rsidRPr="002F751A">
        <w:rPr>
          <w:rFonts w:hint="cs"/>
          <w:b w:val="0"/>
          <w:color w:val="000000" w:themeColor="text1"/>
          <w:szCs w:val="26"/>
          <w:rtl/>
        </w:rPr>
        <w:t>یی</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دستورالعمل داخل</w:t>
      </w:r>
      <w:r w:rsidRPr="002F751A">
        <w:rPr>
          <w:rFonts w:hint="cs"/>
          <w:b w:val="0"/>
          <w:color w:val="000000" w:themeColor="text1"/>
          <w:szCs w:val="26"/>
          <w:rtl/>
        </w:rPr>
        <w:t>ی،</w:t>
      </w:r>
      <w:r w:rsidRPr="002F751A">
        <w:rPr>
          <w:b w:val="0"/>
          <w:color w:val="000000" w:themeColor="text1"/>
          <w:szCs w:val="26"/>
          <w:rtl/>
        </w:rPr>
        <w:t xml:space="preserve"> شاخص‌ها</w:t>
      </w:r>
      <w:r w:rsidRPr="002F751A">
        <w:rPr>
          <w:rFonts w:hint="cs"/>
          <w:b w:val="0"/>
          <w:color w:val="000000" w:themeColor="text1"/>
          <w:szCs w:val="26"/>
          <w:rtl/>
        </w:rPr>
        <w:t>ی</w:t>
      </w:r>
      <w:r w:rsidRPr="002F751A">
        <w:rPr>
          <w:b w:val="0"/>
          <w:color w:val="000000" w:themeColor="text1"/>
          <w:szCs w:val="26"/>
          <w:rtl/>
        </w:rPr>
        <w:t xml:space="preserve"> غ</w:t>
      </w:r>
      <w:r w:rsidRPr="002F751A">
        <w:rPr>
          <w:rFonts w:hint="cs"/>
          <w:b w:val="0"/>
          <w:color w:val="000000" w:themeColor="text1"/>
          <w:szCs w:val="26"/>
          <w:rtl/>
        </w:rPr>
        <w:t>یرحصری</w:t>
      </w:r>
      <w:r w:rsidRPr="002F751A">
        <w:rPr>
          <w:b w:val="0"/>
          <w:color w:val="000000" w:themeColor="text1"/>
          <w:szCs w:val="26"/>
          <w:rtl/>
        </w:rPr>
        <w:t xml:space="preserve"> سوءاستفاده را تع</w:t>
      </w:r>
      <w:r w:rsidRPr="002F751A">
        <w:rPr>
          <w:rFonts w:hint="cs"/>
          <w:b w:val="0"/>
          <w:color w:val="000000" w:themeColor="text1"/>
          <w:szCs w:val="26"/>
          <w:rtl/>
        </w:rPr>
        <w:t>یین</w:t>
      </w:r>
      <w:r w:rsidRPr="002F751A">
        <w:rPr>
          <w:b w:val="0"/>
          <w:color w:val="000000" w:themeColor="text1"/>
          <w:szCs w:val="26"/>
          <w:rtl/>
        </w:rPr>
        <w:t xml:space="preserve"> کرد: تکرار ادعا</w:t>
      </w:r>
      <w:r w:rsidRPr="002F751A">
        <w:rPr>
          <w:rFonts w:hint="cs"/>
          <w:b w:val="0"/>
          <w:color w:val="000000" w:themeColor="text1"/>
          <w:szCs w:val="26"/>
          <w:rtl/>
        </w:rPr>
        <w:t>ی</w:t>
      </w:r>
      <w:r w:rsidRPr="002F751A">
        <w:rPr>
          <w:b w:val="0"/>
          <w:color w:val="000000" w:themeColor="text1"/>
          <w:szCs w:val="26"/>
          <w:rtl/>
        </w:rPr>
        <w:t xml:space="preserve"> واحد پس از تصم</w:t>
      </w:r>
      <w:r w:rsidRPr="002F751A">
        <w:rPr>
          <w:rFonts w:hint="cs"/>
          <w:b w:val="0"/>
          <w:color w:val="000000" w:themeColor="text1"/>
          <w:szCs w:val="26"/>
          <w:rtl/>
        </w:rPr>
        <w:t>یم</w:t>
      </w:r>
      <w:r w:rsidRPr="002F751A">
        <w:rPr>
          <w:b w:val="0"/>
          <w:color w:val="000000" w:themeColor="text1"/>
          <w:szCs w:val="26"/>
          <w:rtl/>
        </w:rPr>
        <w:t xml:space="preserve"> قطع</w:t>
      </w:r>
      <w:r w:rsidRPr="002F751A">
        <w:rPr>
          <w:rFonts w:hint="cs"/>
          <w:b w:val="0"/>
          <w:color w:val="000000" w:themeColor="text1"/>
          <w:szCs w:val="26"/>
          <w:rtl/>
        </w:rPr>
        <w:t>ی،</w:t>
      </w:r>
      <w:r w:rsidRPr="002F751A">
        <w:rPr>
          <w:b w:val="0"/>
          <w:color w:val="000000" w:themeColor="text1"/>
          <w:szCs w:val="26"/>
          <w:rtl/>
        </w:rPr>
        <w:t xml:space="preserve"> اثبات ساخت </w:t>
      </w:r>
      <w:r w:rsidRPr="002F751A">
        <w:rPr>
          <w:rFonts w:hint="cs"/>
          <w:b w:val="0"/>
          <w:color w:val="000000" w:themeColor="text1"/>
          <w:szCs w:val="26"/>
          <w:rtl/>
        </w:rPr>
        <w:t>یا</w:t>
      </w:r>
      <w:r w:rsidRPr="002F751A">
        <w:rPr>
          <w:b w:val="0"/>
          <w:color w:val="000000" w:themeColor="text1"/>
          <w:szCs w:val="26"/>
          <w:rtl/>
        </w:rPr>
        <w:t xml:space="preserve"> تحر</w:t>
      </w:r>
      <w:r w:rsidRPr="002F751A">
        <w:rPr>
          <w:rFonts w:hint="cs"/>
          <w:b w:val="0"/>
          <w:color w:val="000000" w:themeColor="text1"/>
          <w:szCs w:val="26"/>
          <w:rtl/>
        </w:rPr>
        <w:t>یف</w:t>
      </w:r>
      <w:r w:rsidRPr="002F751A">
        <w:rPr>
          <w:b w:val="0"/>
          <w:color w:val="000000" w:themeColor="text1"/>
          <w:szCs w:val="26"/>
          <w:rtl/>
        </w:rPr>
        <w:t xml:space="preserve"> دل</w:t>
      </w:r>
      <w:r w:rsidRPr="002F751A">
        <w:rPr>
          <w:rFonts w:hint="cs"/>
          <w:b w:val="0"/>
          <w:color w:val="000000" w:themeColor="text1"/>
          <w:szCs w:val="26"/>
          <w:rtl/>
        </w:rPr>
        <w:t>یل،</w:t>
      </w:r>
      <w:r w:rsidRPr="002F751A">
        <w:rPr>
          <w:b w:val="0"/>
          <w:color w:val="000000" w:themeColor="text1"/>
          <w:szCs w:val="26"/>
          <w:rtl/>
        </w:rPr>
        <w:t xml:space="preserve"> احراز هدف فشار در مکاتبات، طرح هم‌زمان شکا</w:t>
      </w:r>
      <w:r w:rsidRPr="002F751A">
        <w:rPr>
          <w:rFonts w:hint="cs"/>
          <w:b w:val="0"/>
          <w:color w:val="000000" w:themeColor="text1"/>
          <w:szCs w:val="26"/>
          <w:rtl/>
        </w:rPr>
        <w:t>یت‌های</w:t>
      </w:r>
      <w:r w:rsidRPr="002F751A">
        <w:rPr>
          <w:b w:val="0"/>
          <w:color w:val="000000" w:themeColor="text1"/>
          <w:szCs w:val="26"/>
          <w:rtl/>
        </w:rPr>
        <w:t xml:space="preserve"> متعدد فاقد تفاوت ماهو</w:t>
      </w:r>
      <w:r w:rsidRPr="002F751A">
        <w:rPr>
          <w:rFonts w:hint="cs"/>
          <w:b w:val="0"/>
          <w:color w:val="000000" w:themeColor="text1"/>
          <w:szCs w:val="26"/>
          <w:rtl/>
        </w:rPr>
        <w:t>ی</w:t>
      </w:r>
      <w:r w:rsidRPr="002F751A">
        <w:rPr>
          <w:b w:val="0"/>
          <w:color w:val="000000" w:themeColor="text1"/>
          <w:szCs w:val="26"/>
          <w:rtl/>
        </w:rPr>
        <w:t xml:space="preserve"> و استفاده از شکا</w:t>
      </w:r>
      <w:r w:rsidRPr="002F751A">
        <w:rPr>
          <w:rFonts w:hint="cs"/>
          <w:b w:val="0"/>
          <w:color w:val="000000" w:themeColor="text1"/>
          <w:szCs w:val="26"/>
          <w:rtl/>
        </w:rPr>
        <w:t>یت</w:t>
      </w:r>
      <w:r w:rsidRPr="002F751A">
        <w:rPr>
          <w:b w:val="0"/>
          <w:color w:val="000000" w:themeColor="text1"/>
          <w:szCs w:val="26"/>
          <w:rtl/>
        </w:rPr>
        <w:t xml:space="preserve"> برا</w:t>
      </w:r>
      <w:r w:rsidRPr="002F751A">
        <w:rPr>
          <w:rFonts w:hint="cs"/>
          <w:b w:val="0"/>
          <w:color w:val="000000" w:themeColor="text1"/>
          <w:szCs w:val="26"/>
          <w:rtl/>
        </w:rPr>
        <w:t>ی</w:t>
      </w:r>
      <w:r w:rsidRPr="002F751A">
        <w:rPr>
          <w:b w:val="0"/>
          <w:color w:val="000000" w:themeColor="text1"/>
          <w:szCs w:val="26"/>
          <w:rtl/>
        </w:rPr>
        <w:t xml:space="preserve"> دور زدن </w:t>
      </w:r>
      <w:r w:rsidRPr="002F751A">
        <w:rPr>
          <w:rFonts w:hint="cs"/>
          <w:b w:val="0"/>
          <w:color w:val="000000" w:themeColor="text1"/>
          <w:szCs w:val="26"/>
          <w:rtl/>
        </w:rPr>
        <w:t>یک</w:t>
      </w:r>
      <w:r w:rsidRPr="002F751A">
        <w:rPr>
          <w:b w:val="0"/>
          <w:color w:val="000000" w:themeColor="text1"/>
          <w:szCs w:val="26"/>
          <w:rtl/>
        </w:rPr>
        <w:t xml:space="preserve"> تصم</w:t>
      </w:r>
      <w:r w:rsidRPr="002F751A">
        <w:rPr>
          <w:rFonts w:hint="cs"/>
          <w:b w:val="0"/>
          <w:color w:val="000000" w:themeColor="text1"/>
          <w:szCs w:val="26"/>
          <w:rtl/>
        </w:rPr>
        <w:t>یم</w:t>
      </w:r>
      <w:r w:rsidRPr="002F751A">
        <w:rPr>
          <w:b w:val="0"/>
          <w:color w:val="000000" w:themeColor="text1"/>
          <w:szCs w:val="26"/>
          <w:rtl/>
        </w:rPr>
        <w:t xml:space="preserve"> قضا</w:t>
      </w:r>
      <w:r w:rsidRPr="002F751A">
        <w:rPr>
          <w:rFonts w:hint="cs"/>
          <w:b w:val="0"/>
          <w:color w:val="000000" w:themeColor="text1"/>
          <w:szCs w:val="26"/>
          <w:rtl/>
        </w:rPr>
        <w:t>یی</w:t>
      </w:r>
      <w:r w:rsidRPr="002F751A">
        <w:rPr>
          <w:b w:val="0"/>
          <w:color w:val="000000" w:themeColor="text1"/>
          <w:szCs w:val="26"/>
          <w:rtl/>
        </w:rPr>
        <w:t>. درج ا</w:t>
      </w:r>
      <w:r w:rsidRPr="002F751A">
        <w:rPr>
          <w:rFonts w:hint="cs"/>
          <w:b w:val="0"/>
          <w:color w:val="000000" w:themeColor="text1"/>
          <w:szCs w:val="26"/>
          <w:rtl/>
        </w:rPr>
        <w:t>ین</w:t>
      </w:r>
      <w:r w:rsidRPr="002F751A">
        <w:rPr>
          <w:b w:val="0"/>
          <w:color w:val="000000" w:themeColor="text1"/>
          <w:szCs w:val="26"/>
          <w:rtl/>
        </w:rPr>
        <w:t xml:space="preserve"> شاخص‌ها با</w:t>
      </w:r>
      <w:r w:rsidRPr="002F751A">
        <w:rPr>
          <w:rFonts w:hint="cs"/>
          <w:b w:val="0"/>
          <w:color w:val="000000" w:themeColor="text1"/>
          <w:szCs w:val="26"/>
          <w:rtl/>
        </w:rPr>
        <w:t>ید</w:t>
      </w:r>
      <w:r w:rsidRPr="002F751A">
        <w:rPr>
          <w:b w:val="0"/>
          <w:color w:val="000000" w:themeColor="text1"/>
          <w:szCs w:val="26"/>
          <w:rtl/>
        </w:rPr>
        <w:t xml:space="preserve"> همراه با تصر</w:t>
      </w:r>
      <w:r w:rsidRPr="002F751A">
        <w:rPr>
          <w:rFonts w:hint="cs"/>
          <w:b w:val="0"/>
          <w:color w:val="000000" w:themeColor="text1"/>
          <w:szCs w:val="26"/>
          <w:rtl/>
        </w:rPr>
        <w:t>یح</w:t>
      </w:r>
      <w:r w:rsidRPr="002F751A">
        <w:rPr>
          <w:b w:val="0"/>
          <w:color w:val="000000" w:themeColor="text1"/>
          <w:szCs w:val="26"/>
          <w:rtl/>
        </w:rPr>
        <w:t xml:space="preserve"> باشد که ه</w:t>
      </w:r>
      <w:r w:rsidRPr="002F751A">
        <w:rPr>
          <w:rFonts w:hint="cs"/>
          <w:b w:val="0"/>
          <w:color w:val="000000" w:themeColor="text1"/>
          <w:szCs w:val="26"/>
          <w:rtl/>
        </w:rPr>
        <w:t>یچ‌کدام</w:t>
      </w:r>
      <w:r w:rsidRPr="002F751A">
        <w:rPr>
          <w:b w:val="0"/>
          <w:color w:val="000000" w:themeColor="text1"/>
          <w:szCs w:val="26"/>
          <w:rtl/>
        </w:rPr>
        <w:t xml:space="preserve"> به تنها</w:t>
      </w:r>
      <w:r w:rsidRPr="002F751A">
        <w:rPr>
          <w:rFonts w:hint="cs"/>
          <w:b w:val="0"/>
          <w:color w:val="000000" w:themeColor="text1"/>
          <w:szCs w:val="26"/>
          <w:rtl/>
        </w:rPr>
        <w:t>یی</w:t>
      </w:r>
      <w:r w:rsidRPr="002F751A">
        <w:rPr>
          <w:b w:val="0"/>
          <w:color w:val="000000" w:themeColor="text1"/>
          <w:szCs w:val="26"/>
          <w:rtl/>
        </w:rPr>
        <w:t xml:space="preserve"> دل</w:t>
      </w:r>
      <w:r w:rsidRPr="002F751A">
        <w:rPr>
          <w:rFonts w:hint="cs"/>
          <w:b w:val="0"/>
          <w:color w:val="000000" w:themeColor="text1"/>
          <w:szCs w:val="26"/>
          <w:rtl/>
        </w:rPr>
        <w:t>یل</w:t>
      </w:r>
      <w:r w:rsidRPr="002F751A">
        <w:rPr>
          <w:b w:val="0"/>
          <w:color w:val="000000" w:themeColor="text1"/>
          <w:szCs w:val="26"/>
          <w:rtl/>
        </w:rPr>
        <w:t xml:space="preserve"> کذب ن</w:t>
      </w:r>
      <w:r w:rsidRPr="002F751A">
        <w:rPr>
          <w:rFonts w:hint="cs"/>
          <w:b w:val="0"/>
          <w:color w:val="000000" w:themeColor="text1"/>
          <w:szCs w:val="26"/>
          <w:rtl/>
        </w:rPr>
        <w:t>یست</w:t>
      </w:r>
      <w:r w:rsidRPr="002F751A">
        <w:rPr>
          <w:b w:val="0"/>
          <w:color w:val="000000" w:themeColor="text1"/>
          <w:szCs w:val="26"/>
        </w:rPr>
        <w:t>.</w:t>
      </w:r>
    </w:p>
    <w:p w14:paraId="7261EB5F"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در</w:t>
      </w:r>
      <w:r w:rsidRPr="002F751A">
        <w:rPr>
          <w:b w:val="0"/>
          <w:color w:val="000000" w:themeColor="text1"/>
          <w:szCs w:val="26"/>
          <w:rtl/>
        </w:rPr>
        <w:t xml:space="preserve"> سطح قضا</w:t>
      </w:r>
      <w:r w:rsidRPr="002F751A">
        <w:rPr>
          <w:rFonts w:hint="cs"/>
          <w:b w:val="0"/>
          <w:color w:val="000000" w:themeColor="text1"/>
          <w:szCs w:val="26"/>
          <w:rtl/>
        </w:rPr>
        <w:t>یی،</w:t>
      </w:r>
      <w:r w:rsidRPr="002F751A">
        <w:rPr>
          <w:b w:val="0"/>
          <w:color w:val="000000" w:themeColor="text1"/>
          <w:szCs w:val="26"/>
          <w:rtl/>
        </w:rPr>
        <w:t xml:space="preserve"> آموزش قضات و ضابطان درباره تفاوت تناقض طب</w:t>
      </w:r>
      <w:r w:rsidRPr="002F751A">
        <w:rPr>
          <w:rFonts w:hint="cs"/>
          <w:b w:val="0"/>
          <w:color w:val="000000" w:themeColor="text1"/>
          <w:szCs w:val="26"/>
          <w:rtl/>
        </w:rPr>
        <w:t>یعی</w:t>
      </w:r>
      <w:r w:rsidRPr="002F751A">
        <w:rPr>
          <w:b w:val="0"/>
          <w:color w:val="000000" w:themeColor="text1"/>
          <w:szCs w:val="26"/>
          <w:rtl/>
        </w:rPr>
        <w:t xml:space="preserve"> با تناقض ساختار</w:t>
      </w:r>
      <w:r w:rsidRPr="002F751A">
        <w:rPr>
          <w:rFonts w:hint="cs"/>
          <w:b w:val="0"/>
          <w:color w:val="000000" w:themeColor="text1"/>
          <w:szCs w:val="26"/>
          <w:rtl/>
        </w:rPr>
        <w:t>ی،</w:t>
      </w:r>
      <w:r w:rsidRPr="002F751A">
        <w:rPr>
          <w:b w:val="0"/>
          <w:color w:val="000000" w:themeColor="text1"/>
          <w:szCs w:val="26"/>
          <w:rtl/>
        </w:rPr>
        <w:t xml:space="preserve"> حفظ زنج</w:t>
      </w:r>
      <w:r w:rsidRPr="002F751A">
        <w:rPr>
          <w:rFonts w:hint="cs"/>
          <w:b w:val="0"/>
          <w:color w:val="000000" w:themeColor="text1"/>
          <w:szCs w:val="26"/>
          <w:rtl/>
        </w:rPr>
        <w:t>یره</w:t>
      </w:r>
      <w:r w:rsidRPr="002F751A">
        <w:rPr>
          <w:b w:val="0"/>
          <w:color w:val="000000" w:themeColor="text1"/>
          <w:szCs w:val="26"/>
          <w:rtl/>
        </w:rPr>
        <w:t xml:space="preserve"> اصالت ادله د</w:t>
      </w:r>
      <w:r w:rsidRPr="002F751A">
        <w:rPr>
          <w:rFonts w:hint="cs"/>
          <w:b w:val="0"/>
          <w:color w:val="000000" w:themeColor="text1"/>
          <w:szCs w:val="26"/>
          <w:rtl/>
        </w:rPr>
        <w:t>یجیتال،</w:t>
      </w:r>
      <w:r w:rsidRPr="002F751A">
        <w:rPr>
          <w:b w:val="0"/>
          <w:color w:val="000000" w:themeColor="text1"/>
          <w:szCs w:val="26"/>
          <w:rtl/>
        </w:rPr>
        <w:t xml:space="preserve"> خطاها</w:t>
      </w:r>
      <w:r w:rsidRPr="002F751A">
        <w:rPr>
          <w:rFonts w:hint="cs"/>
          <w:b w:val="0"/>
          <w:color w:val="000000" w:themeColor="text1"/>
          <w:szCs w:val="26"/>
          <w:rtl/>
        </w:rPr>
        <w:t>ی</w:t>
      </w:r>
      <w:r w:rsidRPr="002F751A">
        <w:rPr>
          <w:b w:val="0"/>
          <w:color w:val="000000" w:themeColor="text1"/>
          <w:szCs w:val="26"/>
          <w:rtl/>
        </w:rPr>
        <w:t xml:space="preserve"> شناخت</w:t>
      </w:r>
      <w:r w:rsidRPr="002F751A">
        <w:rPr>
          <w:rFonts w:hint="cs"/>
          <w:b w:val="0"/>
          <w:color w:val="000000" w:themeColor="text1"/>
          <w:szCs w:val="26"/>
          <w:rtl/>
        </w:rPr>
        <w:t>ی</w:t>
      </w:r>
      <w:r w:rsidRPr="002F751A">
        <w:rPr>
          <w:b w:val="0"/>
          <w:color w:val="000000" w:themeColor="text1"/>
          <w:szCs w:val="26"/>
          <w:rtl/>
        </w:rPr>
        <w:t xml:space="preserve"> ناش</w:t>
      </w:r>
      <w:r w:rsidRPr="002F751A">
        <w:rPr>
          <w:rFonts w:hint="cs"/>
          <w:b w:val="0"/>
          <w:color w:val="000000" w:themeColor="text1"/>
          <w:szCs w:val="26"/>
          <w:rtl/>
        </w:rPr>
        <w:t>ی</w:t>
      </w:r>
      <w:r w:rsidRPr="002F751A">
        <w:rPr>
          <w:b w:val="0"/>
          <w:color w:val="000000" w:themeColor="text1"/>
          <w:szCs w:val="26"/>
          <w:rtl/>
        </w:rPr>
        <w:t xml:space="preserve"> از حجم پرونده و اثر</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anchoring</w:t>
      </w:r>
      <w:r w:rsidRPr="002F751A">
        <w:rPr>
          <w:b w:val="0"/>
          <w:color w:val="000000" w:themeColor="text1"/>
          <w:szCs w:val="26"/>
        </w:rPr>
        <w:t xml:space="preserve"> </w:t>
      </w:r>
      <w:r w:rsidRPr="002F751A">
        <w:rPr>
          <w:b w:val="0"/>
          <w:color w:val="000000" w:themeColor="text1"/>
          <w:szCs w:val="26"/>
          <w:rtl/>
        </w:rPr>
        <w:t>اهم</w:t>
      </w:r>
      <w:r w:rsidRPr="002F751A">
        <w:rPr>
          <w:rFonts w:hint="cs"/>
          <w:b w:val="0"/>
          <w:color w:val="000000" w:themeColor="text1"/>
          <w:szCs w:val="26"/>
          <w:rtl/>
        </w:rPr>
        <w:t>یت</w:t>
      </w:r>
      <w:r w:rsidRPr="002F751A">
        <w:rPr>
          <w:b w:val="0"/>
          <w:color w:val="000000" w:themeColor="text1"/>
          <w:szCs w:val="26"/>
          <w:rtl/>
        </w:rPr>
        <w:t xml:space="preserve"> دارد. کشف حق</w:t>
      </w:r>
      <w:r w:rsidRPr="002F751A">
        <w:rPr>
          <w:rFonts w:hint="cs"/>
          <w:b w:val="0"/>
          <w:color w:val="000000" w:themeColor="text1"/>
          <w:szCs w:val="26"/>
          <w:rtl/>
        </w:rPr>
        <w:t>یقت</w:t>
      </w:r>
      <w:r w:rsidRPr="002F751A">
        <w:rPr>
          <w:b w:val="0"/>
          <w:color w:val="000000" w:themeColor="text1"/>
          <w:szCs w:val="26"/>
          <w:rtl/>
        </w:rPr>
        <w:t xml:space="preserve"> تنها با افزا</w:t>
      </w:r>
      <w:r w:rsidRPr="002F751A">
        <w:rPr>
          <w:rFonts w:hint="cs"/>
          <w:b w:val="0"/>
          <w:color w:val="000000" w:themeColor="text1"/>
          <w:szCs w:val="26"/>
          <w:rtl/>
        </w:rPr>
        <w:t>یش</w:t>
      </w:r>
      <w:r w:rsidRPr="002F751A">
        <w:rPr>
          <w:b w:val="0"/>
          <w:color w:val="000000" w:themeColor="text1"/>
          <w:szCs w:val="26"/>
          <w:rtl/>
        </w:rPr>
        <w:t xml:space="preserve"> تعداد استعلام‌ها محقق نم</w:t>
      </w:r>
      <w:r w:rsidRPr="002F751A">
        <w:rPr>
          <w:rFonts w:hint="cs"/>
          <w:b w:val="0"/>
          <w:color w:val="000000" w:themeColor="text1"/>
          <w:szCs w:val="26"/>
          <w:rtl/>
        </w:rPr>
        <w:t>ی‌شود؛</w:t>
      </w:r>
      <w:r w:rsidRPr="002F751A">
        <w:rPr>
          <w:b w:val="0"/>
          <w:color w:val="000000" w:themeColor="text1"/>
          <w:szCs w:val="26"/>
          <w:rtl/>
        </w:rPr>
        <w:t xml:space="preserve"> گاه</w:t>
      </w:r>
      <w:r w:rsidRPr="002F751A">
        <w:rPr>
          <w:rFonts w:hint="cs"/>
          <w:b w:val="0"/>
          <w:color w:val="000000" w:themeColor="text1"/>
          <w:szCs w:val="26"/>
          <w:rtl/>
        </w:rPr>
        <w:t>ی</w:t>
      </w:r>
      <w:r w:rsidRPr="002F751A">
        <w:rPr>
          <w:b w:val="0"/>
          <w:color w:val="000000" w:themeColor="text1"/>
          <w:szCs w:val="26"/>
          <w:rtl/>
        </w:rPr>
        <w:t xml:space="preserve"> مد</w:t>
      </w:r>
      <w:r w:rsidRPr="002F751A">
        <w:rPr>
          <w:rFonts w:hint="cs"/>
          <w:b w:val="0"/>
          <w:color w:val="000000" w:themeColor="text1"/>
          <w:szCs w:val="26"/>
          <w:rtl/>
        </w:rPr>
        <w:t>یریت</w:t>
      </w:r>
      <w:r w:rsidRPr="002F751A">
        <w:rPr>
          <w:b w:val="0"/>
          <w:color w:val="000000" w:themeColor="text1"/>
          <w:szCs w:val="26"/>
          <w:rtl/>
        </w:rPr>
        <w:t xml:space="preserve"> درست مسئله و تفک</w:t>
      </w:r>
      <w:r w:rsidRPr="002F751A">
        <w:rPr>
          <w:rFonts w:hint="cs"/>
          <w:b w:val="0"/>
          <w:color w:val="000000" w:themeColor="text1"/>
          <w:szCs w:val="26"/>
          <w:rtl/>
        </w:rPr>
        <w:t>یک</w:t>
      </w:r>
      <w:r w:rsidRPr="002F751A">
        <w:rPr>
          <w:b w:val="0"/>
          <w:color w:val="000000" w:themeColor="text1"/>
          <w:szCs w:val="26"/>
          <w:rtl/>
        </w:rPr>
        <w:t xml:space="preserve"> </w:t>
      </w:r>
      <w:r w:rsidRPr="002F751A">
        <w:rPr>
          <w:rFonts w:hint="cs"/>
          <w:b w:val="0"/>
          <w:color w:val="000000" w:themeColor="text1"/>
          <w:szCs w:val="26"/>
          <w:rtl/>
        </w:rPr>
        <w:t>ادعاهای</w:t>
      </w:r>
      <w:r w:rsidRPr="002F751A">
        <w:rPr>
          <w:b w:val="0"/>
          <w:color w:val="000000" w:themeColor="text1"/>
          <w:szCs w:val="26"/>
          <w:rtl/>
        </w:rPr>
        <w:t xml:space="preserve"> اصل</w:t>
      </w:r>
      <w:r w:rsidRPr="002F751A">
        <w:rPr>
          <w:rFonts w:hint="cs"/>
          <w:b w:val="0"/>
          <w:color w:val="000000" w:themeColor="text1"/>
          <w:szCs w:val="26"/>
          <w:rtl/>
        </w:rPr>
        <w:t>ی</w:t>
      </w:r>
      <w:r w:rsidRPr="002F751A">
        <w:rPr>
          <w:b w:val="0"/>
          <w:color w:val="000000" w:themeColor="text1"/>
          <w:szCs w:val="26"/>
          <w:rtl/>
        </w:rPr>
        <w:t xml:space="preserve"> از حاش</w:t>
      </w:r>
      <w:r w:rsidRPr="002F751A">
        <w:rPr>
          <w:rFonts w:hint="cs"/>
          <w:b w:val="0"/>
          <w:color w:val="000000" w:themeColor="text1"/>
          <w:szCs w:val="26"/>
          <w:rtl/>
        </w:rPr>
        <w:t>یه‌ها</w:t>
      </w:r>
      <w:r w:rsidRPr="002F751A">
        <w:rPr>
          <w:b w:val="0"/>
          <w:color w:val="000000" w:themeColor="text1"/>
          <w:szCs w:val="26"/>
          <w:rtl/>
        </w:rPr>
        <w:t xml:space="preserve"> مهم‌تر است</w:t>
      </w:r>
      <w:r w:rsidRPr="002F751A">
        <w:rPr>
          <w:b w:val="0"/>
          <w:color w:val="000000" w:themeColor="text1"/>
          <w:szCs w:val="26"/>
        </w:rPr>
        <w:t>.</w:t>
      </w:r>
    </w:p>
    <w:p w14:paraId="318F8F0D"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در</w:t>
      </w:r>
      <w:r w:rsidRPr="002F751A">
        <w:rPr>
          <w:b w:val="0"/>
          <w:color w:val="000000" w:themeColor="text1"/>
          <w:szCs w:val="26"/>
          <w:rtl/>
        </w:rPr>
        <w:t xml:space="preserve"> سطح مد</w:t>
      </w:r>
      <w:r w:rsidRPr="002F751A">
        <w:rPr>
          <w:rFonts w:hint="cs"/>
          <w:b w:val="0"/>
          <w:color w:val="000000" w:themeColor="text1"/>
          <w:szCs w:val="26"/>
          <w:rtl/>
        </w:rPr>
        <w:t>یریتی،</w:t>
      </w:r>
      <w:r w:rsidRPr="002F751A">
        <w:rPr>
          <w:b w:val="0"/>
          <w:color w:val="000000" w:themeColor="text1"/>
          <w:szCs w:val="26"/>
          <w:rtl/>
        </w:rPr>
        <w:t xml:space="preserve"> دستورالعمل کاهش اطاله دادرس</w:t>
      </w:r>
      <w:r w:rsidRPr="002F751A">
        <w:rPr>
          <w:rFonts w:hint="cs"/>
          <w:b w:val="0"/>
          <w:color w:val="000000" w:themeColor="text1"/>
          <w:szCs w:val="26"/>
          <w:rtl/>
        </w:rPr>
        <w:t>ی</w:t>
      </w:r>
      <w:r w:rsidRPr="002F751A">
        <w:rPr>
          <w:b w:val="0"/>
          <w:color w:val="000000" w:themeColor="text1"/>
          <w:szCs w:val="26"/>
          <w:rtl/>
        </w:rPr>
        <w:t xml:space="preserve"> </w:t>
      </w:r>
      <w:r w:rsidRPr="002F751A">
        <w:rPr>
          <w:b w:val="0"/>
          <w:color w:val="000000" w:themeColor="text1"/>
          <w:szCs w:val="26"/>
          <w:rtl/>
          <w:lang w:bidi="fa-IR"/>
        </w:rPr>
        <w:t>۱۴۰۴</w:t>
      </w:r>
      <w:r w:rsidRPr="002F751A">
        <w:rPr>
          <w:b w:val="0"/>
          <w:color w:val="000000" w:themeColor="text1"/>
          <w:szCs w:val="26"/>
          <w:rtl/>
        </w:rPr>
        <w:t xml:space="preserve"> فرصت مناسب</w:t>
      </w:r>
      <w:r w:rsidRPr="002F751A">
        <w:rPr>
          <w:rFonts w:hint="cs"/>
          <w:b w:val="0"/>
          <w:color w:val="000000" w:themeColor="text1"/>
          <w:szCs w:val="26"/>
          <w:rtl/>
        </w:rPr>
        <w:t>ی</w:t>
      </w:r>
      <w:r w:rsidRPr="002F751A">
        <w:rPr>
          <w:b w:val="0"/>
          <w:color w:val="000000" w:themeColor="text1"/>
          <w:szCs w:val="26"/>
          <w:rtl/>
        </w:rPr>
        <w:t xml:space="preserve"> برا</w:t>
      </w:r>
      <w:r w:rsidRPr="002F751A">
        <w:rPr>
          <w:rFonts w:hint="cs"/>
          <w:b w:val="0"/>
          <w:color w:val="000000" w:themeColor="text1"/>
          <w:szCs w:val="26"/>
          <w:rtl/>
        </w:rPr>
        <w:t>ی</w:t>
      </w:r>
      <w:r w:rsidRPr="002F751A">
        <w:rPr>
          <w:b w:val="0"/>
          <w:color w:val="000000" w:themeColor="text1"/>
          <w:szCs w:val="26"/>
          <w:rtl/>
        </w:rPr>
        <w:t xml:space="preserve"> افزودن شاخص «پرونده‌ها</w:t>
      </w:r>
      <w:r w:rsidRPr="002F751A">
        <w:rPr>
          <w:rFonts w:hint="cs"/>
          <w:b w:val="0"/>
          <w:color w:val="000000" w:themeColor="text1"/>
          <w:szCs w:val="26"/>
          <w:rtl/>
        </w:rPr>
        <w:t>ی</w:t>
      </w:r>
      <w:r w:rsidRPr="002F751A">
        <w:rPr>
          <w:b w:val="0"/>
          <w:color w:val="000000" w:themeColor="text1"/>
          <w:szCs w:val="26"/>
          <w:rtl/>
        </w:rPr>
        <w:t xml:space="preserve"> مرتبط و تکرار</w:t>
      </w:r>
      <w:r w:rsidRPr="002F751A">
        <w:rPr>
          <w:rFonts w:hint="cs"/>
          <w:b w:val="0"/>
          <w:color w:val="000000" w:themeColor="text1"/>
          <w:szCs w:val="26"/>
          <w:rtl/>
        </w:rPr>
        <w:t>ی</w:t>
      </w:r>
      <w:r w:rsidRPr="002F751A">
        <w:rPr>
          <w:rFonts w:hint="eastAsia"/>
          <w:b w:val="0"/>
          <w:color w:val="000000" w:themeColor="text1"/>
          <w:szCs w:val="26"/>
          <w:rtl/>
        </w:rPr>
        <w:t>»</w:t>
      </w:r>
      <w:r w:rsidRPr="002F751A">
        <w:rPr>
          <w:b w:val="0"/>
          <w:color w:val="000000" w:themeColor="text1"/>
          <w:szCs w:val="26"/>
          <w:rtl/>
        </w:rPr>
        <w:t xml:space="preserve"> به ابزارها</w:t>
      </w:r>
      <w:r w:rsidRPr="002F751A">
        <w:rPr>
          <w:rFonts w:hint="cs"/>
          <w:b w:val="0"/>
          <w:color w:val="000000" w:themeColor="text1"/>
          <w:szCs w:val="26"/>
          <w:rtl/>
        </w:rPr>
        <w:t>ی</w:t>
      </w:r>
      <w:r w:rsidRPr="002F751A">
        <w:rPr>
          <w:b w:val="0"/>
          <w:color w:val="000000" w:themeColor="text1"/>
          <w:szCs w:val="26"/>
          <w:rtl/>
        </w:rPr>
        <w:t xml:space="preserve"> پا</w:t>
      </w:r>
      <w:r w:rsidRPr="002F751A">
        <w:rPr>
          <w:rFonts w:hint="cs"/>
          <w:b w:val="0"/>
          <w:color w:val="000000" w:themeColor="text1"/>
          <w:szCs w:val="26"/>
          <w:rtl/>
        </w:rPr>
        <w:t>یش</w:t>
      </w:r>
      <w:r w:rsidRPr="002F751A">
        <w:rPr>
          <w:b w:val="0"/>
          <w:color w:val="000000" w:themeColor="text1"/>
          <w:szCs w:val="26"/>
          <w:rtl/>
        </w:rPr>
        <w:t xml:space="preserve"> است. هدف نبا</w:t>
      </w:r>
      <w:r w:rsidRPr="002F751A">
        <w:rPr>
          <w:rFonts w:hint="cs"/>
          <w:b w:val="0"/>
          <w:color w:val="000000" w:themeColor="text1"/>
          <w:szCs w:val="26"/>
          <w:rtl/>
        </w:rPr>
        <w:t>ید</w:t>
      </w:r>
      <w:r w:rsidRPr="002F751A">
        <w:rPr>
          <w:b w:val="0"/>
          <w:color w:val="000000" w:themeColor="text1"/>
          <w:szCs w:val="26"/>
          <w:rtl/>
        </w:rPr>
        <w:t xml:space="preserve"> کاهش آمار</w:t>
      </w:r>
      <w:r w:rsidRPr="002F751A">
        <w:rPr>
          <w:rFonts w:hint="cs"/>
          <w:b w:val="0"/>
          <w:color w:val="000000" w:themeColor="text1"/>
          <w:szCs w:val="26"/>
          <w:rtl/>
        </w:rPr>
        <w:t>ی</w:t>
      </w:r>
      <w:r w:rsidRPr="002F751A">
        <w:rPr>
          <w:b w:val="0"/>
          <w:color w:val="000000" w:themeColor="text1"/>
          <w:szCs w:val="26"/>
          <w:rtl/>
        </w:rPr>
        <w:t xml:space="preserve"> پرونده به هر ق</w:t>
      </w:r>
      <w:r w:rsidRPr="002F751A">
        <w:rPr>
          <w:rFonts w:hint="cs"/>
          <w:b w:val="0"/>
          <w:color w:val="000000" w:themeColor="text1"/>
          <w:szCs w:val="26"/>
          <w:rtl/>
        </w:rPr>
        <w:t>یمت</w:t>
      </w:r>
      <w:r w:rsidRPr="002F751A">
        <w:rPr>
          <w:b w:val="0"/>
          <w:color w:val="000000" w:themeColor="text1"/>
          <w:szCs w:val="26"/>
          <w:rtl/>
        </w:rPr>
        <w:t xml:space="preserve"> باشد؛ بلکه کاهش رس</w:t>
      </w:r>
      <w:r w:rsidRPr="002F751A">
        <w:rPr>
          <w:rFonts w:hint="cs"/>
          <w:b w:val="0"/>
          <w:color w:val="000000" w:themeColor="text1"/>
          <w:szCs w:val="26"/>
          <w:rtl/>
        </w:rPr>
        <w:t>یدگی‌های</w:t>
      </w:r>
      <w:r w:rsidRPr="002F751A">
        <w:rPr>
          <w:b w:val="0"/>
          <w:color w:val="000000" w:themeColor="text1"/>
          <w:szCs w:val="26"/>
          <w:rtl/>
        </w:rPr>
        <w:t xml:space="preserve"> زائد همراه با حفظ ک</w:t>
      </w:r>
      <w:r w:rsidRPr="002F751A">
        <w:rPr>
          <w:rFonts w:hint="cs"/>
          <w:b w:val="0"/>
          <w:color w:val="000000" w:themeColor="text1"/>
          <w:szCs w:val="26"/>
          <w:rtl/>
        </w:rPr>
        <w:t>یفیت</w:t>
      </w:r>
      <w:r w:rsidRPr="002F751A">
        <w:rPr>
          <w:b w:val="0"/>
          <w:color w:val="000000" w:themeColor="text1"/>
          <w:szCs w:val="26"/>
          <w:rtl/>
        </w:rPr>
        <w:t xml:space="preserve"> و حقوق </w:t>
      </w:r>
      <w:r w:rsidRPr="002F751A">
        <w:rPr>
          <w:b w:val="0"/>
          <w:color w:val="000000" w:themeColor="text1"/>
          <w:szCs w:val="26"/>
          <w:rtl/>
        </w:rPr>
        <w:lastRenderedPageBreak/>
        <w:t>طرف</w:t>
      </w:r>
      <w:r w:rsidRPr="002F751A">
        <w:rPr>
          <w:rFonts w:hint="cs"/>
          <w:b w:val="0"/>
          <w:color w:val="000000" w:themeColor="text1"/>
          <w:szCs w:val="26"/>
          <w:rtl/>
        </w:rPr>
        <w:t>ین</w:t>
      </w:r>
      <w:r w:rsidRPr="002F751A">
        <w:rPr>
          <w:b w:val="0"/>
          <w:color w:val="000000" w:themeColor="text1"/>
          <w:szCs w:val="26"/>
          <w:rtl/>
        </w:rPr>
        <w:t xml:space="preserve"> است. پژوهش‌ها</w:t>
      </w:r>
      <w:r w:rsidRPr="002F751A">
        <w:rPr>
          <w:rFonts w:hint="cs"/>
          <w:b w:val="0"/>
          <w:color w:val="000000" w:themeColor="text1"/>
          <w:szCs w:val="26"/>
          <w:rtl/>
        </w:rPr>
        <w:t>ی</w:t>
      </w:r>
      <w:r w:rsidRPr="002F751A">
        <w:rPr>
          <w:b w:val="0"/>
          <w:color w:val="000000" w:themeColor="text1"/>
          <w:szCs w:val="26"/>
          <w:rtl/>
        </w:rPr>
        <w:t xml:space="preserve"> جد</w:t>
      </w:r>
      <w:r w:rsidRPr="002F751A">
        <w:rPr>
          <w:rFonts w:hint="cs"/>
          <w:b w:val="0"/>
          <w:color w:val="000000" w:themeColor="text1"/>
          <w:szCs w:val="26"/>
          <w:rtl/>
        </w:rPr>
        <w:t>ید</w:t>
      </w:r>
      <w:r w:rsidRPr="002F751A">
        <w:rPr>
          <w:b w:val="0"/>
          <w:color w:val="000000" w:themeColor="text1"/>
          <w:szCs w:val="26"/>
          <w:rtl/>
        </w:rPr>
        <w:t xml:space="preserve"> مد</w:t>
      </w:r>
      <w:r w:rsidRPr="002F751A">
        <w:rPr>
          <w:rFonts w:hint="cs"/>
          <w:b w:val="0"/>
          <w:color w:val="000000" w:themeColor="text1"/>
          <w:szCs w:val="26"/>
          <w:rtl/>
        </w:rPr>
        <w:t>یریت</w:t>
      </w:r>
      <w:r w:rsidRPr="002F751A">
        <w:rPr>
          <w:b w:val="0"/>
          <w:color w:val="000000" w:themeColor="text1"/>
          <w:szCs w:val="26"/>
          <w:rtl/>
        </w:rPr>
        <w:t xml:space="preserve"> قضا</w:t>
      </w:r>
      <w:r w:rsidRPr="002F751A">
        <w:rPr>
          <w:rFonts w:hint="cs"/>
          <w:b w:val="0"/>
          <w:color w:val="000000" w:themeColor="text1"/>
          <w:szCs w:val="26"/>
          <w:rtl/>
        </w:rPr>
        <w:t>یی</w:t>
      </w:r>
      <w:r w:rsidRPr="002F751A">
        <w:rPr>
          <w:b w:val="0"/>
          <w:color w:val="000000" w:themeColor="text1"/>
          <w:szCs w:val="26"/>
          <w:rtl/>
        </w:rPr>
        <w:t xml:space="preserve"> ن</w:t>
      </w:r>
      <w:r w:rsidRPr="002F751A">
        <w:rPr>
          <w:rFonts w:hint="cs"/>
          <w:b w:val="0"/>
          <w:color w:val="000000" w:themeColor="text1"/>
          <w:szCs w:val="26"/>
          <w:rtl/>
        </w:rPr>
        <w:t>یز</w:t>
      </w:r>
      <w:r w:rsidRPr="002F751A">
        <w:rPr>
          <w:b w:val="0"/>
          <w:color w:val="000000" w:themeColor="text1"/>
          <w:szCs w:val="26"/>
          <w:rtl/>
        </w:rPr>
        <w:t xml:space="preserve"> بر نقش </w:t>
      </w:r>
      <w:r w:rsidRPr="002F751A">
        <w:rPr>
          <w:rFonts w:hint="cs"/>
          <w:b w:val="0"/>
          <w:color w:val="000000" w:themeColor="text1"/>
          <w:szCs w:val="26"/>
          <w:rtl/>
        </w:rPr>
        <w:t>یکپارچگی</w:t>
      </w:r>
      <w:r w:rsidRPr="002F751A">
        <w:rPr>
          <w:b w:val="0"/>
          <w:color w:val="000000" w:themeColor="text1"/>
          <w:szCs w:val="26"/>
          <w:rtl/>
        </w:rPr>
        <w:t xml:space="preserve"> و خودکارساز</w:t>
      </w:r>
      <w:r w:rsidRPr="002F751A">
        <w:rPr>
          <w:rFonts w:hint="cs"/>
          <w:b w:val="0"/>
          <w:color w:val="000000" w:themeColor="text1"/>
          <w:szCs w:val="26"/>
          <w:rtl/>
        </w:rPr>
        <w:t>ی</w:t>
      </w:r>
      <w:r w:rsidRPr="002F751A">
        <w:rPr>
          <w:b w:val="0"/>
          <w:color w:val="000000" w:themeColor="text1"/>
          <w:szCs w:val="26"/>
          <w:rtl/>
        </w:rPr>
        <w:t xml:space="preserve"> فرا</w:t>
      </w:r>
      <w:r w:rsidRPr="002F751A">
        <w:rPr>
          <w:rFonts w:hint="cs"/>
          <w:b w:val="0"/>
          <w:color w:val="000000" w:themeColor="text1"/>
          <w:szCs w:val="26"/>
          <w:rtl/>
        </w:rPr>
        <w:t>یندها</w:t>
      </w:r>
      <w:r w:rsidRPr="002F751A">
        <w:rPr>
          <w:b w:val="0"/>
          <w:color w:val="000000" w:themeColor="text1"/>
          <w:szCs w:val="26"/>
          <w:rtl/>
        </w:rPr>
        <w:t xml:space="preserve"> در کاهش اطاله تأک</w:t>
      </w:r>
      <w:r w:rsidRPr="002F751A">
        <w:rPr>
          <w:rFonts w:hint="cs"/>
          <w:b w:val="0"/>
          <w:color w:val="000000" w:themeColor="text1"/>
          <w:szCs w:val="26"/>
          <w:rtl/>
        </w:rPr>
        <w:t>ید</w:t>
      </w:r>
      <w:r w:rsidRPr="002F751A">
        <w:rPr>
          <w:b w:val="0"/>
          <w:color w:val="000000" w:themeColor="text1"/>
          <w:szCs w:val="26"/>
          <w:rtl/>
        </w:rPr>
        <w:t xml:space="preserve"> دارند (معتمد</w:t>
      </w:r>
      <w:r w:rsidRPr="002F751A">
        <w:rPr>
          <w:rFonts w:hint="cs"/>
          <w:b w:val="0"/>
          <w:color w:val="000000" w:themeColor="text1"/>
          <w:szCs w:val="26"/>
          <w:rtl/>
        </w:rPr>
        <w:t>ی‌زاده</w:t>
      </w:r>
      <w:r w:rsidRPr="002F751A">
        <w:rPr>
          <w:b w:val="0"/>
          <w:color w:val="000000" w:themeColor="text1"/>
          <w:szCs w:val="26"/>
          <w:rtl/>
        </w:rPr>
        <w:t xml:space="preserve"> و همکاران، </w:t>
      </w:r>
      <w:r w:rsidRPr="002F751A">
        <w:rPr>
          <w:b w:val="0"/>
          <w:color w:val="000000" w:themeColor="text1"/>
          <w:szCs w:val="26"/>
          <w:rtl/>
          <w:lang w:bidi="fa-IR"/>
        </w:rPr>
        <w:t>۱۴۰۲: ۲۲۳)</w:t>
      </w:r>
      <w:r w:rsidRPr="002F751A">
        <w:rPr>
          <w:b w:val="0"/>
          <w:color w:val="000000" w:themeColor="text1"/>
          <w:szCs w:val="26"/>
          <w:lang w:bidi="fa-IR"/>
        </w:rPr>
        <w:t>.</w:t>
      </w:r>
    </w:p>
    <w:p w14:paraId="6B6FC328" w14:textId="77777777" w:rsidR="002F751A" w:rsidRPr="00610789" w:rsidRDefault="002F751A" w:rsidP="002F751A">
      <w:pPr>
        <w:pStyle w:val="SubFA"/>
        <w:keepNext/>
        <w:bidi/>
        <w:rPr>
          <w:bCs/>
          <w:color w:val="000000" w:themeColor="text1"/>
          <w:szCs w:val="26"/>
          <w:rtl/>
        </w:rPr>
      </w:pPr>
      <w:r w:rsidRPr="00610789">
        <w:rPr>
          <w:rFonts w:hint="cs"/>
          <w:bCs/>
          <w:color w:val="000000" w:themeColor="text1"/>
          <w:szCs w:val="26"/>
          <w:rtl/>
        </w:rPr>
        <w:t>نتیجه‌گیری</w:t>
      </w:r>
    </w:p>
    <w:p w14:paraId="399EC2C7"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پدیده</w:t>
      </w:r>
      <w:r w:rsidRPr="002F751A">
        <w:rPr>
          <w:b w:val="0"/>
          <w:color w:val="000000" w:themeColor="text1"/>
          <w:szCs w:val="26"/>
          <w:rtl/>
        </w:rPr>
        <w:t xml:space="preserve"> موسوم به «شاک</w:t>
      </w:r>
      <w:r w:rsidRPr="002F751A">
        <w:rPr>
          <w:rFonts w:hint="cs"/>
          <w:b w:val="0"/>
          <w:color w:val="000000" w:themeColor="text1"/>
          <w:szCs w:val="26"/>
          <w:rtl/>
        </w:rPr>
        <w:t>یان</w:t>
      </w:r>
      <w:r w:rsidRPr="002F751A">
        <w:rPr>
          <w:b w:val="0"/>
          <w:color w:val="000000" w:themeColor="text1"/>
          <w:szCs w:val="26"/>
          <w:rtl/>
        </w:rPr>
        <w:t xml:space="preserve"> حرفه‌ا</w:t>
      </w:r>
      <w:r w:rsidRPr="002F751A">
        <w:rPr>
          <w:rFonts w:hint="cs"/>
          <w:b w:val="0"/>
          <w:color w:val="000000" w:themeColor="text1"/>
          <w:szCs w:val="26"/>
          <w:rtl/>
        </w:rPr>
        <w:t>ی</w:t>
      </w:r>
      <w:r w:rsidRPr="002F751A">
        <w:rPr>
          <w:rFonts w:hint="eastAsia"/>
          <w:b w:val="0"/>
          <w:color w:val="000000" w:themeColor="text1"/>
          <w:szCs w:val="26"/>
          <w:rtl/>
        </w:rPr>
        <w:t>»</w:t>
      </w:r>
      <w:r w:rsidRPr="002F751A">
        <w:rPr>
          <w:b w:val="0"/>
          <w:color w:val="000000" w:themeColor="text1"/>
          <w:szCs w:val="26"/>
          <w:rtl/>
        </w:rPr>
        <w:t xml:space="preserve"> زمان</w:t>
      </w:r>
      <w:r w:rsidRPr="002F751A">
        <w:rPr>
          <w:rFonts w:hint="cs"/>
          <w:b w:val="0"/>
          <w:color w:val="000000" w:themeColor="text1"/>
          <w:szCs w:val="26"/>
          <w:rtl/>
        </w:rPr>
        <w:t>ی</w:t>
      </w:r>
      <w:r w:rsidRPr="002F751A">
        <w:rPr>
          <w:b w:val="0"/>
          <w:color w:val="000000" w:themeColor="text1"/>
          <w:szCs w:val="26"/>
          <w:rtl/>
        </w:rPr>
        <w:t xml:space="preserve"> از نظر حقوق</w:t>
      </w:r>
      <w:r w:rsidRPr="002F751A">
        <w:rPr>
          <w:rFonts w:hint="cs"/>
          <w:b w:val="0"/>
          <w:color w:val="000000" w:themeColor="text1"/>
          <w:szCs w:val="26"/>
          <w:rtl/>
        </w:rPr>
        <w:t>ی</w:t>
      </w:r>
      <w:r w:rsidRPr="002F751A">
        <w:rPr>
          <w:b w:val="0"/>
          <w:color w:val="000000" w:themeColor="text1"/>
          <w:szCs w:val="26"/>
          <w:rtl/>
        </w:rPr>
        <w:t xml:space="preserve"> قابل مطالعه دق</w:t>
      </w:r>
      <w:r w:rsidRPr="002F751A">
        <w:rPr>
          <w:rFonts w:hint="cs"/>
          <w:b w:val="0"/>
          <w:color w:val="000000" w:themeColor="text1"/>
          <w:szCs w:val="26"/>
          <w:rtl/>
        </w:rPr>
        <w:t>یق</w:t>
      </w:r>
      <w:r w:rsidRPr="002F751A">
        <w:rPr>
          <w:b w:val="0"/>
          <w:color w:val="000000" w:themeColor="text1"/>
          <w:szCs w:val="26"/>
          <w:rtl/>
        </w:rPr>
        <w:t xml:space="preserve"> است که از برچسب شخص</w:t>
      </w:r>
      <w:r w:rsidRPr="002F751A">
        <w:rPr>
          <w:rFonts w:hint="cs"/>
          <w:b w:val="0"/>
          <w:color w:val="000000" w:themeColor="text1"/>
          <w:szCs w:val="26"/>
          <w:rtl/>
        </w:rPr>
        <w:t>ی</w:t>
      </w:r>
      <w:r w:rsidRPr="002F751A">
        <w:rPr>
          <w:b w:val="0"/>
          <w:color w:val="000000" w:themeColor="text1"/>
          <w:szCs w:val="26"/>
          <w:rtl/>
        </w:rPr>
        <w:t xml:space="preserve"> فاصله بگ</w:t>
      </w:r>
      <w:r w:rsidRPr="002F751A">
        <w:rPr>
          <w:rFonts w:hint="cs"/>
          <w:b w:val="0"/>
          <w:color w:val="000000" w:themeColor="text1"/>
          <w:szCs w:val="26"/>
          <w:rtl/>
        </w:rPr>
        <w:t>یریم</w:t>
      </w:r>
      <w:r w:rsidRPr="002F751A">
        <w:rPr>
          <w:b w:val="0"/>
          <w:color w:val="000000" w:themeColor="text1"/>
          <w:szCs w:val="26"/>
          <w:rtl/>
        </w:rPr>
        <w:t xml:space="preserve"> و بر رفتار تمرکز کن</w:t>
      </w:r>
      <w:r w:rsidRPr="002F751A">
        <w:rPr>
          <w:rFonts w:hint="cs"/>
          <w:b w:val="0"/>
          <w:color w:val="000000" w:themeColor="text1"/>
          <w:szCs w:val="26"/>
          <w:rtl/>
        </w:rPr>
        <w:t>یم</w:t>
      </w:r>
      <w:r w:rsidRPr="002F751A">
        <w:rPr>
          <w:b w:val="0"/>
          <w:color w:val="000000" w:themeColor="text1"/>
          <w:szCs w:val="26"/>
          <w:rtl/>
        </w:rPr>
        <w:t>. شاک</w:t>
      </w:r>
      <w:r w:rsidRPr="002F751A">
        <w:rPr>
          <w:rFonts w:hint="cs"/>
          <w:b w:val="0"/>
          <w:color w:val="000000" w:themeColor="text1"/>
          <w:szCs w:val="26"/>
          <w:rtl/>
        </w:rPr>
        <w:t>ی</w:t>
      </w:r>
      <w:r w:rsidRPr="002F751A">
        <w:rPr>
          <w:b w:val="0"/>
          <w:color w:val="000000" w:themeColor="text1"/>
          <w:szCs w:val="26"/>
          <w:rtl/>
        </w:rPr>
        <w:t xml:space="preserve"> حرفه‌ا</w:t>
      </w:r>
      <w:r w:rsidRPr="002F751A">
        <w:rPr>
          <w:rFonts w:hint="cs"/>
          <w:b w:val="0"/>
          <w:color w:val="000000" w:themeColor="text1"/>
          <w:szCs w:val="26"/>
          <w:rtl/>
        </w:rPr>
        <w:t>ی</w:t>
      </w:r>
      <w:r w:rsidRPr="002F751A">
        <w:rPr>
          <w:b w:val="0"/>
          <w:color w:val="000000" w:themeColor="text1"/>
          <w:szCs w:val="26"/>
          <w:rtl/>
        </w:rPr>
        <w:t xml:space="preserve"> عنوان مجرمانه ن</w:t>
      </w:r>
      <w:r w:rsidRPr="002F751A">
        <w:rPr>
          <w:rFonts w:hint="cs"/>
          <w:b w:val="0"/>
          <w:color w:val="000000" w:themeColor="text1"/>
          <w:szCs w:val="26"/>
          <w:rtl/>
        </w:rPr>
        <w:t>یست</w:t>
      </w:r>
      <w:r w:rsidRPr="002F751A">
        <w:rPr>
          <w:b w:val="0"/>
          <w:color w:val="000000" w:themeColor="text1"/>
          <w:szCs w:val="26"/>
          <w:rtl/>
        </w:rPr>
        <w:t xml:space="preserve"> و تعداد پرونده، تجربه مراجعه به دادگاه، منع تعق</w:t>
      </w:r>
      <w:r w:rsidRPr="002F751A">
        <w:rPr>
          <w:rFonts w:hint="cs"/>
          <w:b w:val="0"/>
          <w:color w:val="000000" w:themeColor="text1"/>
          <w:szCs w:val="26"/>
          <w:rtl/>
        </w:rPr>
        <w:t>یب</w:t>
      </w:r>
      <w:r w:rsidRPr="002F751A">
        <w:rPr>
          <w:b w:val="0"/>
          <w:color w:val="000000" w:themeColor="text1"/>
          <w:szCs w:val="26"/>
          <w:rtl/>
        </w:rPr>
        <w:t xml:space="preserve"> </w:t>
      </w:r>
      <w:r w:rsidRPr="002F751A">
        <w:rPr>
          <w:rFonts w:hint="cs"/>
          <w:b w:val="0"/>
          <w:color w:val="000000" w:themeColor="text1"/>
          <w:szCs w:val="26"/>
          <w:rtl/>
        </w:rPr>
        <w:t>یا</w:t>
      </w:r>
      <w:r w:rsidRPr="002F751A">
        <w:rPr>
          <w:b w:val="0"/>
          <w:color w:val="000000" w:themeColor="text1"/>
          <w:szCs w:val="26"/>
          <w:rtl/>
        </w:rPr>
        <w:t xml:space="preserve"> برائت متهم، ه</w:t>
      </w:r>
      <w:r w:rsidRPr="002F751A">
        <w:rPr>
          <w:rFonts w:hint="cs"/>
          <w:b w:val="0"/>
          <w:color w:val="000000" w:themeColor="text1"/>
          <w:szCs w:val="26"/>
          <w:rtl/>
        </w:rPr>
        <w:t>یچ‌یک</w:t>
      </w:r>
      <w:r w:rsidRPr="002F751A">
        <w:rPr>
          <w:b w:val="0"/>
          <w:color w:val="000000" w:themeColor="text1"/>
          <w:szCs w:val="26"/>
          <w:rtl/>
        </w:rPr>
        <w:t xml:space="preserve"> به تنها</w:t>
      </w:r>
      <w:r w:rsidRPr="002F751A">
        <w:rPr>
          <w:rFonts w:hint="cs"/>
          <w:b w:val="0"/>
          <w:color w:val="000000" w:themeColor="text1"/>
          <w:szCs w:val="26"/>
          <w:rtl/>
        </w:rPr>
        <w:t>یی</w:t>
      </w:r>
      <w:r w:rsidRPr="002F751A">
        <w:rPr>
          <w:b w:val="0"/>
          <w:color w:val="000000" w:themeColor="text1"/>
          <w:szCs w:val="26"/>
          <w:rtl/>
        </w:rPr>
        <w:t xml:space="preserve"> سوءاستفاده را اثب</w:t>
      </w:r>
      <w:r w:rsidRPr="002F751A">
        <w:rPr>
          <w:rFonts w:hint="cs"/>
          <w:b w:val="0"/>
          <w:color w:val="000000" w:themeColor="text1"/>
          <w:szCs w:val="26"/>
          <w:rtl/>
        </w:rPr>
        <w:t>ات</w:t>
      </w:r>
      <w:r w:rsidRPr="002F751A">
        <w:rPr>
          <w:b w:val="0"/>
          <w:color w:val="000000" w:themeColor="text1"/>
          <w:szCs w:val="26"/>
          <w:rtl/>
        </w:rPr>
        <w:t xml:space="preserve"> نم</w:t>
      </w:r>
      <w:r w:rsidRPr="002F751A">
        <w:rPr>
          <w:rFonts w:hint="cs"/>
          <w:b w:val="0"/>
          <w:color w:val="000000" w:themeColor="text1"/>
          <w:szCs w:val="26"/>
          <w:rtl/>
        </w:rPr>
        <w:t>ی‌کند</w:t>
      </w:r>
      <w:r w:rsidRPr="002F751A">
        <w:rPr>
          <w:b w:val="0"/>
          <w:color w:val="000000" w:themeColor="text1"/>
          <w:szCs w:val="26"/>
          <w:rtl/>
        </w:rPr>
        <w:t>. هسته مسئله، استفاده آگاهانه از حق شکا</w:t>
      </w:r>
      <w:r w:rsidRPr="002F751A">
        <w:rPr>
          <w:rFonts w:hint="cs"/>
          <w:b w:val="0"/>
          <w:color w:val="000000" w:themeColor="text1"/>
          <w:szCs w:val="26"/>
          <w:rtl/>
        </w:rPr>
        <w:t>یت</w:t>
      </w:r>
      <w:r w:rsidRPr="002F751A">
        <w:rPr>
          <w:b w:val="0"/>
          <w:color w:val="000000" w:themeColor="text1"/>
          <w:szCs w:val="26"/>
          <w:rtl/>
        </w:rPr>
        <w:t xml:space="preserve"> برا</w:t>
      </w:r>
      <w:r w:rsidRPr="002F751A">
        <w:rPr>
          <w:rFonts w:hint="cs"/>
          <w:b w:val="0"/>
          <w:color w:val="000000" w:themeColor="text1"/>
          <w:szCs w:val="26"/>
          <w:rtl/>
        </w:rPr>
        <w:t>ی</w:t>
      </w:r>
      <w:r w:rsidRPr="002F751A">
        <w:rPr>
          <w:b w:val="0"/>
          <w:color w:val="000000" w:themeColor="text1"/>
          <w:szCs w:val="26"/>
          <w:rtl/>
        </w:rPr>
        <w:t xml:space="preserve"> هدف</w:t>
      </w:r>
      <w:r w:rsidRPr="002F751A">
        <w:rPr>
          <w:rFonts w:hint="cs"/>
          <w:b w:val="0"/>
          <w:color w:val="000000" w:themeColor="text1"/>
          <w:szCs w:val="26"/>
          <w:rtl/>
        </w:rPr>
        <w:t>ی</w:t>
      </w:r>
      <w:r w:rsidRPr="002F751A">
        <w:rPr>
          <w:b w:val="0"/>
          <w:color w:val="000000" w:themeColor="text1"/>
          <w:szCs w:val="26"/>
          <w:rtl/>
        </w:rPr>
        <w:t xml:space="preserve"> نامشروع و به‌و</w:t>
      </w:r>
      <w:r w:rsidRPr="002F751A">
        <w:rPr>
          <w:rFonts w:hint="cs"/>
          <w:b w:val="0"/>
          <w:color w:val="000000" w:themeColor="text1"/>
          <w:szCs w:val="26"/>
          <w:rtl/>
        </w:rPr>
        <w:t>یژه</w:t>
      </w:r>
      <w:r w:rsidRPr="002F751A">
        <w:rPr>
          <w:b w:val="0"/>
          <w:color w:val="000000" w:themeColor="text1"/>
          <w:szCs w:val="26"/>
          <w:rtl/>
        </w:rPr>
        <w:t xml:space="preserve"> همراه</w:t>
      </w:r>
      <w:r w:rsidRPr="002F751A">
        <w:rPr>
          <w:rFonts w:hint="cs"/>
          <w:b w:val="0"/>
          <w:color w:val="000000" w:themeColor="text1"/>
          <w:szCs w:val="26"/>
          <w:rtl/>
        </w:rPr>
        <w:t>ی</w:t>
      </w:r>
      <w:r w:rsidRPr="002F751A">
        <w:rPr>
          <w:b w:val="0"/>
          <w:color w:val="000000" w:themeColor="text1"/>
          <w:szCs w:val="26"/>
          <w:rtl/>
        </w:rPr>
        <w:t xml:space="preserve"> آن با کذب، تحر</w:t>
      </w:r>
      <w:r w:rsidRPr="002F751A">
        <w:rPr>
          <w:rFonts w:hint="cs"/>
          <w:b w:val="0"/>
          <w:color w:val="000000" w:themeColor="text1"/>
          <w:szCs w:val="26"/>
          <w:rtl/>
        </w:rPr>
        <w:t>یف</w:t>
      </w:r>
      <w:r w:rsidRPr="002F751A">
        <w:rPr>
          <w:b w:val="0"/>
          <w:color w:val="000000" w:themeColor="text1"/>
          <w:szCs w:val="26"/>
          <w:rtl/>
        </w:rPr>
        <w:t xml:space="preserve"> دل</w:t>
      </w:r>
      <w:r w:rsidRPr="002F751A">
        <w:rPr>
          <w:rFonts w:hint="cs"/>
          <w:b w:val="0"/>
          <w:color w:val="000000" w:themeColor="text1"/>
          <w:szCs w:val="26"/>
          <w:rtl/>
        </w:rPr>
        <w:t>یل،</w:t>
      </w:r>
      <w:r w:rsidRPr="002F751A">
        <w:rPr>
          <w:b w:val="0"/>
          <w:color w:val="000000" w:themeColor="text1"/>
          <w:szCs w:val="26"/>
          <w:rtl/>
        </w:rPr>
        <w:t xml:space="preserve"> تکرار آزارگرانه </w:t>
      </w:r>
      <w:r w:rsidRPr="002F751A">
        <w:rPr>
          <w:rFonts w:hint="cs"/>
          <w:b w:val="0"/>
          <w:color w:val="000000" w:themeColor="text1"/>
          <w:szCs w:val="26"/>
          <w:rtl/>
        </w:rPr>
        <w:t>یا</w:t>
      </w:r>
      <w:r w:rsidRPr="002F751A">
        <w:rPr>
          <w:b w:val="0"/>
          <w:color w:val="000000" w:themeColor="text1"/>
          <w:szCs w:val="26"/>
          <w:rtl/>
        </w:rPr>
        <w:t xml:space="preserve"> اعمال فشار خارج از غا</w:t>
      </w:r>
      <w:r w:rsidRPr="002F751A">
        <w:rPr>
          <w:rFonts w:hint="cs"/>
          <w:b w:val="0"/>
          <w:color w:val="000000" w:themeColor="text1"/>
          <w:szCs w:val="26"/>
          <w:rtl/>
        </w:rPr>
        <w:t>یت</w:t>
      </w:r>
      <w:r w:rsidRPr="002F751A">
        <w:rPr>
          <w:b w:val="0"/>
          <w:color w:val="000000" w:themeColor="text1"/>
          <w:szCs w:val="26"/>
          <w:rtl/>
        </w:rPr>
        <w:t xml:space="preserve"> دادرس</w:t>
      </w:r>
      <w:r w:rsidRPr="002F751A">
        <w:rPr>
          <w:rFonts w:hint="cs"/>
          <w:b w:val="0"/>
          <w:color w:val="000000" w:themeColor="text1"/>
          <w:szCs w:val="26"/>
          <w:rtl/>
        </w:rPr>
        <w:t>ی</w:t>
      </w:r>
      <w:r w:rsidRPr="002F751A">
        <w:rPr>
          <w:b w:val="0"/>
          <w:color w:val="000000" w:themeColor="text1"/>
          <w:szCs w:val="26"/>
          <w:rtl/>
        </w:rPr>
        <w:t xml:space="preserve"> است</w:t>
      </w:r>
      <w:r w:rsidRPr="002F751A">
        <w:rPr>
          <w:b w:val="0"/>
          <w:color w:val="000000" w:themeColor="text1"/>
          <w:szCs w:val="26"/>
        </w:rPr>
        <w:t>.</w:t>
      </w:r>
    </w:p>
    <w:p w14:paraId="1AA31FD7"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حقوق</w:t>
      </w:r>
      <w:r w:rsidRPr="002F751A">
        <w:rPr>
          <w:b w:val="0"/>
          <w:color w:val="000000" w:themeColor="text1"/>
          <w:szCs w:val="26"/>
          <w:rtl/>
        </w:rPr>
        <w:t xml:space="preserve"> ا</w:t>
      </w:r>
      <w:r w:rsidRPr="002F751A">
        <w:rPr>
          <w:rFonts w:hint="cs"/>
          <w:b w:val="0"/>
          <w:color w:val="000000" w:themeColor="text1"/>
          <w:szCs w:val="26"/>
          <w:rtl/>
        </w:rPr>
        <w:t>یران</w:t>
      </w:r>
      <w:r w:rsidRPr="002F751A">
        <w:rPr>
          <w:b w:val="0"/>
          <w:color w:val="000000" w:themeColor="text1"/>
          <w:szCs w:val="26"/>
          <w:rtl/>
        </w:rPr>
        <w:t xml:space="preserve"> ظرف</w:t>
      </w:r>
      <w:r w:rsidRPr="002F751A">
        <w:rPr>
          <w:rFonts w:hint="cs"/>
          <w:b w:val="0"/>
          <w:color w:val="000000" w:themeColor="text1"/>
          <w:szCs w:val="26"/>
          <w:rtl/>
        </w:rPr>
        <w:t>یت‌های</w:t>
      </w:r>
      <w:r w:rsidRPr="002F751A">
        <w:rPr>
          <w:b w:val="0"/>
          <w:color w:val="000000" w:themeColor="text1"/>
          <w:szCs w:val="26"/>
          <w:rtl/>
        </w:rPr>
        <w:t xml:space="preserve"> مهم اما پراکنده‌ا</w:t>
      </w:r>
      <w:r w:rsidRPr="002F751A">
        <w:rPr>
          <w:rFonts w:hint="cs"/>
          <w:b w:val="0"/>
          <w:color w:val="000000" w:themeColor="text1"/>
          <w:szCs w:val="26"/>
          <w:rtl/>
        </w:rPr>
        <w:t>ی</w:t>
      </w:r>
      <w:r w:rsidRPr="002F751A">
        <w:rPr>
          <w:b w:val="0"/>
          <w:color w:val="000000" w:themeColor="text1"/>
          <w:szCs w:val="26"/>
          <w:rtl/>
        </w:rPr>
        <w:t xml:space="preserve"> دارد. اصل </w:t>
      </w:r>
      <w:r w:rsidRPr="002F751A">
        <w:rPr>
          <w:b w:val="0"/>
          <w:color w:val="000000" w:themeColor="text1"/>
          <w:szCs w:val="26"/>
          <w:rtl/>
          <w:lang w:bidi="fa-IR"/>
        </w:rPr>
        <w:t>۳۴</w:t>
      </w:r>
      <w:r w:rsidRPr="002F751A">
        <w:rPr>
          <w:b w:val="0"/>
          <w:color w:val="000000" w:themeColor="text1"/>
          <w:szCs w:val="26"/>
          <w:rtl/>
        </w:rPr>
        <w:t xml:space="preserve"> از دادخواه</w:t>
      </w:r>
      <w:r w:rsidRPr="002F751A">
        <w:rPr>
          <w:rFonts w:hint="cs"/>
          <w:b w:val="0"/>
          <w:color w:val="000000" w:themeColor="text1"/>
          <w:szCs w:val="26"/>
          <w:rtl/>
        </w:rPr>
        <w:t>ی</w:t>
      </w:r>
      <w:r w:rsidRPr="002F751A">
        <w:rPr>
          <w:b w:val="0"/>
          <w:color w:val="000000" w:themeColor="text1"/>
          <w:szCs w:val="26"/>
          <w:rtl/>
        </w:rPr>
        <w:t xml:space="preserve"> ص</w:t>
      </w:r>
      <w:r w:rsidRPr="002F751A">
        <w:rPr>
          <w:rFonts w:hint="cs"/>
          <w:b w:val="0"/>
          <w:color w:val="000000" w:themeColor="text1"/>
          <w:szCs w:val="26"/>
          <w:rtl/>
        </w:rPr>
        <w:t>یانت</w:t>
      </w:r>
      <w:r w:rsidRPr="002F751A">
        <w:rPr>
          <w:b w:val="0"/>
          <w:color w:val="000000" w:themeColor="text1"/>
          <w:szCs w:val="26"/>
          <w:rtl/>
        </w:rPr>
        <w:t xml:space="preserve"> م</w:t>
      </w:r>
      <w:r w:rsidRPr="002F751A">
        <w:rPr>
          <w:rFonts w:hint="cs"/>
          <w:b w:val="0"/>
          <w:color w:val="000000" w:themeColor="text1"/>
          <w:szCs w:val="26"/>
          <w:rtl/>
        </w:rPr>
        <w:t>ی‌کند</w:t>
      </w:r>
      <w:r w:rsidRPr="002F751A">
        <w:rPr>
          <w:b w:val="0"/>
          <w:color w:val="000000" w:themeColor="text1"/>
          <w:szCs w:val="26"/>
          <w:rtl/>
        </w:rPr>
        <w:t xml:space="preserve"> و اصل </w:t>
      </w:r>
      <w:r w:rsidRPr="002F751A">
        <w:rPr>
          <w:b w:val="0"/>
          <w:color w:val="000000" w:themeColor="text1"/>
          <w:szCs w:val="26"/>
          <w:rtl/>
          <w:lang w:bidi="fa-IR"/>
        </w:rPr>
        <w:t>۴۰</w:t>
      </w:r>
      <w:r w:rsidRPr="002F751A">
        <w:rPr>
          <w:b w:val="0"/>
          <w:color w:val="000000" w:themeColor="text1"/>
          <w:szCs w:val="26"/>
          <w:rtl/>
        </w:rPr>
        <w:t xml:space="preserve"> مانع تبد</w:t>
      </w:r>
      <w:r w:rsidRPr="002F751A">
        <w:rPr>
          <w:rFonts w:hint="cs"/>
          <w:b w:val="0"/>
          <w:color w:val="000000" w:themeColor="text1"/>
          <w:szCs w:val="26"/>
          <w:rtl/>
        </w:rPr>
        <w:t>یل</w:t>
      </w:r>
      <w:r w:rsidRPr="002F751A">
        <w:rPr>
          <w:b w:val="0"/>
          <w:color w:val="000000" w:themeColor="text1"/>
          <w:szCs w:val="26"/>
          <w:rtl/>
        </w:rPr>
        <w:t xml:space="preserve"> حق به وس</w:t>
      </w:r>
      <w:r w:rsidRPr="002F751A">
        <w:rPr>
          <w:rFonts w:hint="cs"/>
          <w:b w:val="0"/>
          <w:color w:val="000000" w:themeColor="text1"/>
          <w:szCs w:val="26"/>
          <w:rtl/>
        </w:rPr>
        <w:t>یله</w:t>
      </w:r>
      <w:r w:rsidRPr="002F751A">
        <w:rPr>
          <w:b w:val="0"/>
          <w:color w:val="000000" w:themeColor="text1"/>
          <w:szCs w:val="26"/>
          <w:rtl/>
        </w:rPr>
        <w:t xml:space="preserve"> اضرار است. مواد </w:t>
      </w:r>
      <w:r w:rsidRPr="002F751A">
        <w:rPr>
          <w:b w:val="0"/>
          <w:color w:val="000000" w:themeColor="text1"/>
          <w:szCs w:val="26"/>
          <w:rtl/>
          <w:lang w:bidi="fa-IR"/>
        </w:rPr>
        <w:t>۶۴</w:t>
      </w:r>
      <w:r w:rsidRPr="002F751A">
        <w:rPr>
          <w:b w:val="0"/>
          <w:color w:val="000000" w:themeColor="text1"/>
          <w:szCs w:val="26"/>
          <w:rtl/>
        </w:rPr>
        <w:t xml:space="preserve"> و </w:t>
      </w:r>
      <w:r w:rsidRPr="002F751A">
        <w:rPr>
          <w:b w:val="0"/>
          <w:color w:val="000000" w:themeColor="text1"/>
          <w:szCs w:val="26"/>
          <w:rtl/>
          <w:lang w:bidi="fa-IR"/>
        </w:rPr>
        <w:t>۶۵</w:t>
      </w:r>
      <w:r w:rsidRPr="002F751A">
        <w:rPr>
          <w:b w:val="0"/>
          <w:color w:val="000000" w:themeColor="text1"/>
          <w:szCs w:val="26"/>
          <w:rtl/>
        </w:rPr>
        <w:t xml:space="preserve"> آ</w:t>
      </w:r>
      <w:r w:rsidRPr="002F751A">
        <w:rPr>
          <w:rFonts w:hint="cs"/>
          <w:b w:val="0"/>
          <w:color w:val="000000" w:themeColor="text1"/>
          <w:szCs w:val="26"/>
          <w:rtl/>
        </w:rPr>
        <w:t>یین</w:t>
      </w:r>
      <w:r w:rsidRPr="002F751A">
        <w:rPr>
          <w:b w:val="0"/>
          <w:color w:val="000000" w:themeColor="text1"/>
          <w:szCs w:val="26"/>
          <w:rtl/>
        </w:rPr>
        <w:t xml:space="preserve"> دادرس</w:t>
      </w:r>
      <w:r w:rsidRPr="002F751A">
        <w:rPr>
          <w:rFonts w:hint="cs"/>
          <w:b w:val="0"/>
          <w:color w:val="000000" w:themeColor="text1"/>
          <w:szCs w:val="26"/>
          <w:rtl/>
        </w:rPr>
        <w:t>ی</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درباره مبنا</w:t>
      </w:r>
      <w:r w:rsidRPr="002F751A">
        <w:rPr>
          <w:rFonts w:hint="cs"/>
          <w:b w:val="0"/>
          <w:color w:val="000000" w:themeColor="text1"/>
          <w:szCs w:val="26"/>
          <w:rtl/>
        </w:rPr>
        <w:t>ی</w:t>
      </w:r>
      <w:r w:rsidRPr="002F751A">
        <w:rPr>
          <w:b w:val="0"/>
          <w:color w:val="000000" w:themeColor="text1"/>
          <w:szCs w:val="26"/>
          <w:rtl/>
        </w:rPr>
        <w:t xml:space="preserve"> شروع تعق</w:t>
      </w:r>
      <w:r w:rsidRPr="002F751A">
        <w:rPr>
          <w:rFonts w:hint="cs"/>
          <w:b w:val="0"/>
          <w:color w:val="000000" w:themeColor="text1"/>
          <w:szCs w:val="26"/>
          <w:rtl/>
        </w:rPr>
        <w:t>یب،</w:t>
      </w:r>
      <w:r w:rsidRPr="002F751A">
        <w:rPr>
          <w:b w:val="0"/>
          <w:color w:val="000000" w:themeColor="text1"/>
          <w:szCs w:val="26"/>
          <w:rtl/>
        </w:rPr>
        <w:t xml:space="preserve"> مواد </w:t>
      </w:r>
      <w:r w:rsidRPr="002F751A">
        <w:rPr>
          <w:b w:val="0"/>
          <w:color w:val="000000" w:themeColor="text1"/>
          <w:szCs w:val="26"/>
          <w:rtl/>
          <w:lang w:bidi="fa-IR"/>
        </w:rPr>
        <w:t>۶۹۷</w:t>
      </w:r>
      <w:r w:rsidRPr="002F751A">
        <w:rPr>
          <w:b w:val="0"/>
          <w:color w:val="000000" w:themeColor="text1"/>
          <w:szCs w:val="26"/>
          <w:rtl/>
        </w:rPr>
        <w:t xml:space="preserve"> تا </w:t>
      </w:r>
      <w:r w:rsidRPr="002F751A">
        <w:rPr>
          <w:b w:val="0"/>
          <w:color w:val="000000" w:themeColor="text1"/>
          <w:szCs w:val="26"/>
          <w:rtl/>
          <w:lang w:bidi="fa-IR"/>
        </w:rPr>
        <w:t>۶۹۹</w:t>
      </w:r>
      <w:r w:rsidRPr="002F751A">
        <w:rPr>
          <w:b w:val="0"/>
          <w:color w:val="000000" w:themeColor="text1"/>
          <w:szCs w:val="26"/>
          <w:rtl/>
        </w:rPr>
        <w:t xml:space="preserve"> درباره انتساب کذب و صحنه‌ساز</w:t>
      </w:r>
      <w:r w:rsidRPr="002F751A">
        <w:rPr>
          <w:rFonts w:hint="cs"/>
          <w:b w:val="0"/>
          <w:color w:val="000000" w:themeColor="text1"/>
          <w:szCs w:val="26"/>
          <w:rtl/>
        </w:rPr>
        <w:t>ی</w:t>
      </w:r>
      <w:r w:rsidRPr="002F751A">
        <w:rPr>
          <w:b w:val="0"/>
          <w:color w:val="000000" w:themeColor="text1"/>
          <w:szCs w:val="26"/>
          <w:rtl/>
        </w:rPr>
        <w:t xml:space="preserve"> و الگو</w:t>
      </w:r>
      <w:r w:rsidRPr="002F751A">
        <w:rPr>
          <w:rFonts w:hint="cs"/>
          <w:b w:val="0"/>
          <w:color w:val="000000" w:themeColor="text1"/>
          <w:szCs w:val="26"/>
          <w:rtl/>
        </w:rPr>
        <w:t>ی</w:t>
      </w:r>
      <w:r w:rsidRPr="002F751A">
        <w:rPr>
          <w:b w:val="0"/>
          <w:color w:val="000000" w:themeColor="text1"/>
          <w:szCs w:val="26"/>
          <w:rtl/>
        </w:rPr>
        <w:t xml:space="preserve"> تبصره ماده </w:t>
      </w:r>
      <w:r w:rsidRPr="002F751A">
        <w:rPr>
          <w:b w:val="0"/>
          <w:color w:val="000000" w:themeColor="text1"/>
          <w:szCs w:val="26"/>
          <w:rtl/>
          <w:lang w:bidi="fa-IR"/>
        </w:rPr>
        <w:t>۱۰۹</w:t>
      </w:r>
      <w:r w:rsidRPr="002F751A">
        <w:rPr>
          <w:b w:val="0"/>
          <w:color w:val="000000" w:themeColor="text1"/>
          <w:szCs w:val="26"/>
          <w:rtl/>
        </w:rPr>
        <w:t xml:space="preserve"> آ</w:t>
      </w:r>
      <w:r w:rsidRPr="002F751A">
        <w:rPr>
          <w:rFonts w:hint="cs"/>
          <w:b w:val="0"/>
          <w:color w:val="000000" w:themeColor="text1"/>
          <w:szCs w:val="26"/>
          <w:rtl/>
        </w:rPr>
        <w:t>یین</w:t>
      </w:r>
      <w:r w:rsidRPr="002F751A">
        <w:rPr>
          <w:b w:val="0"/>
          <w:color w:val="000000" w:themeColor="text1"/>
          <w:szCs w:val="26"/>
          <w:rtl/>
        </w:rPr>
        <w:t xml:space="preserve"> دادرس</w:t>
      </w:r>
      <w:r w:rsidRPr="002F751A">
        <w:rPr>
          <w:rFonts w:hint="cs"/>
          <w:b w:val="0"/>
          <w:color w:val="000000" w:themeColor="text1"/>
          <w:szCs w:val="26"/>
          <w:rtl/>
        </w:rPr>
        <w:t>ی</w:t>
      </w:r>
      <w:r w:rsidRPr="002F751A">
        <w:rPr>
          <w:b w:val="0"/>
          <w:color w:val="000000" w:themeColor="text1"/>
          <w:szCs w:val="26"/>
          <w:rtl/>
        </w:rPr>
        <w:t xml:space="preserve"> مدن</w:t>
      </w:r>
      <w:r w:rsidRPr="002F751A">
        <w:rPr>
          <w:rFonts w:hint="cs"/>
          <w:b w:val="0"/>
          <w:color w:val="000000" w:themeColor="text1"/>
          <w:szCs w:val="26"/>
          <w:rtl/>
        </w:rPr>
        <w:t>ی</w:t>
      </w:r>
      <w:r w:rsidRPr="002F751A">
        <w:rPr>
          <w:b w:val="0"/>
          <w:color w:val="000000" w:themeColor="text1"/>
          <w:szCs w:val="26"/>
          <w:rtl/>
        </w:rPr>
        <w:t xml:space="preserve"> درباره غرض‌ورز</w:t>
      </w:r>
      <w:r w:rsidRPr="002F751A">
        <w:rPr>
          <w:rFonts w:hint="cs"/>
          <w:b w:val="0"/>
          <w:color w:val="000000" w:themeColor="text1"/>
          <w:szCs w:val="26"/>
          <w:rtl/>
        </w:rPr>
        <w:t>ی،</w:t>
      </w:r>
      <w:r w:rsidRPr="002F751A">
        <w:rPr>
          <w:b w:val="0"/>
          <w:color w:val="000000" w:themeColor="text1"/>
          <w:szCs w:val="26"/>
          <w:rtl/>
        </w:rPr>
        <w:t xml:space="preserve"> قطعات </w:t>
      </w:r>
      <w:r w:rsidRPr="002F751A">
        <w:rPr>
          <w:rFonts w:hint="cs"/>
          <w:b w:val="0"/>
          <w:color w:val="000000" w:themeColor="text1"/>
          <w:szCs w:val="26"/>
          <w:rtl/>
        </w:rPr>
        <w:t>یک</w:t>
      </w:r>
      <w:r w:rsidRPr="002F751A">
        <w:rPr>
          <w:b w:val="0"/>
          <w:color w:val="000000" w:themeColor="text1"/>
          <w:szCs w:val="26"/>
          <w:rtl/>
        </w:rPr>
        <w:t xml:space="preserve"> س</w:t>
      </w:r>
      <w:r w:rsidRPr="002F751A">
        <w:rPr>
          <w:rFonts w:hint="cs"/>
          <w:b w:val="0"/>
          <w:color w:val="000000" w:themeColor="text1"/>
          <w:szCs w:val="26"/>
          <w:rtl/>
        </w:rPr>
        <w:t>یاست</w:t>
      </w:r>
      <w:r w:rsidRPr="002F751A">
        <w:rPr>
          <w:b w:val="0"/>
          <w:color w:val="000000" w:themeColor="text1"/>
          <w:szCs w:val="26"/>
          <w:rtl/>
        </w:rPr>
        <w:t xml:space="preserve"> حقوق</w:t>
      </w:r>
      <w:r w:rsidRPr="002F751A">
        <w:rPr>
          <w:rFonts w:hint="cs"/>
          <w:b w:val="0"/>
          <w:color w:val="000000" w:themeColor="text1"/>
          <w:szCs w:val="26"/>
          <w:rtl/>
        </w:rPr>
        <w:t>ی‌اند</w:t>
      </w:r>
      <w:r w:rsidRPr="002F751A">
        <w:rPr>
          <w:b w:val="0"/>
          <w:color w:val="000000" w:themeColor="text1"/>
          <w:szCs w:val="26"/>
          <w:rtl/>
        </w:rPr>
        <w:t xml:space="preserve"> که هنوز در قالب مدل منسجم به هم متصل نشده‌اند. از سو</w:t>
      </w:r>
      <w:r w:rsidRPr="002F751A">
        <w:rPr>
          <w:rFonts w:hint="cs"/>
          <w:b w:val="0"/>
          <w:color w:val="000000" w:themeColor="text1"/>
          <w:szCs w:val="26"/>
          <w:rtl/>
        </w:rPr>
        <w:t>ی</w:t>
      </w:r>
      <w:r w:rsidRPr="002F751A">
        <w:rPr>
          <w:b w:val="0"/>
          <w:color w:val="000000" w:themeColor="text1"/>
          <w:szCs w:val="26"/>
          <w:rtl/>
        </w:rPr>
        <w:t xml:space="preserve"> د</w:t>
      </w:r>
      <w:r w:rsidRPr="002F751A">
        <w:rPr>
          <w:rFonts w:hint="cs"/>
          <w:b w:val="0"/>
          <w:color w:val="000000" w:themeColor="text1"/>
          <w:szCs w:val="26"/>
          <w:rtl/>
        </w:rPr>
        <w:t>یگر،</w:t>
      </w:r>
      <w:r w:rsidRPr="002F751A">
        <w:rPr>
          <w:b w:val="0"/>
          <w:color w:val="000000" w:themeColor="text1"/>
          <w:szCs w:val="26"/>
          <w:rtl/>
        </w:rPr>
        <w:t xml:space="preserve"> تشد</w:t>
      </w:r>
      <w:r w:rsidRPr="002F751A">
        <w:rPr>
          <w:rFonts w:hint="cs"/>
          <w:b w:val="0"/>
          <w:color w:val="000000" w:themeColor="text1"/>
          <w:szCs w:val="26"/>
          <w:rtl/>
        </w:rPr>
        <w:t>ید</w:t>
      </w:r>
      <w:r w:rsidRPr="002F751A">
        <w:rPr>
          <w:b w:val="0"/>
          <w:color w:val="000000" w:themeColor="text1"/>
          <w:szCs w:val="26"/>
          <w:rtl/>
        </w:rPr>
        <w:t xml:space="preserve"> صرف مجازات </w:t>
      </w:r>
      <w:r w:rsidRPr="002F751A">
        <w:rPr>
          <w:rFonts w:hint="cs"/>
          <w:b w:val="0"/>
          <w:color w:val="000000" w:themeColor="text1"/>
          <w:szCs w:val="26"/>
          <w:rtl/>
        </w:rPr>
        <w:t>یا</w:t>
      </w:r>
      <w:r w:rsidRPr="002F751A">
        <w:rPr>
          <w:b w:val="0"/>
          <w:color w:val="000000" w:themeColor="text1"/>
          <w:szCs w:val="26"/>
          <w:rtl/>
        </w:rPr>
        <w:t xml:space="preserve"> افزا</w:t>
      </w:r>
      <w:r w:rsidRPr="002F751A">
        <w:rPr>
          <w:rFonts w:hint="cs"/>
          <w:b w:val="0"/>
          <w:color w:val="000000" w:themeColor="text1"/>
          <w:szCs w:val="26"/>
          <w:rtl/>
        </w:rPr>
        <w:t>یش</w:t>
      </w:r>
      <w:r w:rsidRPr="002F751A">
        <w:rPr>
          <w:b w:val="0"/>
          <w:color w:val="000000" w:themeColor="text1"/>
          <w:szCs w:val="26"/>
          <w:rtl/>
        </w:rPr>
        <w:t xml:space="preserve"> عموم</w:t>
      </w:r>
      <w:r w:rsidRPr="002F751A">
        <w:rPr>
          <w:rFonts w:hint="cs"/>
          <w:b w:val="0"/>
          <w:color w:val="000000" w:themeColor="text1"/>
          <w:szCs w:val="26"/>
          <w:rtl/>
        </w:rPr>
        <w:t>ی</w:t>
      </w:r>
      <w:r w:rsidRPr="002F751A">
        <w:rPr>
          <w:b w:val="0"/>
          <w:color w:val="000000" w:themeColor="text1"/>
          <w:szCs w:val="26"/>
          <w:rtl/>
        </w:rPr>
        <w:t xml:space="preserve"> هز</w:t>
      </w:r>
      <w:r w:rsidRPr="002F751A">
        <w:rPr>
          <w:rFonts w:hint="cs"/>
          <w:b w:val="0"/>
          <w:color w:val="000000" w:themeColor="text1"/>
          <w:szCs w:val="26"/>
          <w:rtl/>
        </w:rPr>
        <w:t>ینه</w:t>
      </w:r>
      <w:r w:rsidRPr="002F751A">
        <w:rPr>
          <w:b w:val="0"/>
          <w:color w:val="000000" w:themeColor="text1"/>
          <w:szCs w:val="26"/>
          <w:rtl/>
        </w:rPr>
        <w:t xml:space="preserve"> شکا</w:t>
      </w:r>
      <w:r w:rsidRPr="002F751A">
        <w:rPr>
          <w:rFonts w:hint="cs"/>
          <w:b w:val="0"/>
          <w:color w:val="000000" w:themeColor="text1"/>
          <w:szCs w:val="26"/>
          <w:rtl/>
        </w:rPr>
        <w:t>یت</w:t>
      </w:r>
      <w:r w:rsidRPr="002F751A">
        <w:rPr>
          <w:b w:val="0"/>
          <w:color w:val="000000" w:themeColor="text1"/>
          <w:szCs w:val="26"/>
          <w:rtl/>
        </w:rPr>
        <w:t xml:space="preserve"> م</w:t>
      </w:r>
      <w:r w:rsidRPr="002F751A">
        <w:rPr>
          <w:rFonts w:hint="cs"/>
          <w:b w:val="0"/>
          <w:color w:val="000000" w:themeColor="text1"/>
          <w:szCs w:val="26"/>
          <w:rtl/>
        </w:rPr>
        <w:t>ی‌تواند</w:t>
      </w:r>
      <w:r w:rsidRPr="002F751A">
        <w:rPr>
          <w:b w:val="0"/>
          <w:color w:val="000000" w:themeColor="text1"/>
          <w:szCs w:val="26"/>
          <w:rtl/>
        </w:rPr>
        <w:t xml:space="preserve"> آثار ضدبزه‌د</w:t>
      </w:r>
      <w:r w:rsidRPr="002F751A">
        <w:rPr>
          <w:rFonts w:hint="cs"/>
          <w:b w:val="0"/>
          <w:color w:val="000000" w:themeColor="text1"/>
          <w:szCs w:val="26"/>
          <w:rtl/>
        </w:rPr>
        <w:t>یده</w:t>
      </w:r>
      <w:r w:rsidRPr="002F751A">
        <w:rPr>
          <w:b w:val="0"/>
          <w:color w:val="000000" w:themeColor="text1"/>
          <w:szCs w:val="26"/>
          <w:rtl/>
        </w:rPr>
        <w:t xml:space="preserve"> داشته باشد</w:t>
      </w:r>
      <w:r w:rsidRPr="002F751A">
        <w:rPr>
          <w:b w:val="0"/>
          <w:color w:val="000000" w:themeColor="text1"/>
          <w:szCs w:val="26"/>
        </w:rPr>
        <w:t>.</w:t>
      </w:r>
    </w:p>
    <w:p w14:paraId="7F0942E2" w14:textId="77777777"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راهکار</w:t>
      </w:r>
      <w:r w:rsidRPr="002F751A">
        <w:rPr>
          <w:b w:val="0"/>
          <w:color w:val="000000" w:themeColor="text1"/>
          <w:szCs w:val="26"/>
          <w:rtl/>
        </w:rPr>
        <w:t xml:space="preserve"> مناسب، پاسخ پلکان</w:t>
      </w:r>
      <w:r w:rsidRPr="002F751A">
        <w:rPr>
          <w:rFonts w:hint="cs"/>
          <w:b w:val="0"/>
          <w:color w:val="000000" w:themeColor="text1"/>
          <w:szCs w:val="26"/>
          <w:rtl/>
        </w:rPr>
        <w:t>ی</w:t>
      </w:r>
      <w:r w:rsidRPr="002F751A">
        <w:rPr>
          <w:b w:val="0"/>
          <w:color w:val="000000" w:themeColor="text1"/>
          <w:szCs w:val="26"/>
          <w:rtl/>
        </w:rPr>
        <w:t xml:space="preserve"> است: ثبت آزاد شکا</w:t>
      </w:r>
      <w:r w:rsidRPr="002F751A">
        <w:rPr>
          <w:rFonts w:hint="cs"/>
          <w:b w:val="0"/>
          <w:color w:val="000000" w:themeColor="text1"/>
          <w:szCs w:val="26"/>
          <w:rtl/>
        </w:rPr>
        <w:t>یت؛</w:t>
      </w:r>
      <w:r w:rsidRPr="002F751A">
        <w:rPr>
          <w:b w:val="0"/>
          <w:color w:val="000000" w:themeColor="text1"/>
          <w:szCs w:val="26"/>
          <w:rtl/>
        </w:rPr>
        <w:t xml:space="preserve"> ارز</w:t>
      </w:r>
      <w:r w:rsidRPr="002F751A">
        <w:rPr>
          <w:rFonts w:hint="cs"/>
          <w:b w:val="0"/>
          <w:color w:val="000000" w:themeColor="text1"/>
          <w:szCs w:val="26"/>
          <w:rtl/>
        </w:rPr>
        <w:t>یابی</w:t>
      </w:r>
      <w:r w:rsidRPr="002F751A">
        <w:rPr>
          <w:b w:val="0"/>
          <w:color w:val="000000" w:themeColor="text1"/>
          <w:szCs w:val="26"/>
          <w:rtl/>
        </w:rPr>
        <w:t xml:space="preserve"> سر</w:t>
      </w:r>
      <w:r w:rsidRPr="002F751A">
        <w:rPr>
          <w:rFonts w:hint="cs"/>
          <w:b w:val="0"/>
          <w:color w:val="000000" w:themeColor="text1"/>
          <w:szCs w:val="26"/>
          <w:rtl/>
        </w:rPr>
        <w:t>یع</w:t>
      </w:r>
      <w:r w:rsidRPr="002F751A">
        <w:rPr>
          <w:b w:val="0"/>
          <w:color w:val="000000" w:themeColor="text1"/>
          <w:szCs w:val="26"/>
          <w:rtl/>
        </w:rPr>
        <w:t xml:space="preserve"> عناصر و ادله؛ اتصال پرونده‌ها</w:t>
      </w:r>
      <w:r w:rsidRPr="002F751A">
        <w:rPr>
          <w:rFonts w:hint="cs"/>
          <w:b w:val="0"/>
          <w:color w:val="000000" w:themeColor="text1"/>
          <w:szCs w:val="26"/>
          <w:rtl/>
        </w:rPr>
        <w:t>ی</w:t>
      </w:r>
      <w:r w:rsidRPr="002F751A">
        <w:rPr>
          <w:b w:val="0"/>
          <w:color w:val="000000" w:themeColor="text1"/>
          <w:szCs w:val="26"/>
          <w:rtl/>
        </w:rPr>
        <w:t xml:space="preserve"> مرتبط بدون ا</w:t>
      </w:r>
      <w:r w:rsidRPr="002F751A">
        <w:rPr>
          <w:rFonts w:hint="cs"/>
          <w:b w:val="0"/>
          <w:color w:val="000000" w:themeColor="text1"/>
          <w:szCs w:val="26"/>
          <w:rtl/>
        </w:rPr>
        <w:t>یجاد</w:t>
      </w:r>
      <w:r w:rsidRPr="002F751A">
        <w:rPr>
          <w:b w:val="0"/>
          <w:color w:val="000000" w:themeColor="text1"/>
          <w:szCs w:val="26"/>
          <w:rtl/>
        </w:rPr>
        <w:t xml:space="preserve"> فهرست س</w:t>
      </w:r>
      <w:r w:rsidRPr="002F751A">
        <w:rPr>
          <w:rFonts w:hint="cs"/>
          <w:b w:val="0"/>
          <w:color w:val="000000" w:themeColor="text1"/>
          <w:szCs w:val="26"/>
          <w:rtl/>
        </w:rPr>
        <w:t>یاه؛</w:t>
      </w:r>
      <w:r w:rsidRPr="002F751A">
        <w:rPr>
          <w:b w:val="0"/>
          <w:color w:val="000000" w:themeColor="text1"/>
          <w:szCs w:val="26"/>
          <w:rtl/>
        </w:rPr>
        <w:t xml:space="preserve"> تمرکز و</w:t>
      </w:r>
      <w:r w:rsidRPr="002F751A">
        <w:rPr>
          <w:rFonts w:hint="cs"/>
          <w:b w:val="0"/>
          <w:color w:val="000000" w:themeColor="text1"/>
          <w:szCs w:val="26"/>
          <w:rtl/>
        </w:rPr>
        <w:t>یژه</w:t>
      </w:r>
      <w:r w:rsidRPr="002F751A">
        <w:rPr>
          <w:b w:val="0"/>
          <w:color w:val="000000" w:themeColor="text1"/>
          <w:szCs w:val="26"/>
          <w:rtl/>
        </w:rPr>
        <w:t xml:space="preserve"> بر اصالت دل</w:t>
      </w:r>
      <w:r w:rsidRPr="002F751A">
        <w:rPr>
          <w:rFonts w:hint="cs"/>
          <w:b w:val="0"/>
          <w:color w:val="000000" w:themeColor="text1"/>
          <w:szCs w:val="26"/>
          <w:rtl/>
        </w:rPr>
        <w:t>یل؛</w:t>
      </w:r>
      <w:r w:rsidRPr="002F751A">
        <w:rPr>
          <w:b w:val="0"/>
          <w:color w:val="000000" w:themeColor="text1"/>
          <w:szCs w:val="26"/>
          <w:rtl/>
        </w:rPr>
        <w:t xml:space="preserve"> استفاده از مسئول</w:t>
      </w:r>
      <w:r w:rsidRPr="002F751A">
        <w:rPr>
          <w:rFonts w:hint="cs"/>
          <w:b w:val="0"/>
          <w:color w:val="000000" w:themeColor="text1"/>
          <w:szCs w:val="26"/>
          <w:rtl/>
        </w:rPr>
        <w:t>یت</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موجود در موارد کذب و جعل؛ جبران خسارت مستق</w:t>
      </w:r>
      <w:r w:rsidRPr="002F751A">
        <w:rPr>
          <w:rFonts w:hint="cs"/>
          <w:b w:val="0"/>
          <w:color w:val="000000" w:themeColor="text1"/>
          <w:szCs w:val="26"/>
          <w:rtl/>
        </w:rPr>
        <w:t>یم</w:t>
      </w:r>
      <w:r w:rsidRPr="002F751A">
        <w:rPr>
          <w:b w:val="0"/>
          <w:color w:val="000000" w:themeColor="text1"/>
          <w:szCs w:val="26"/>
          <w:rtl/>
        </w:rPr>
        <w:t xml:space="preserve"> اثبات‌شده؛ و فقط در الگوها</w:t>
      </w:r>
      <w:r w:rsidRPr="002F751A">
        <w:rPr>
          <w:rFonts w:hint="cs"/>
          <w:b w:val="0"/>
          <w:color w:val="000000" w:themeColor="text1"/>
          <w:szCs w:val="26"/>
          <w:rtl/>
        </w:rPr>
        <w:t>ی</w:t>
      </w:r>
      <w:r w:rsidRPr="002F751A">
        <w:rPr>
          <w:b w:val="0"/>
          <w:color w:val="000000" w:themeColor="text1"/>
          <w:szCs w:val="26"/>
          <w:rtl/>
        </w:rPr>
        <w:t xml:space="preserve"> کاملاً استثن</w:t>
      </w:r>
      <w:r w:rsidRPr="002F751A">
        <w:rPr>
          <w:rFonts w:hint="cs"/>
          <w:b w:val="0"/>
          <w:color w:val="000000" w:themeColor="text1"/>
          <w:szCs w:val="26"/>
          <w:rtl/>
        </w:rPr>
        <w:t>ایی،</w:t>
      </w:r>
      <w:r w:rsidRPr="002F751A">
        <w:rPr>
          <w:b w:val="0"/>
          <w:color w:val="000000" w:themeColor="text1"/>
          <w:szCs w:val="26"/>
          <w:rtl/>
        </w:rPr>
        <w:t xml:space="preserve"> محدود</w:t>
      </w:r>
      <w:r w:rsidRPr="002F751A">
        <w:rPr>
          <w:rFonts w:hint="cs"/>
          <w:b w:val="0"/>
          <w:color w:val="000000" w:themeColor="text1"/>
          <w:szCs w:val="26"/>
          <w:rtl/>
        </w:rPr>
        <w:t>یت</w:t>
      </w:r>
      <w:r w:rsidRPr="002F751A">
        <w:rPr>
          <w:b w:val="0"/>
          <w:color w:val="000000" w:themeColor="text1"/>
          <w:szCs w:val="26"/>
          <w:rtl/>
        </w:rPr>
        <w:t xml:space="preserve"> موضوع</w:t>
      </w:r>
      <w:r w:rsidRPr="002F751A">
        <w:rPr>
          <w:rFonts w:hint="cs"/>
          <w:b w:val="0"/>
          <w:color w:val="000000" w:themeColor="text1"/>
          <w:szCs w:val="26"/>
          <w:rtl/>
        </w:rPr>
        <w:t>ی</w:t>
      </w:r>
      <w:r w:rsidRPr="002F751A">
        <w:rPr>
          <w:b w:val="0"/>
          <w:color w:val="000000" w:themeColor="text1"/>
          <w:szCs w:val="26"/>
          <w:rtl/>
        </w:rPr>
        <w:t xml:space="preserve"> و قابل اعتراض برا</w:t>
      </w:r>
      <w:r w:rsidRPr="002F751A">
        <w:rPr>
          <w:rFonts w:hint="cs"/>
          <w:b w:val="0"/>
          <w:color w:val="000000" w:themeColor="text1"/>
          <w:szCs w:val="26"/>
          <w:rtl/>
        </w:rPr>
        <w:t>ی</w:t>
      </w:r>
      <w:r w:rsidRPr="002F751A">
        <w:rPr>
          <w:b w:val="0"/>
          <w:color w:val="000000" w:themeColor="text1"/>
          <w:szCs w:val="26"/>
          <w:rtl/>
        </w:rPr>
        <w:t xml:space="preserve"> شکا</w:t>
      </w:r>
      <w:r w:rsidRPr="002F751A">
        <w:rPr>
          <w:rFonts w:hint="cs"/>
          <w:b w:val="0"/>
          <w:color w:val="000000" w:themeColor="text1"/>
          <w:szCs w:val="26"/>
          <w:rtl/>
        </w:rPr>
        <w:t>یت‌های</w:t>
      </w:r>
      <w:r w:rsidRPr="002F751A">
        <w:rPr>
          <w:b w:val="0"/>
          <w:color w:val="000000" w:themeColor="text1"/>
          <w:szCs w:val="26"/>
          <w:rtl/>
        </w:rPr>
        <w:t xml:space="preserve"> تکرار</w:t>
      </w:r>
      <w:r w:rsidRPr="002F751A">
        <w:rPr>
          <w:rFonts w:hint="cs"/>
          <w:b w:val="0"/>
          <w:color w:val="000000" w:themeColor="text1"/>
          <w:szCs w:val="26"/>
          <w:rtl/>
        </w:rPr>
        <w:t>ی</w:t>
      </w:r>
      <w:r w:rsidRPr="002F751A">
        <w:rPr>
          <w:b w:val="0"/>
          <w:color w:val="000000" w:themeColor="text1"/>
          <w:szCs w:val="26"/>
          <w:rtl/>
        </w:rPr>
        <w:t xml:space="preserve"> درباره همان واقعه. ا</w:t>
      </w:r>
      <w:r w:rsidRPr="002F751A">
        <w:rPr>
          <w:rFonts w:hint="cs"/>
          <w:b w:val="0"/>
          <w:color w:val="000000" w:themeColor="text1"/>
          <w:szCs w:val="26"/>
          <w:rtl/>
        </w:rPr>
        <w:t>ین</w:t>
      </w:r>
      <w:r w:rsidRPr="002F751A">
        <w:rPr>
          <w:b w:val="0"/>
          <w:color w:val="000000" w:themeColor="text1"/>
          <w:szCs w:val="26"/>
          <w:rtl/>
        </w:rPr>
        <w:t xml:space="preserve"> مدل با تجربه‌ها</w:t>
      </w:r>
      <w:r w:rsidRPr="002F751A">
        <w:rPr>
          <w:rFonts w:hint="cs"/>
          <w:b w:val="0"/>
          <w:color w:val="000000" w:themeColor="text1"/>
          <w:szCs w:val="26"/>
          <w:rtl/>
        </w:rPr>
        <w:t>ی</w:t>
      </w:r>
      <w:r w:rsidRPr="002F751A">
        <w:rPr>
          <w:b w:val="0"/>
          <w:color w:val="000000" w:themeColor="text1"/>
          <w:szCs w:val="26"/>
          <w:rtl/>
        </w:rPr>
        <w:t xml:space="preserve"> تطب</w:t>
      </w:r>
      <w:r w:rsidRPr="002F751A">
        <w:rPr>
          <w:rFonts w:hint="cs"/>
          <w:b w:val="0"/>
          <w:color w:val="000000" w:themeColor="text1"/>
          <w:szCs w:val="26"/>
          <w:rtl/>
        </w:rPr>
        <w:t>یقی</w:t>
      </w:r>
      <w:r w:rsidRPr="002F751A">
        <w:rPr>
          <w:b w:val="0"/>
          <w:color w:val="000000" w:themeColor="text1"/>
          <w:szCs w:val="26"/>
          <w:rtl/>
        </w:rPr>
        <w:t xml:space="preserve"> ن</w:t>
      </w:r>
      <w:r w:rsidRPr="002F751A">
        <w:rPr>
          <w:rFonts w:hint="cs"/>
          <w:b w:val="0"/>
          <w:color w:val="000000" w:themeColor="text1"/>
          <w:szCs w:val="26"/>
          <w:rtl/>
        </w:rPr>
        <w:t>یز</w:t>
      </w:r>
      <w:r w:rsidRPr="002F751A">
        <w:rPr>
          <w:b w:val="0"/>
          <w:color w:val="000000" w:themeColor="text1"/>
          <w:szCs w:val="26"/>
          <w:rtl/>
        </w:rPr>
        <w:t xml:space="preserve"> سازگار است که محدود</w:t>
      </w:r>
      <w:r w:rsidRPr="002F751A">
        <w:rPr>
          <w:rFonts w:hint="cs"/>
          <w:b w:val="0"/>
          <w:color w:val="000000" w:themeColor="text1"/>
          <w:szCs w:val="26"/>
          <w:rtl/>
        </w:rPr>
        <w:t>یت</w:t>
      </w:r>
      <w:r w:rsidRPr="002F751A">
        <w:rPr>
          <w:b w:val="0"/>
          <w:color w:val="000000" w:themeColor="text1"/>
          <w:szCs w:val="26"/>
          <w:rtl/>
        </w:rPr>
        <w:t xml:space="preserve"> دسترس</w:t>
      </w:r>
      <w:r w:rsidRPr="002F751A">
        <w:rPr>
          <w:rFonts w:hint="cs"/>
          <w:b w:val="0"/>
          <w:color w:val="000000" w:themeColor="text1"/>
          <w:szCs w:val="26"/>
          <w:rtl/>
        </w:rPr>
        <w:t>ی</w:t>
      </w:r>
      <w:r w:rsidRPr="002F751A">
        <w:rPr>
          <w:b w:val="0"/>
          <w:color w:val="000000" w:themeColor="text1"/>
          <w:szCs w:val="26"/>
          <w:rtl/>
        </w:rPr>
        <w:t xml:space="preserve"> به دادگاه را شد</w:t>
      </w:r>
      <w:r w:rsidRPr="002F751A">
        <w:rPr>
          <w:rFonts w:hint="cs"/>
          <w:b w:val="0"/>
          <w:color w:val="000000" w:themeColor="text1"/>
          <w:szCs w:val="26"/>
          <w:rtl/>
        </w:rPr>
        <w:t>یدترین</w:t>
      </w:r>
      <w:r w:rsidRPr="002F751A">
        <w:rPr>
          <w:b w:val="0"/>
          <w:color w:val="000000" w:themeColor="text1"/>
          <w:szCs w:val="26"/>
          <w:rtl/>
        </w:rPr>
        <w:t xml:space="preserve"> راه‌حل دانسته و بر تناسب و حداقل مداخله تأک</w:t>
      </w:r>
      <w:r w:rsidRPr="002F751A">
        <w:rPr>
          <w:rFonts w:hint="cs"/>
          <w:b w:val="0"/>
          <w:color w:val="000000" w:themeColor="text1"/>
          <w:szCs w:val="26"/>
          <w:rtl/>
        </w:rPr>
        <w:t>ید</w:t>
      </w:r>
      <w:r w:rsidRPr="002F751A">
        <w:rPr>
          <w:b w:val="0"/>
          <w:color w:val="000000" w:themeColor="text1"/>
          <w:szCs w:val="26"/>
          <w:rtl/>
        </w:rPr>
        <w:t xml:space="preserve"> م</w:t>
      </w:r>
      <w:r w:rsidRPr="002F751A">
        <w:rPr>
          <w:rFonts w:hint="cs"/>
          <w:b w:val="0"/>
          <w:color w:val="000000" w:themeColor="text1"/>
          <w:szCs w:val="26"/>
          <w:rtl/>
        </w:rPr>
        <w:t>ی‌کنند</w:t>
      </w:r>
      <w:r w:rsidRPr="002F751A">
        <w:rPr>
          <w:b w:val="0"/>
          <w:color w:val="000000" w:themeColor="text1"/>
          <w:szCs w:val="26"/>
        </w:rPr>
        <w:t xml:space="preserve"> </w:t>
      </w:r>
      <w:r w:rsidRPr="00B800F5">
        <w:rPr>
          <w:rFonts w:asciiTheme="majorBidi" w:hAnsiTheme="majorBidi" w:cstheme="majorBidi"/>
          <w:b w:val="0"/>
          <w:i/>
          <w:iCs/>
          <w:color w:val="000000" w:themeColor="text1"/>
          <w:szCs w:val="26"/>
        </w:rPr>
        <w:t>(Rust, 2024: 453).</w:t>
      </w:r>
    </w:p>
    <w:p w14:paraId="2157D8C1" w14:textId="5473ABDD" w:rsidR="002F751A" w:rsidRPr="002F751A" w:rsidRDefault="002F751A" w:rsidP="002F751A">
      <w:pPr>
        <w:pStyle w:val="SubFA"/>
        <w:keepNext/>
        <w:bidi/>
        <w:rPr>
          <w:b w:val="0"/>
          <w:color w:val="000000" w:themeColor="text1"/>
          <w:szCs w:val="26"/>
          <w:rtl/>
        </w:rPr>
      </w:pPr>
      <w:r w:rsidRPr="002F751A">
        <w:rPr>
          <w:rFonts w:hint="cs"/>
          <w:b w:val="0"/>
          <w:color w:val="000000" w:themeColor="text1"/>
          <w:szCs w:val="26"/>
          <w:rtl/>
        </w:rPr>
        <w:t>پیشنهاد</w:t>
      </w:r>
      <w:r w:rsidRPr="002F751A">
        <w:rPr>
          <w:b w:val="0"/>
          <w:color w:val="000000" w:themeColor="text1"/>
          <w:szCs w:val="26"/>
          <w:rtl/>
        </w:rPr>
        <w:t xml:space="preserve"> م</w:t>
      </w:r>
      <w:r w:rsidRPr="002F751A">
        <w:rPr>
          <w:rFonts w:hint="cs"/>
          <w:b w:val="0"/>
          <w:color w:val="000000" w:themeColor="text1"/>
          <w:szCs w:val="26"/>
          <w:rtl/>
        </w:rPr>
        <w:t>ی‌شود</w:t>
      </w:r>
      <w:r w:rsidRPr="002F751A">
        <w:rPr>
          <w:b w:val="0"/>
          <w:color w:val="000000" w:themeColor="text1"/>
          <w:szCs w:val="26"/>
          <w:rtl/>
        </w:rPr>
        <w:t xml:space="preserve"> قوه قضا</w:t>
      </w:r>
      <w:r w:rsidRPr="002F751A">
        <w:rPr>
          <w:rFonts w:hint="cs"/>
          <w:b w:val="0"/>
          <w:color w:val="000000" w:themeColor="text1"/>
          <w:szCs w:val="26"/>
          <w:rtl/>
        </w:rPr>
        <w:t>ییه</w:t>
      </w:r>
      <w:r w:rsidRPr="002F751A">
        <w:rPr>
          <w:b w:val="0"/>
          <w:color w:val="000000" w:themeColor="text1"/>
          <w:szCs w:val="26"/>
          <w:rtl/>
        </w:rPr>
        <w:t xml:space="preserve"> در اجرا</w:t>
      </w:r>
      <w:r w:rsidRPr="002F751A">
        <w:rPr>
          <w:rFonts w:hint="cs"/>
          <w:b w:val="0"/>
          <w:color w:val="000000" w:themeColor="text1"/>
          <w:szCs w:val="26"/>
          <w:rtl/>
        </w:rPr>
        <w:t>ی</w:t>
      </w:r>
      <w:r w:rsidRPr="002F751A">
        <w:rPr>
          <w:b w:val="0"/>
          <w:color w:val="000000" w:themeColor="text1"/>
          <w:szCs w:val="26"/>
          <w:rtl/>
        </w:rPr>
        <w:t xml:space="preserve"> س</w:t>
      </w:r>
      <w:r w:rsidRPr="002F751A">
        <w:rPr>
          <w:rFonts w:hint="cs"/>
          <w:b w:val="0"/>
          <w:color w:val="000000" w:themeColor="text1"/>
          <w:szCs w:val="26"/>
          <w:rtl/>
        </w:rPr>
        <w:t>یاست‌های</w:t>
      </w:r>
      <w:r w:rsidRPr="002F751A">
        <w:rPr>
          <w:b w:val="0"/>
          <w:color w:val="000000" w:themeColor="text1"/>
          <w:szCs w:val="26"/>
          <w:rtl/>
        </w:rPr>
        <w:t xml:space="preserve"> کاهش اطاله دادرس</w:t>
      </w:r>
      <w:r w:rsidRPr="002F751A">
        <w:rPr>
          <w:rFonts w:hint="cs"/>
          <w:b w:val="0"/>
          <w:color w:val="000000" w:themeColor="text1"/>
          <w:szCs w:val="26"/>
          <w:rtl/>
        </w:rPr>
        <w:t>ی،</w:t>
      </w:r>
      <w:r w:rsidRPr="002F751A">
        <w:rPr>
          <w:b w:val="0"/>
          <w:color w:val="000000" w:themeColor="text1"/>
          <w:szCs w:val="26"/>
          <w:rtl/>
        </w:rPr>
        <w:t xml:space="preserve"> کارگروه</w:t>
      </w:r>
      <w:r w:rsidRPr="002F751A">
        <w:rPr>
          <w:rFonts w:hint="cs"/>
          <w:b w:val="0"/>
          <w:color w:val="000000" w:themeColor="text1"/>
          <w:szCs w:val="26"/>
          <w:rtl/>
        </w:rPr>
        <w:t>ی</w:t>
      </w:r>
      <w:r w:rsidRPr="002F751A">
        <w:rPr>
          <w:b w:val="0"/>
          <w:color w:val="000000" w:themeColor="text1"/>
          <w:szCs w:val="26"/>
          <w:rtl/>
        </w:rPr>
        <w:t xml:space="preserve"> تخصص</w:t>
      </w:r>
      <w:r w:rsidRPr="002F751A">
        <w:rPr>
          <w:rFonts w:hint="cs"/>
          <w:b w:val="0"/>
          <w:color w:val="000000" w:themeColor="text1"/>
          <w:szCs w:val="26"/>
          <w:rtl/>
        </w:rPr>
        <w:t>ی</w:t>
      </w:r>
      <w:r w:rsidRPr="002F751A">
        <w:rPr>
          <w:b w:val="0"/>
          <w:color w:val="000000" w:themeColor="text1"/>
          <w:szCs w:val="26"/>
          <w:rtl/>
        </w:rPr>
        <w:t xml:space="preserve"> برا</w:t>
      </w:r>
      <w:r w:rsidRPr="002F751A">
        <w:rPr>
          <w:rFonts w:hint="cs"/>
          <w:b w:val="0"/>
          <w:color w:val="000000" w:themeColor="text1"/>
          <w:szCs w:val="26"/>
          <w:rtl/>
        </w:rPr>
        <w:t>ی</w:t>
      </w:r>
      <w:r w:rsidRPr="002F751A">
        <w:rPr>
          <w:b w:val="0"/>
          <w:color w:val="000000" w:themeColor="text1"/>
          <w:szCs w:val="26"/>
          <w:rtl/>
        </w:rPr>
        <w:t xml:space="preserve"> تدو</w:t>
      </w:r>
      <w:r w:rsidRPr="002F751A">
        <w:rPr>
          <w:rFonts w:hint="cs"/>
          <w:b w:val="0"/>
          <w:color w:val="000000" w:themeColor="text1"/>
          <w:szCs w:val="26"/>
          <w:rtl/>
        </w:rPr>
        <w:t>ین</w:t>
      </w:r>
      <w:r w:rsidRPr="002F751A">
        <w:rPr>
          <w:b w:val="0"/>
          <w:color w:val="000000" w:themeColor="text1"/>
          <w:szCs w:val="26"/>
          <w:rtl/>
        </w:rPr>
        <w:t xml:space="preserve"> «راهنما</w:t>
      </w:r>
      <w:r w:rsidRPr="002F751A">
        <w:rPr>
          <w:rFonts w:hint="cs"/>
          <w:b w:val="0"/>
          <w:color w:val="000000" w:themeColor="text1"/>
          <w:szCs w:val="26"/>
          <w:rtl/>
        </w:rPr>
        <w:t>ی</w:t>
      </w:r>
      <w:r w:rsidRPr="002F751A">
        <w:rPr>
          <w:b w:val="0"/>
          <w:color w:val="000000" w:themeColor="text1"/>
          <w:szCs w:val="26"/>
          <w:rtl/>
        </w:rPr>
        <w:t xml:space="preserve"> تشخ</w:t>
      </w:r>
      <w:r w:rsidRPr="002F751A">
        <w:rPr>
          <w:rFonts w:hint="cs"/>
          <w:b w:val="0"/>
          <w:color w:val="000000" w:themeColor="text1"/>
          <w:szCs w:val="26"/>
          <w:rtl/>
        </w:rPr>
        <w:t>یص</w:t>
      </w:r>
      <w:r w:rsidRPr="002F751A">
        <w:rPr>
          <w:b w:val="0"/>
          <w:color w:val="000000" w:themeColor="text1"/>
          <w:szCs w:val="26"/>
          <w:rtl/>
        </w:rPr>
        <w:t xml:space="preserve"> سوءاستفاده از فرا</w:t>
      </w:r>
      <w:r w:rsidRPr="002F751A">
        <w:rPr>
          <w:rFonts w:hint="cs"/>
          <w:b w:val="0"/>
          <w:color w:val="000000" w:themeColor="text1"/>
          <w:szCs w:val="26"/>
          <w:rtl/>
        </w:rPr>
        <w:t>یند</w:t>
      </w:r>
      <w:r w:rsidRPr="002F751A">
        <w:rPr>
          <w:b w:val="0"/>
          <w:color w:val="000000" w:themeColor="text1"/>
          <w:szCs w:val="26"/>
          <w:rtl/>
        </w:rPr>
        <w:t xml:space="preserve"> شکا</w:t>
      </w:r>
      <w:r w:rsidRPr="002F751A">
        <w:rPr>
          <w:rFonts w:hint="cs"/>
          <w:b w:val="0"/>
          <w:color w:val="000000" w:themeColor="text1"/>
          <w:szCs w:val="26"/>
          <w:rtl/>
        </w:rPr>
        <w:t>یت</w:t>
      </w:r>
      <w:r w:rsidRPr="002F751A">
        <w:rPr>
          <w:rFonts w:hint="eastAsia"/>
          <w:b w:val="0"/>
          <w:color w:val="000000" w:themeColor="text1"/>
          <w:szCs w:val="26"/>
          <w:rtl/>
        </w:rPr>
        <w:t>»</w:t>
      </w:r>
      <w:r w:rsidRPr="002F751A">
        <w:rPr>
          <w:b w:val="0"/>
          <w:color w:val="000000" w:themeColor="text1"/>
          <w:szCs w:val="26"/>
          <w:rtl/>
        </w:rPr>
        <w:t xml:space="preserve"> تشک</w:t>
      </w:r>
      <w:r w:rsidRPr="002F751A">
        <w:rPr>
          <w:rFonts w:hint="cs"/>
          <w:b w:val="0"/>
          <w:color w:val="000000" w:themeColor="text1"/>
          <w:szCs w:val="26"/>
          <w:rtl/>
        </w:rPr>
        <w:t>یل</w:t>
      </w:r>
      <w:r w:rsidRPr="002F751A">
        <w:rPr>
          <w:b w:val="0"/>
          <w:color w:val="000000" w:themeColor="text1"/>
          <w:szCs w:val="26"/>
          <w:rtl/>
        </w:rPr>
        <w:t xml:space="preserve"> دهد؛ راهنما با</w:t>
      </w:r>
      <w:r w:rsidRPr="002F751A">
        <w:rPr>
          <w:rFonts w:hint="cs"/>
          <w:b w:val="0"/>
          <w:color w:val="000000" w:themeColor="text1"/>
          <w:szCs w:val="26"/>
          <w:rtl/>
        </w:rPr>
        <w:t>ید</w:t>
      </w:r>
      <w:r w:rsidRPr="002F751A">
        <w:rPr>
          <w:b w:val="0"/>
          <w:color w:val="000000" w:themeColor="text1"/>
          <w:szCs w:val="26"/>
          <w:rtl/>
        </w:rPr>
        <w:t xml:space="preserve"> هم‌زمان دو خط قرمز داشته باشد: ه</w:t>
      </w:r>
      <w:r w:rsidRPr="002F751A">
        <w:rPr>
          <w:rFonts w:hint="cs"/>
          <w:b w:val="0"/>
          <w:color w:val="000000" w:themeColor="text1"/>
          <w:szCs w:val="26"/>
          <w:rtl/>
        </w:rPr>
        <w:t>یچ</w:t>
      </w:r>
      <w:r w:rsidRPr="002F751A">
        <w:rPr>
          <w:b w:val="0"/>
          <w:color w:val="000000" w:themeColor="text1"/>
          <w:szCs w:val="26"/>
          <w:rtl/>
        </w:rPr>
        <w:t xml:space="preserve"> شاک</w:t>
      </w:r>
      <w:r w:rsidRPr="002F751A">
        <w:rPr>
          <w:rFonts w:hint="cs"/>
          <w:b w:val="0"/>
          <w:color w:val="000000" w:themeColor="text1"/>
          <w:szCs w:val="26"/>
          <w:rtl/>
        </w:rPr>
        <w:t>ی</w:t>
      </w:r>
      <w:r w:rsidRPr="002F751A">
        <w:rPr>
          <w:b w:val="0"/>
          <w:color w:val="000000" w:themeColor="text1"/>
          <w:szCs w:val="26"/>
          <w:rtl/>
        </w:rPr>
        <w:t xml:space="preserve"> صرفاً به دل</w:t>
      </w:r>
      <w:r w:rsidRPr="002F751A">
        <w:rPr>
          <w:rFonts w:hint="cs"/>
          <w:b w:val="0"/>
          <w:color w:val="000000" w:themeColor="text1"/>
          <w:szCs w:val="26"/>
          <w:rtl/>
        </w:rPr>
        <w:t>یل</w:t>
      </w:r>
      <w:r w:rsidRPr="002F751A">
        <w:rPr>
          <w:b w:val="0"/>
          <w:color w:val="000000" w:themeColor="text1"/>
          <w:szCs w:val="26"/>
          <w:rtl/>
        </w:rPr>
        <w:t xml:space="preserve"> کثرت مراجعه</w:t>
      </w:r>
      <w:r w:rsidR="00610789">
        <w:rPr>
          <w:rFonts w:hint="cs"/>
          <w:b w:val="0"/>
          <w:color w:val="000000" w:themeColor="text1"/>
          <w:szCs w:val="26"/>
          <w:rtl/>
        </w:rPr>
        <w:t xml:space="preserve"> </w:t>
      </w:r>
      <w:r w:rsidRPr="002F751A">
        <w:rPr>
          <w:b w:val="0"/>
          <w:color w:val="000000" w:themeColor="text1"/>
          <w:szCs w:val="26"/>
          <w:rtl/>
        </w:rPr>
        <w:lastRenderedPageBreak/>
        <w:t>ب</w:t>
      </w:r>
      <w:r w:rsidRPr="002F751A">
        <w:rPr>
          <w:rFonts w:hint="cs"/>
          <w:b w:val="0"/>
          <w:color w:val="000000" w:themeColor="text1"/>
          <w:szCs w:val="26"/>
          <w:rtl/>
        </w:rPr>
        <w:t>ی‌اعتبار</w:t>
      </w:r>
      <w:r w:rsidRPr="002F751A">
        <w:rPr>
          <w:b w:val="0"/>
          <w:color w:val="000000" w:themeColor="text1"/>
          <w:szCs w:val="26"/>
          <w:rtl/>
        </w:rPr>
        <w:t xml:space="preserve"> نشود و ه</w:t>
      </w:r>
      <w:r w:rsidRPr="002F751A">
        <w:rPr>
          <w:rFonts w:hint="cs"/>
          <w:b w:val="0"/>
          <w:color w:val="000000" w:themeColor="text1"/>
          <w:szCs w:val="26"/>
          <w:rtl/>
        </w:rPr>
        <w:t>یچ</w:t>
      </w:r>
      <w:r w:rsidRPr="002F751A">
        <w:rPr>
          <w:b w:val="0"/>
          <w:color w:val="000000" w:themeColor="text1"/>
          <w:szCs w:val="26"/>
          <w:rtl/>
        </w:rPr>
        <w:t xml:space="preserve"> شخص</w:t>
      </w:r>
      <w:r w:rsidRPr="002F751A">
        <w:rPr>
          <w:rFonts w:hint="cs"/>
          <w:b w:val="0"/>
          <w:color w:val="000000" w:themeColor="text1"/>
          <w:szCs w:val="26"/>
          <w:rtl/>
        </w:rPr>
        <w:t>ی</w:t>
      </w:r>
      <w:r w:rsidRPr="002F751A">
        <w:rPr>
          <w:b w:val="0"/>
          <w:color w:val="000000" w:themeColor="text1"/>
          <w:szCs w:val="26"/>
          <w:rtl/>
        </w:rPr>
        <w:t xml:space="preserve"> ن</w:t>
      </w:r>
      <w:r w:rsidRPr="002F751A">
        <w:rPr>
          <w:rFonts w:hint="cs"/>
          <w:b w:val="0"/>
          <w:color w:val="000000" w:themeColor="text1"/>
          <w:szCs w:val="26"/>
          <w:rtl/>
        </w:rPr>
        <w:t>یز</w:t>
      </w:r>
      <w:r w:rsidRPr="002F751A">
        <w:rPr>
          <w:b w:val="0"/>
          <w:color w:val="000000" w:themeColor="text1"/>
          <w:szCs w:val="26"/>
          <w:rtl/>
        </w:rPr>
        <w:t xml:space="preserve"> نتوا</w:t>
      </w:r>
      <w:r w:rsidRPr="002F751A">
        <w:rPr>
          <w:rFonts w:hint="cs"/>
          <w:b w:val="0"/>
          <w:color w:val="000000" w:themeColor="text1"/>
          <w:szCs w:val="26"/>
          <w:rtl/>
        </w:rPr>
        <w:t>ند</w:t>
      </w:r>
      <w:r w:rsidRPr="002F751A">
        <w:rPr>
          <w:b w:val="0"/>
          <w:color w:val="000000" w:themeColor="text1"/>
          <w:szCs w:val="26"/>
          <w:rtl/>
        </w:rPr>
        <w:t xml:space="preserve"> با تک</w:t>
      </w:r>
      <w:r w:rsidRPr="002F751A">
        <w:rPr>
          <w:rFonts w:hint="cs"/>
          <w:b w:val="0"/>
          <w:color w:val="000000" w:themeColor="text1"/>
          <w:szCs w:val="26"/>
          <w:rtl/>
        </w:rPr>
        <w:t>یه</w:t>
      </w:r>
      <w:r w:rsidRPr="002F751A">
        <w:rPr>
          <w:b w:val="0"/>
          <w:color w:val="000000" w:themeColor="text1"/>
          <w:szCs w:val="26"/>
          <w:rtl/>
        </w:rPr>
        <w:t xml:space="preserve"> بر حق دادخواه</w:t>
      </w:r>
      <w:r w:rsidRPr="002F751A">
        <w:rPr>
          <w:rFonts w:hint="cs"/>
          <w:b w:val="0"/>
          <w:color w:val="000000" w:themeColor="text1"/>
          <w:szCs w:val="26"/>
          <w:rtl/>
        </w:rPr>
        <w:t>ی،</w:t>
      </w:r>
      <w:r w:rsidRPr="002F751A">
        <w:rPr>
          <w:b w:val="0"/>
          <w:color w:val="000000" w:themeColor="text1"/>
          <w:szCs w:val="26"/>
          <w:rtl/>
        </w:rPr>
        <w:t xml:space="preserve"> فرا</w:t>
      </w:r>
      <w:r w:rsidRPr="002F751A">
        <w:rPr>
          <w:rFonts w:hint="cs"/>
          <w:b w:val="0"/>
          <w:color w:val="000000" w:themeColor="text1"/>
          <w:szCs w:val="26"/>
          <w:rtl/>
        </w:rPr>
        <w:t>یند</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را به ابزار آزار د</w:t>
      </w:r>
      <w:r w:rsidRPr="002F751A">
        <w:rPr>
          <w:rFonts w:hint="cs"/>
          <w:b w:val="0"/>
          <w:color w:val="000000" w:themeColor="text1"/>
          <w:szCs w:val="26"/>
          <w:rtl/>
        </w:rPr>
        <w:t>یگری</w:t>
      </w:r>
      <w:r w:rsidRPr="002F751A">
        <w:rPr>
          <w:b w:val="0"/>
          <w:color w:val="000000" w:themeColor="text1"/>
          <w:szCs w:val="26"/>
          <w:rtl/>
        </w:rPr>
        <w:t xml:space="preserve"> تبد</w:t>
      </w:r>
      <w:r w:rsidRPr="002F751A">
        <w:rPr>
          <w:rFonts w:hint="cs"/>
          <w:b w:val="0"/>
          <w:color w:val="000000" w:themeColor="text1"/>
          <w:szCs w:val="26"/>
          <w:rtl/>
        </w:rPr>
        <w:t>یل</w:t>
      </w:r>
      <w:r w:rsidRPr="002F751A">
        <w:rPr>
          <w:b w:val="0"/>
          <w:color w:val="000000" w:themeColor="text1"/>
          <w:szCs w:val="26"/>
          <w:rtl/>
        </w:rPr>
        <w:t xml:space="preserve"> کند. مع</w:t>
      </w:r>
      <w:r w:rsidRPr="002F751A">
        <w:rPr>
          <w:rFonts w:hint="cs"/>
          <w:b w:val="0"/>
          <w:color w:val="000000" w:themeColor="text1"/>
          <w:szCs w:val="26"/>
          <w:rtl/>
        </w:rPr>
        <w:t>یار</w:t>
      </w:r>
      <w:r w:rsidRPr="002F751A">
        <w:rPr>
          <w:b w:val="0"/>
          <w:color w:val="000000" w:themeColor="text1"/>
          <w:szCs w:val="26"/>
          <w:rtl/>
        </w:rPr>
        <w:t xml:space="preserve"> نها</w:t>
      </w:r>
      <w:r w:rsidRPr="002F751A">
        <w:rPr>
          <w:rFonts w:hint="cs"/>
          <w:b w:val="0"/>
          <w:color w:val="000000" w:themeColor="text1"/>
          <w:szCs w:val="26"/>
          <w:rtl/>
        </w:rPr>
        <w:t>یی،</w:t>
      </w:r>
      <w:r w:rsidRPr="002F751A">
        <w:rPr>
          <w:b w:val="0"/>
          <w:color w:val="000000" w:themeColor="text1"/>
          <w:szCs w:val="26"/>
          <w:rtl/>
        </w:rPr>
        <w:t xml:space="preserve"> کشف رفتار متقلبانه با ادله مستقل و رعا</w:t>
      </w:r>
      <w:r w:rsidRPr="002F751A">
        <w:rPr>
          <w:rFonts w:hint="cs"/>
          <w:b w:val="0"/>
          <w:color w:val="000000" w:themeColor="text1"/>
          <w:szCs w:val="26"/>
          <w:rtl/>
        </w:rPr>
        <w:t>یت</w:t>
      </w:r>
      <w:r w:rsidRPr="002F751A">
        <w:rPr>
          <w:b w:val="0"/>
          <w:color w:val="000000" w:themeColor="text1"/>
          <w:szCs w:val="26"/>
          <w:rtl/>
        </w:rPr>
        <w:t xml:space="preserve"> کامل حق اعتراض است</w:t>
      </w:r>
      <w:r w:rsidRPr="002F751A">
        <w:rPr>
          <w:b w:val="0"/>
          <w:color w:val="000000" w:themeColor="text1"/>
          <w:szCs w:val="26"/>
        </w:rPr>
        <w:t>.</w:t>
      </w:r>
    </w:p>
    <w:p w14:paraId="122CEBCC" w14:textId="77777777" w:rsidR="00B800F5" w:rsidRDefault="00B800F5" w:rsidP="002F751A">
      <w:pPr>
        <w:pStyle w:val="SubFA"/>
        <w:keepNext/>
        <w:bidi/>
        <w:rPr>
          <w:bCs/>
          <w:color w:val="000000" w:themeColor="text1"/>
          <w:szCs w:val="26"/>
          <w:rtl/>
        </w:rPr>
      </w:pPr>
    </w:p>
    <w:p w14:paraId="468F3FCA" w14:textId="75BA9682" w:rsidR="002F751A" w:rsidRPr="00B800F5" w:rsidRDefault="002F751A" w:rsidP="00B800F5">
      <w:pPr>
        <w:pStyle w:val="SubFA"/>
        <w:keepNext/>
        <w:bidi/>
        <w:rPr>
          <w:bCs/>
          <w:color w:val="000000" w:themeColor="text1"/>
          <w:szCs w:val="26"/>
          <w:rtl/>
        </w:rPr>
      </w:pPr>
      <w:r w:rsidRPr="00B800F5">
        <w:rPr>
          <w:bCs/>
          <w:color w:val="000000" w:themeColor="text1"/>
          <w:szCs w:val="26"/>
          <w:rtl/>
        </w:rPr>
        <w:t>منابع</w:t>
      </w:r>
      <w:r w:rsidR="00B800F5">
        <w:rPr>
          <w:rFonts w:hint="cs"/>
          <w:bCs/>
          <w:color w:val="000000" w:themeColor="text1"/>
          <w:szCs w:val="26"/>
          <w:rtl/>
        </w:rPr>
        <w:t xml:space="preserve"> و مآخذ</w:t>
      </w:r>
    </w:p>
    <w:p w14:paraId="008EF903"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بهرامی،</w:t>
      </w:r>
      <w:r w:rsidRPr="002F751A">
        <w:rPr>
          <w:b w:val="0"/>
          <w:color w:val="000000" w:themeColor="text1"/>
          <w:szCs w:val="26"/>
          <w:rtl/>
        </w:rPr>
        <w:t xml:space="preserve"> حس</w:t>
      </w:r>
      <w:r w:rsidRPr="002F751A">
        <w:rPr>
          <w:rFonts w:hint="cs"/>
          <w:b w:val="0"/>
          <w:color w:val="000000" w:themeColor="text1"/>
          <w:szCs w:val="26"/>
          <w:rtl/>
        </w:rPr>
        <w:t>ین</w:t>
      </w:r>
      <w:r w:rsidRPr="002F751A">
        <w:rPr>
          <w:b w:val="0"/>
          <w:color w:val="000000" w:themeColor="text1"/>
          <w:szCs w:val="26"/>
          <w:rtl/>
        </w:rPr>
        <w:t>. (</w:t>
      </w:r>
      <w:r w:rsidRPr="002F751A">
        <w:rPr>
          <w:b w:val="0"/>
          <w:color w:val="000000" w:themeColor="text1"/>
          <w:szCs w:val="26"/>
          <w:rtl/>
          <w:lang w:bidi="fa-IR"/>
        </w:rPr>
        <w:t>۱۴۰۲). «</w:t>
      </w:r>
      <w:r w:rsidRPr="002F751A">
        <w:rPr>
          <w:b w:val="0"/>
          <w:color w:val="000000" w:themeColor="text1"/>
          <w:szCs w:val="26"/>
          <w:rtl/>
        </w:rPr>
        <w:t>تب</w:t>
      </w:r>
      <w:r w:rsidRPr="002F751A">
        <w:rPr>
          <w:rFonts w:hint="cs"/>
          <w:b w:val="0"/>
          <w:color w:val="000000" w:themeColor="text1"/>
          <w:szCs w:val="26"/>
          <w:rtl/>
        </w:rPr>
        <w:t>یین</w:t>
      </w:r>
      <w:r w:rsidRPr="002F751A">
        <w:rPr>
          <w:b w:val="0"/>
          <w:color w:val="000000" w:themeColor="text1"/>
          <w:szCs w:val="26"/>
          <w:rtl/>
        </w:rPr>
        <w:t xml:space="preserve"> فقه</w:t>
      </w:r>
      <w:r w:rsidRPr="002F751A">
        <w:rPr>
          <w:rFonts w:hint="cs"/>
          <w:b w:val="0"/>
          <w:color w:val="000000" w:themeColor="text1"/>
          <w:szCs w:val="26"/>
          <w:rtl/>
        </w:rPr>
        <w:t>ی،</w:t>
      </w:r>
      <w:r w:rsidRPr="002F751A">
        <w:rPr>
          <w:b w:val="0"/>
          <w:color w:val="000000" w:themeColor="text1"/>
          <w:szCs w:val="26"/>
          <w:rtl/>
        </w:rPr>
        <w:t xml:space="preserve"> حقوق</w:t>
      </w:r>
      <w:r w:rsidRPr="002F751A">
        <w:rPr>
          <w:rFonts w:hint="cs"/>
          <w:b w:val="0"/>
          <w:color w:val="000000" w:themeColor="text1"/>
          <w:szCs w:val="26"/>
          <w:rtl/>
        </w:rPr>
        <w:t>ی</w:t>
      </w:r>
      <w:r w:rsidRPr="002F751A">
        <w:rPr>
          <w:b w:val="0"/>
          <w:color w:val="000000" w:themeColor="text1"/>
          <w:szCs w:val="26"/>
          <w:rtl/>
        </w:rPr>
        <w:t xml:space="preserve"> تحص</w:t>
      </w:r>
      <w:r w:rsidRPr="002F751A">
        <w:rPr>
          <w:rFonts w:hint="cs"/>
          <w:b w:val="0"/>
          <w:color w:val="000000" w:themeColor="text1"/>
          <w:szCs w:val="26"/>
          <w:rtl/>
        </w:rPr>
        <w:t>یل</w:t>
      </w:r>
      <w:r w:rsidRPr="002F751A">
        <w:rPr>
          <w:b w:val="0"/>
          <w:color w:val="000000" w:themeColor="text1"/>
          <w:szCs w:val="26"/>
          <w:rtl/>
        </w:rPr>
        <w:t xml:space="preserve"> دل</w:t>
      </w:r>
      <w:r w:rsidRPr="002F751A">
        <w:rPr>
          <w:rFonts w:hint="cs"/>
          <w:b w:val="0"/>
          <w:color w:val="000000" w:themeColor="text1"/>
          <w:szCs w:val="26"/>
          <w:rtl/>
        </w:rPr>
        <w:t>یل</w:t>
      </w:r>
      <w:r w:rsidRPr="002F751A">
        <w:rPr>
          <w:b w:val="0"/>
          <w:color w:val="000000" w:themeColor="text1"/>
          <w:szCs w:val="26"/>
          <w:rtl/>
        </w:rPr>
        <w:t xml:space="preserve"> از سو</w:t>
      </w:r>
      <w:r w:rsidRPr="002F751A">
        <w:rPr>
          <w:rFonts w:hint="cs"/>
          <w:b w:val="0"/>
          <w:color w:val="000000" w:themeColor="text1"/>
          <w:szCs w:val="26"/>
          <w:rtl/>
        </w:rPr>
        <w:t>ی</w:t>
      </w:r>
      <w:r w:rsidRPr="002F751A">
        <w:rPr>
          <w:b w:val="0"/>
          <w:color w:val="000000" w:themeColor="text1"/>
          <w:szCs w:val="26"/>
          <w:rtl/>
        </w:rPr>
        <w:t xml:space="preserve"> قاض</w:t>
      </w:r>
      <w:r w:rsidRPr="002F751A">
        <w:rPr>
          <w:rFonts w:hint="cs"/>
          <w:b w:val="0"/>
          <w:color w:val="000000" w:themeColor="text1"/>
          <w:szCs w:val="26"/>
          <w:rtl/>
        </w:rPr>
        <w:t>ی</w:t>
      </w:r>
      <w:r w:rsidRPr="002F751A">
        <w:rPr>
          <w:b w:val="0"/>
          <w:color w:val="000000" w:themeColor="text1"/>
          <w:szCs w:val="26"/>
          <w:rtl/>
        </w:rPr>
        <w:t xml:space="preserve"> با تأمل</w:t>
      </w:r>
      <w:r w:rsidRPr="002F751A">
        <w:rPr>
          <w:rFonts w:hint="cs"/>
          <w:b w:val="0"/>
          <w:color w:val="000000" w:themeColor="text1"/>
          <w:szCs w:val="26"/>
          <w:rtl/>
        </w:rPr>
        <w:t>ی</w:t>
      </w:r>
      <w:r w:rsidRPr="002F751A">
        <w:rPr>
          <w:b w:val="0"/>
          <w:color w:val="000000" w:themeColor="text1"/>
          <w:szCs w:val="26"/>
          <w:rtl/>
        </w:rPr>
        <w:t xml:space="preserve"> در اند</w:t>
      </w:r>
      <w:r w:rsidRPr="002F751A">
        <w:rPr>
          <w:rFonts w:hint="cs"/>
          <w:b w:val="0"/>
          <w:color w:val="000000" w:themeColor="text1"/>
          <w:szCs w:val="26"/>
          <w:rtl/>
        </w:rPr>
        <w:t>یشه</w:t>
      </w:r>
      <w:r w:rsidRPr="002F751A">
        <w:rPr>
          <w:b w:val="0"/>
          <w:color w:val="000000" w:themeColor="text1"/>
          <w:szCs w:val="26"/>
          <w:rtl/>
        </w:rPr>
        <w:t xml:space="preserve"> امام خم</w:t>
      </w:r>
      <w:r w:rsidRPr="002F751A">
        <w:rPr>
          <w:rFonts w:hint="cs"/>
          <w:b w:val="0"/>
          <w:color w:val="000000" w:themeColor="text1"/>
          <w:szCs w:val="26"/>
          <w:rtl/>
        </w:rPr>
        <w:t>ینی</w:t>
      </w:r>
      <w:r w:rsidRPr="002F751A">
        <w:rPr>
          <w:rFonts w:hint="eastAsia"/>
          <w:b w:val="0"/>
          <w:color w:val="000000" w:themeColor="text1"/>
          <w:szCs w:val="26"/>
          <w:rtl/>
        </w:rPr>
        <w:t>»</w:t>
      </w:r>
      <w:r w:rsidRPr="002F751A">
        <w:rPr>
          <w:b w:val="0"/>
          <w:color w:val="000000" w:themeColor="text1"/>
          <w:szCs w:val="26"/>
          <w:rtl/>
        </w:rPr>
        <w:t>. مطالعات فقه اسلام</w:t>
      </w:r>
      <w:r w:rsidRPr="002F751A">
        <w:rPr>
          <w:rFonts w:hint="cs"/>
          <w:b w:val="0"/>
          <w:color w:val="000000" w:themeColor="text1"/>
          <w:szCs w:val="26"/>
          <w:rtl/>
        </w:rPr>
        <w:t>ی</w:t>
      </w:r>
      <w:r w:rsidRPr="002F751A">
        <w:rPr>
          <w:b w:val="0"/>
          <w:color w:val="000000" w:themeColor="text1"/>
          <w:szCs w:val="26"/>
          <w:rtl/>
        </w:rPr>
        <w:t xml:space="preserve"> و مبان</w:t>
      </w:r>
      <w:r w:rsidRPr="002F751A">
        <w:rPr>
          <w:rFonts w:hint="cs"/>
          <w:b w:val="0"/>
          <w:color w:val="000000" w:themeColor="text1"/>
          <w:szCs w:val="26"/>
          <w:rtl/>
        </w:rPr>
        <w:t>ی</w:t>
      </w:r>
      <w:r w:rsidRPr="002F751A">
        <w:rPr>
          <w:b w:val="0"/>
          <w:color w:val="000000" w:themeColor="text1"/>
          <w:szCs w:val="26"/>
          <w:rtl/>
        </w:rPr>
        <w:t xml:space="preserve"> حقوق، سال هفدهم، شماره </w:t>
      </w:r>
      <w:r w:rsidRPr="002F751A">
        <w:rPr>
          <w:b w:val="0"/>
          <w:color w:val="000000" w:themeColor="text1"/>
          <w:szCs w:val="26"/>
          <w:rtl/>
          <w:lang w:bidi="fa-IR"/>
        </w:rPr>
        <w:t>۴۸: ۱۳۵-۱۷۳</w:t>
      </w:r>
      <w:r w:rsidRPr="002F751A">
        <w:rPr>
          <w:b w:val="0"/>
          <w:color w:val="000000" w:themeColor="text1"/>
          <w:szCs w:val="26"/>
          <w:lang w:bidi="fa-IR"/>
        </w:rPr>
        <w:t>.</w:t>
      </w:r>
    </w:p>
    <w:p w14:paraId="07F3864A"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حسین‌آبادی،</w:t>
      </w:r>
      <w:r w:rsidRPr="002F751A">
        <w:rPr>
          <w:b w:val="0"/>
          <w:color w:val="000000" w:themeColor="text1"/>
          <w:szCs w:val="26"/>
          <w:rtl/>
        </w:rPr>
        <w:t xml:space="preserve"> ام</w:t>
      </w:r>
      <w:r w:rsidRPr="002F751A">
        <w:rPr>
          <w:rFonts w:hint="cs"/>
          <w:b w:val="0"/>
          <w:color w:val="000000" w:themeColor="text1"/>
          <w:szCs w:val="26"/>
          <w:rtl/>
        </w:rPr>
        <w:t>یر</w:t>
      </w:r>
      <w:r w:rsidRPr="002F751A">
        <w:rPr>
          <w:b w:val="0"/>
          <w:color w:val="000000" w:themeColor="text1"/>
          <w:szCs w:val="26"/>
          <w:rtl/>
        </w:rPr>
        <w:t>. (</w:t>
      </w:r>
      <w:r w:rsidRPr="002F751A">
        <w:rPr>
          <w:b w:val="0"/>
          <w:color w:val="000000" w:themeColor="text1"/>
          <w:szCs w:val="26"/>
          <w:rtl/>
          <w:lang w:bidi="fa-IR"/>
        </w:rPr>
        <w:t>۱۳۹۶). «</w:t>
      </w:r>
      <w:r w:rsidRPr="002F751A">
        <w:rPr>
          <w:b w:val="0"/>
          <w:color w:val="000000" w:themeColor="text1"/>
          <w:szCs w:val="26"/>
          <w:rtl/>
        </w:rPr>
        <w:t>ممنوع</w:t>
      </w:r>
      <w:r w:rsidRPr="002F751A">
        <w:rPr>
          <w:rFonts w:hint="cs"/>
          <w:b w:val="0"/>
          <w:color w:val="000000" w:themeColor="text1"/>
          <w:szCs w:val="26"/>
          <w:rtl/>
        </w:rPr>
        <w:t>یت</w:t>
      </w:r>
      <w:r w:rsidRPr="002F751A">
        <w:rPr>
          <w:b w:val="0"/>
          <w:color w:val="000000" w:themeColor="text1"/>
          <w:szCs w:val="26"/>
          <w:rtl/>
        </w:rPr>
        <w:t xml:space="preserve"> سوء استفاده از حق». مجله کانون وکلا</w:t>
      </w:r>
      <w:r w:rsidRPr="002F751A">
        <w:rPr>
          <w:rFonts w:hint="cs"/>
          <w:b w:val="0"/>
          <w:color w:val="000000" w:themeColor="text1"/>
          <w:szCs w:val="26"/>
          <w:rtl/>
        </w:rPr>
        <w:t>ی</w:t>
      </w:r>
      <w:r w:rsidRPr="002F751A">
        <w:rPr>
          <w:b w:val="0"/>
          <w:color w:val="000000" w:themeColor="text1"/>
          <w:szCs w:val="26"/>
          <w:rtl/>
        </w:rPr>
        <w:t xml:space="preserve"> دادگستر</w:t>
      </w:r>
      <w:r w:rsidRPr="002F751A">
        <w:rPr>
          <w:rFonts w:hint="cs"/>
          <w:b w:val="0"/>
          <w:color w:val="000000" w:themeColor="text1"/>
          <w:szCs w:val="26"/>
          <w:rtl/>
        </w:rPr>
        <w:t>ی</w:t>
      </w:r>
      <w:r w:rsidRPr="002F751A">
        <w:rPr>
          <w:b w:val="0"/>
          <w:color w:val="000000" w:themeColor="text1"/>
          <w:szCs w:val="26"/>
          <w:rtl/>
        </w:rPr>
        <w:t xml:space="preserve"> مرکز، سال شصت و نهم، شماره </w:t>
      </w:r>
      <w:r w:rsidRPr="002F751A">
        <w:rPr>
          <w:b w:val="0"/>
          <w:color w:val="000000" w:themeColor="text1"/>
          <w:szCs w:val="26"/>
          <w:rtl/>
          <w:lang w:bidi="fa-IR"/>
        </w:rPr>
        <w:t>۲۳۹: ۶۸-۸۱</w:t>
      </w:r>
      <w:r w:rsidRPr="002F751A">
        <w:rPr>
          <w:b w:val="0"/>
          <w:color w:val="000000" w:themeColor="text1"/>
          <w:szCs w:val="26"/>
          <w:lang w:bidi="fa-IR"/>
        </w:rPr>
        <w:t>.</w:t>
      </w:r>
    </w:p>
    <w:p w14:paraId="24738014"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معتمدی‌زاده،</w:t>
      </w:r>
      <w:r w:rsidRPr="002F751A">
        <w:rPr>
          <w:b w:val="0"/>
          <w:color w:val="000000" w:themeColor="text1"/>
          <w:szCs w:val="26"/>
          <w:rtl/>
        </w:rPr>
        <w:t xml:space="preserve"> محمدرضا؛ دل</w:t>
      </w:r>
      <w:r w:rsidRPr="002F751A">
        <w:rPr>
          <w:rFonts w:hint="cs"/>
          <w:b w:val="0"/>
          <w:color w:val="000000" w:themeColor="text1"/>
          <w:szCs w:val="26"/>
          <w:rtl/>
        </w:rPr>
        <w:t>یر،</w:t>
      </w:r>
      <w:r w:rsidRPr="002F751A">
        <w:rPr>
          <w:b w:val="0"/>
          <w:color w:val="000000" w:themeColor="text1"/>
          <w:szCs w:val="26"/>
          <w:rtl/>
        </w:rPr>
        <w:t xml:space="preserve"> حم</w:t>
      </w:r>
      <w:r w:rsidRPr="002F751A">
        <w:rPr>
          <w:rFonts w:hint="cs"/>
          <w:b w:val="0"/>
          <w:color w:val="000000" w:themeColor="text1"/>
          <w:szCs w:val="26"/>
          <w:rtl/>
        </w:rPr>
        <w:t>ید</w:t>
      </w:r>
      <w:r w:rsidRPr="002F751A">
        <w:rPr>
          <w:b w:val="0"/>
          <w:color w:val="000000" w:themeColor="text1"/>
          <w:szCs w:val="26"/>
          <w:rtl/>
        </w:rPr>
        <w:t xml:space="preserve"> و احمد</w:t>
      </w:r>
      <w:r w:rsidRPr="002F751A">
        <w:rPr>
          <w:rFonts w:hint="cs"/>
          <w:b w:val="0"/>
          <w:color w:val="000000" w:themeColor="text1"/>
          <w:szCs w:val="26"/>
          <w:rtl/>
        </w:rPr>
        <w:t>ی</w:t>
      </w:r>
      <w:r w:rsidRPr="002F751A">
        <w:rPr>
          <w:b w:val="0"/>
          <w:color w:val="000000" w:themeColor="text1"/>
          <w:szCs w:val="26"/>
          <w:rtl/>
        </w:rPr>
        <w:t xml:space="preserve"> موسو</w:t>
      </w:r>
      <w:r w:rsidRPr="002F751A">
        <w:rPr>
          <w:rFonts w:hint="cs"/>
          <w:b w:val="0"/>
          <w:color w:val="000000" w:themeColor="text1"/>
          <w:szCs w:val="26"/>
          <w:rtl/>
        </w:rPr>
        <w:t>ی،</w:t>
      </w:r>
      <w:r w:rsidRPr="002F751A">
        <w:rPr>
          <w:b w:val="0"/>
          <w:color w:val="000000" w:themeColor="text1"/>
          <w:szCs w:val="26"/>
          <w:rtl/>
        </w:rPr>
        <w:t xml:space="preserve"> س</w:t>
      </w:r>
      <w:r w:rsidRPr="002F751A">
        <w:rPr>
          <w:rFonts w:hint="cs"/>
          <w:b w:val="0"/>
          <w:color w:val="000000" w:themeColor="text1"/>
          <w:szCs w:val="26"/>
          <w:rtl/>
        </w:rPr>
        <w:t>یدمهدی</w:t>
      </w:r>
      <w:r w:rsidRPr="002F751A">
        <w:rPr>
          <w:b w:val="0"/>
          <w:color w:val="000000" w:themeColor="text1"/>
          <w:szCs w:val="26"/>
          <w:rtl/>
        </w:rPr>
        <w:t>. (</w:t>
      </w:r>
      <w:r w:rsidRPr="002F751A">
        <w:rPr>
          <w:b w:val="0"/>
          <w:color w:val="000000" w:themeColor="text1"/>
          <w:szCs w:val="26"/>
          <w:rtl/>
          <w:lang w:bidi="fa-IR"/>
        </w:rPr>
        <w:t>۱۴۰۲). «</w:t>
      </w:r>
      <w:r w:rsidRPr="002F751A">
        <w:rPr>
          <w:b w:val="0"/>
          <w:color w:val="000000" w:themeColor="text1"/>
          <w:szCs w:val="26"/>
          <w:rtl/>
        </w:rPr>
        <w:t>راهکارها</w:t>
      </w:r>
      <w:r w:rsidRPr="002F751A">
        <w:rPr>
          <w:rFonts w:hint="cs"/>
          <w:b w:val="0"/>
          <w:color w:val="000000" w:themeColor="text1"/>
          <w:szCs w:val="26"/>
          <w:rtl/>
        </w:rPr>
        <w:t>ی</w:t>
      </w:r>
      <w:r w:rsidRPr="002F751A">
        <w:rPr>
          <w:b w:val="0"/>
          <w:color w:val="000000" w:themeColor="text1"/>
          <w:szCs w:val="26"/>
          <w:rtl/>
        </w:rPr>
        <w:t xml:space="preserve"> کاهش اطاله دادرس</w:t>
      </w:r>
      <w:r w:rsidRPr="002F751A">
        <w:rPr>
          <w:rFonts w:hint="cs"/>
          <w:b w:val="0"/>
          <w:color w:val="000000" w:themeColor="text1"/>
          <w:szCs w:val="26"/>
          <w:rtl/>
        </w:rPr>
        <w:t>ی</w:t>
      </w:r>
      <w:r w:rsidRPr="002F751A">
        <w:rPr>
          <w:b w:val="0"/>
          <w:color w:val="000000" w:themeColor="text1"/>
          <w:szCs w:val="26"/>
          <w:rtl/>
        </w:rPr>
        <w:t xml:space="preserve"> در س</w:t>
      </w:r>
      <w:r w:rsidRPr="002F751A">
        <w:rPr>
          <w:rFonts w:hint="cs"/>
          <w:b w:val="0"/>
          <w:color w:val="000000" w:themeColor="text1"/>
          <w:szCs w:val="26"/>
          <w:rtl/>
        </w:rPr>
        <w:t>یاست</w:t>
      </w:r>
      <w:r w:rsidRPr="002F751A">
        <w:rPr>
          <w:b w:val="0"/>
          <w:color w:val="000000" w:themeColor="text1"/>
          <w:szCs w:val="26"/>
          <w:rtl/>
        </w:rPr>
        <w:t xml:space="preserve"> جنا</w:t>
      </w:r>
      <w:r w:rsidRPr="002F751A">
        <w:rPr>
          <w:rFonts w:hint="cs"/>
          <w:b w:val="0"/>
          <w:color w:val="000000" w:themeColor="text1"/>
          <w:szCs w:val="26"/>
          <w:rtl/>
        </w:rPr>
        <w:t>یی</w:t>
      </w:r>
      <w:r w:rsidRPr="002F751A">
        <w:rPr>
          <w:b w:val="0"/>
          <w:color w:val="000000" w:themeColor="text1"/>
          <w:szCs w:val="26"/>
          <w:rtl/>
        </w:rPr>
        <w:t xml:space="preserve"> جمهور</w:t>
      </w:r>
      <w:r w:rsidRPr="002F751A">
        <w:rPr>
          <w:rFonts w:hint="cs"/>
          <w:b w:val="0"/>
          <w:color w:val="000000" w:themeColor="text1"/>
          <w:szCs w:val="26"/>
          <w:rtl/>
        </w:rPr>
        <w:t>ی</w:t>
      </w:r>
      <w:r w:rsidRPr="002F751A">
        <w:rPr>
          <w:b w:val="0"/>
          <w:color w:val="000000" w:themeColor="text1"/>
          <w:szCs w:val="26"/>
          <w:rtl/>
        </w:rPr>
        <w:t xml:space="preserve"> اسلام</w:t>
      </w:r>
      <w:r w:rsidRPr="002F751A">
        <w:rPr>
          <w:rFonts w:hint="cs"/>
          <w:b w:val="0"/>
          <w:color w:val="000000" w:themeColor="text1"/>
          <w:szCs w:val="26"/>
          <w:rtl/>
        </w:rPr>
        <w:t>ی</w:t>
      </w:r>
      <w:r w:rsidRPr="002F751A">
        <w:rPr>
          <w:b w:val="0"/>
          <w:color w:val="000000" w:themeColor="text1"/>
          <w:szCs w:val="26"/>
          <w:rtl/>
        </w:rPr>
        <w:t xml:space="preserve"> ا</w:t>
      </w:r>
      <w:r w:rsidRPr="002F751A">
        <w:rPr>
          <w:rFonts w:hint="cs"/>
          <w:b w:val="0"/>
          <w:color w:val="000000" w:themeColor="text1"/>
          <w:szCs w:val="26"/>
          <w:rtl/>
        </w:rPr>
        <w:t>یران</w:t>
      </w:r>
      <w:r w:rsidRPr="002F751A">
        <w:rPr>
          <w:b w:val="0"/>
          <w:color w:val="000000" w:themeColor="text1"/>
          <w:szCs w:val="26"/>
          <w:rtl/>
        </w:rPr>
        <w:t xml:space="preserve"> با تأک</w:t>
      </w:r>
      <w:r w:rsidRPr="002F751A">
        <w:rPr>
          <w:rFonts w:hint="cs"/>
          <w:b w:val="0"/>
          <w:color w:val="000000" w:themeColor="text1"/>
          <w:szCs w:val="26"/>
          <w:rtl/>
        </w:rPr>
        <w:t>ید</w:t>
      </w:r>
      <w:r w:rsidRPr="002F751A">
        <w:rPr>
          <w:b w:val="0"/>
          <w:color w:val="000000" w:themeColor="text1"/>
          <w:szCs w:val="26"/>
          <w:rtl/>
        </w:rPr>
        <w:t xml:space="preserve"> بر مد</w:t>
      </w:r>
      <w:r w:rsidRPr="002F751A">
        <w:rPr>
          <w:rFonts w:hint="cs"/>
          <w:b w:val="0"/>
          <w:color w:val="000000" w:themeColor="text1"/>
          <w:szCs w:val="26"/>
          <w:rtl/>
        </w:rPr>
        <w:t>یریت</w:t>
      </w:r>
      <w:r w:rsidRPr="002F751A">
        <w:rPr>
          <w:b w:val="0"/>
          <w:color w:val="000000" w:themeColor="text1"/>
          <w:szCs w:val="26"/>
          <w:rtl/>
        </w:rPr>
        <w:t xml:space="preserve"> قضا</w:t>
      </w:r>
      <w:r w:rsidRPr="002F751A">
        <w:rPr>
          <w:rFonts w:hint="cs"/>
          <w:b w:val="0"/>
          <w:color w:val="000000" w:themeColor="text1"/>
          <w:szCs w:val="26"/>
          <w:rtl/>
        </w:rPr>
        <w:t>یی</w:t>
      </w:r>
      <w:r w:rsidRPr="002F751A">
        <w:rPr>
          <w:rFonts w:hint="eastAsia"/>
          <w:b w:val="0"/>
          <w:color w:val="000000" w:themeColor="text1"/>
          <w:szCs w:val="26"/>
          <w:rtl/>
        </w:rPr>
        <w:t>»</w:t>
      </w:r>
      <w:r w:rsidRPr="002F751A">
        <w:rPr>
          <w:b w:val="0"/>
          <w:color w:val="000000" w:themeColor="text1"/>
          <w:szCs w:val="26"/>
          <w:rtl/>
        </w:rPr>
        <w:t>. پژوهش‌ها</w:t>
      </w:r>
      <w:r w:rsidRPr="002F751A">
        <w:rPr>
          <w:rFonts w:hint="cs"/>
          <w:b w:val="0"/>
          <w:color w:val="000000" w:themeColor="text1"/>
          <w:szCs w:val="26"/>
          <w:rtl/>
        </w:rPr>
        <w:t>ی</w:t>
      </w:r>
      <w:r w:rsidRPr="002F751A">
        <w:rPr>
          <w:b w:val="0"/>
          <w:color w:val="000000" w:themeColor="text1"/>
          <w:szCs w:val="26"/>
          <w:rtl/>
        </w:rPr>
        <w:t xml:space="preserve"> تطب</w:t>
      </w:r>
      <w:r w:rsidRPr="002F751A">
        <w:rPr>
          <w:rFonts w:hint="cs"/>
          <w:b w:val="0"/>
          <w:color w:val="000000" w:themeColor="text1"/>
          <w:szCs w:val="26"/>
          <w:rtl/>
        </w:rPr>
        <w:t>یقی</w:t>
      </w:r>
      <w:r w:rsidRPr="002F751A">
        <w:rPr>
          <w:b w:val="0"/>
          <w:color w:val="000000" w:themeColor="text1"/>
          <w:szCs w:val="26"/>
          <w:rtl/>
        </w:rPr>
        <w:t xml:space="preserve"> فقه، حقوق و س</w:t>
      </w:r>
      <w:r w:rsidRPr="002F751A">
        <w:rPr>
          <w:rFonts w:hint="cs"/>
          <w:b w:val="0"/>
          <w:color w:val="000000" w:themeColor="text1"/>
          <w:szCs w:val="26"/>
          <w:rtl/>
        </w:rPr>
        <w:t>یاست،</w:t>
      </w:r>
      <w:r w:rsidRPr="002F751A">
        <w:rPr>
          <w:b w:val="0"/>
          <w:color w:val="000000" w:themeColor="text1"/>
          <w:szCs w:val="26"/>
          <w:rtl/>
        </w:rPr>
        <w:t xml:space="preserve"> دوره </w:t>
      </w:r>
      <w:r w:rsidRPr="002F751A">
        <w:rPr>
          <w:b w:val="0"/>
          <w:color w:val="000000" w:themeColor="text1"/>
          <w:szCs w:val="26"/>
          <w:rtl/>
          <w:lang w:bidi="fa-IR"/>
        </w:rPr>
        <w:t>۵</w:t>
      </w:r>
      <w:r w:rsidRPr="002F751A">
        <w:rPr>
          <w:b w:val="0"/>
          <w:color w:val="000000" w:themeColor="text1"/>
          <w:szCs w:val="26"/>
          <w:rtl/>
        </w:rPr>
        <w:t xml:space="preserve">، شماره </w:t>
      </w:r>
      <w:r w:rsidRPr="002F751A">
        <w:rPr>
          <w:b w:val="0"/>
          <w:color w:val="000000" w:themeColor="text1"/>
          <w:szCs w:val="26"/>
          <w:rtl/>
          <w:lang w:bidi="fa-IR"/>
        </w:rPr>
        <w:t>۲: ۲۲۰-۲۳۸</w:t>
      </w:r>
      <w:r w:rsidRPr="002F751A">
        <w:rPr>
          <w:b w:val="0"/>
          <w:color w:val="000000" w:themeColor="text1"/>
          <w:szCs w:val="26"/>
          <w:lang w:bidi="fa-IR"/>
        </w:rPr>
        <w:t>.</w:t>
      </w:r>
    </w:p>
    <w:p w14:paraId="7E055145"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قانون</w:t>
      </w:r>
      <w:r w:rsidRPr="002F751A">
        <w:rPr>
          <w:b w:val="0"/>
          <w:color w:val="000000" w:themeColor="text1"/>
          <w:szCs w:val="26"/>
          <w:rtl/>
        </w:rPr>
        <w:t xml:space="preserve"> اساس</w:t>
      </w:r>
      <w:r w:rsidRPr="002F751A">
        <w:rPr>
          <w:rFonts w:hint="cs"/>
          <w:b w:val="0"/>
          <w:color w:val="000000" w:themeColor="text1"/>
          <w:szCs w:val="26"/>
          <w:rtl/>
        </w:rPr>
        <w:t>ی</w:t>
      </w:r>
      <w:r w:rsidRPr="002F751A">
        <w:rPr>
          <w:b w:val="0"/>
          <w:color w:val="000000" w:themeColor="text1"/>
          <w:szCs w:val="26"/>
          <w:rtl/>
        </w:rPr>
        <w:t xml:space="preserve"> جمهور</w:t>
      </w:r>
      <w:r w:rsidRPr="002F751A">
        <w:rPr>
          <w:rFonts w:hint="cs"/>
          <w:b w:val="0"/>
          <w:color w:val="000000" w:themeColor="text1"/>
          <w:szCs w:val="26"/>
          <w:rtl/>
        </w:rPr>
        <w:t>ی</w:t>
      </w:r>
      <w:r w:rsidRPr="002F751A">
        <w:rPr>
          <w:b w:val="0"/>
          <w:color w:val="000000" w:themeColor="text1"/>
          <w:szCs w:val="26"/>
          <w:rtl/>
        </w:rPr>
        <w:t xml:space="preserve"> اسلام</w:t>
      </w:r>
      <w:r w:rsidRPr="002F751A">
        <w:rPr>
          <w:rFonts w:hint="cs"/>
          <w:b w:val="0"/>
          <w:color w:val="000000" w:themeColor="text1"/>
          <w:szCs w:val="26"/>
          <w:rtl/>
        </w:rPr>
        <w:t>ی</w:t>
      </w:r>
      <w:r w:rsidRPr="002F751A">
        <w:rPr>
          <w:b w:val="0"/>
          <w:color w:val="000000" w:themeColor="text1"/>
          <w:szCs w:val="26"/>
          <w:rtl/>
        </w:rPr>
        <w:t xml:space="preserve"> ا</w:t>
      </w:r>
      <w:r w:rsidRPr="002F751A">
        <w:rPr>
          <w:rFonts w:hint="cs"/>
          <w:b w:val="0"/>
          <w:color w:val="000000" w:themeColor="text1"/>
          <w:szCs w:val="26"/>
          <w:rtl/>
        </w:rPr>
        <w:t>یران،</w:t>
      </w:r>
      <w:r w:rsidRPr="002F751A">
        <w:rPr>
          <w:b w:val="0"/>
          <w:color w:val="000000" w:themeColor="text1"/>
          <w:szCs w:val="26"/>
          <w:rtl/>
        </w:rPr>
        <w:t xml:space="preserve"> مصوب </w:t>
      </w:r>
      <w:r w:rsidRPr="002F751A">
        <w:rPr>
          <w:b w:val="0"/>
          <w:color w:val="000000" w:themeColor="text1"/>
          <w:szCs w:val="26"/>
          <w:rtl/>
          <w:lang w:bidi="fa-IR"/>
        </w:rPr>
        <w:t>۱۳۵۸</w:t>
      </w:r>
      <w:r w:rsidRPr="002F751A">
        <w:rPr>
          <w:b w:val="0"/>
          <w:color w:val="000000" w:themeColor="text1"/>
          <w:szCs w:val="26"/>
          <w:rtl/>
        </w:rPr>
        <w:t xml:space="preserve"> با اصلاحات </w:t>
      </w:r>
      <w:r w:rsidRPr="002F751A">
        <w:rPr>
          <w:b w:val="0"/>
          <w:color w:val="000000" w:themeColor="text1"/>
          <w:szCs w:val="26"/>
          <w:rtl/>
          <w:lang w:bidi="fa-IR"/>
        </w:rPr>
        <w:t>۱۳۶۸</w:t>
      </w:r>
      <w:r w:rsidRPr="002F751A">
        <w:rPr>
          <w:b w:val="0"/>
          <w:color w:val="000000" w:themeColor="text1"/>
          <w:szCs w:val="26"/>
          <w:lang w:bidi="fa-IR"/>
        </w:rPr>
        <w:t>.</w:t>
      </w:r>
    </w:p>
    <w:p w14:paraId="2D0BCFFF"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قانون</w:t>
      </w:r>
      <w:r w:rsidRPr="002F751A">
        <w:rPr>
          <w:b w:val="0"/>
          <w:color w:val="000000" w:themeColor="text1"/>
          <w:szCs w:val="26"/>
          <w:rtl/>
        </w:rPr>
        <w:t xml:space="preserve"> آ</w:t>
      </w:r>
      <w:r w:rsidRPr="002F751A">
        <w:rPr>
          <w:rFonts w:hint="cs"/>
          <w:b w:val="0"/>
          <w:color w:val="000000" w:themeColor="text1"/>
          <w:szCs w:val="26"/>
          <w:rtl/>
        </w:rPr>
        <w:t>یین</w:t>
      </w:r>
      <w:r w:rsidRPr="002F751A">
        <w:rPr>
          <w:b w:val="0"/>
          <w:color w:val="000000" w:themeColor="text1"/>
          <w:szCs w:val="26"/>
          <w:rtl/>
        </w:rPr>
        <w:t xml:space="preserve"> دادرس</w:t>
      </w:r>
      <w:r w:rsidRPr="002F751A">
        <w:rPr>
          <w:rFonts w:hint="cs"/>
          <w:b w:val="0"/>
          <w:color w:val="000000" w:themeColor="text1"/>
          <w:szCs w:val="26"/>
          <w:rtl/>
        </w:rPr>
        <w:t>ی</w:t>
      </w:r>
      <w:r w:rsidRPr="002F751A">
        <w:rPr>
          <w:b w:val="0"/>
          <w:color w:val="000000" w:themeColor="text1"/>
          <w:szCs w:val="26"/>
          <w:rtl/>
        </w:rPr>
        <w:t xml:space="preserve"> دادگاه‌ها</w:t>
      </w:r>
      <w:r w:rsidRPr="002F751A">
        <w:rPr>
          <w:rFonts w:hint="cs"/>
          <w:b w:val="0"/>
          <w:color w:val="000000" w:themeColor="text1"/>
          <w:szCs w:val="26"/>
          <w:rtl/>
        </w:rPr>
        <w:t>ی</w:t>
      </w:r>
      <w:r w:rsidRPr="002F751A">
        <w:rPr>
          <w:b w:val="0"/>
          <w:color w:val="000000" w:themeColor="text1"/>
          <w:szCs w:val="26"/>
          <w:rtl/>
        </w:rPr>
        <w:t xml:space="preserve"> عموم</w:t>
      </w:r>
      <w:r w:rsidRPr="002F751A">
        <w:rPr>
          <w:rFonts w:hint="cs"/>
          <w:b w:val="0"/>
          <w:color w:val="000000" w:themeColor="text1"/>
          <w:szCs w:val="26"/>
          <w:rtl/>
        </w:rPr>
        <w:t>ی</w:t>
      </w:r>
      <w:r w:rsidRPr="002F751A">
        <w:rPr>
          <w:b w:val="0"/>
          <w:color w:val="000000" w:themeColor="text1"/>
          <w:szCs w:val="26"/>
          <w:rtl/>
        </w:rPr>
        <w:t xml:space="preserve"> و انقلاب در امور مدن</w:t>
      </w:r>
      <w:r w:rsidRPr="002F751A">
        <w:rPr>
          <w:rFonts w:hint="cs"/>
          <w:b w:val="0"/>
          <w:color w:val="000000" w:themeColor="text1"/>
          <w:szCs w:val="26"/>
          <w:rtl/>
        </w:rPr>
        <w:t>ی،</w:t>
      </w:r>
      <w:r w:rsidRPr="002F751A">
        <w:rPr>
          <w:b w:val="0"/>
          <w:color w:val="000000" w:themeColor="text1"/>
          <w:szCs w:val="26"/>
          <w:rtl/>
        </w:rPr>
        <w:t xml:space="preserve"> مصوب </w:t>
      </w:r>
      <w:r w:rsidRPr="002F751A">
        <w:rPr>
          <w:b w:val="0"/>
          <w:color w:val="000000" w:themeColor="text1"/>
          <w:szCs w:val="26"/>
          <w:rtl/>
          <w:lang w:bidi="fa-IR"/>
        </w:rPr>
        <w:t>۱۳۷۹</w:t>
      </w:r>
      <w:r w:rsidRPr="002F751A">
        <w:rPr>
          <w:b w:val="0"/>
          <w:color w:val="000000" w:themeColor="text1"/>
          <w:szCs w:val="26"/>
          <w:lang w:bidi="fa-IR"/>
        </w:rPr>
        <w:t>.</w:t>
      </w:r>
    </w:p>
    <w:p w14:paraId="39373889"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قانون</w:t>
      </w:r>
      <w:r w:rsidRPr="002F751A">
        <w:rPr>
          <w:b w:val="0"/>
          <w:color w:val="000000" w:themeColor="text1"/>
          <w:szCs w:val="26"/>
          <w:rtl/>
        </w:rPr>
        <w:t xml:space="preserve"> آ</w:t>
      </w:r>
      <w:r w:rsidRPr="002F751A">
        <w:rPr>
          <w:rFonts w:hint="cs"/>
          <w:b w:val="0"/>
          <w:color w:val="000000" w:themeColor="text1"/>
          <w:szCs w:val="26"/>
          <w:rtl/>
        </w:rPr>
        <w:t>یین</w:t>
      </w:r>
      <w:r w:rsidRPr="002F751A">
        <w:rPr>
          <w:b w:val="0"/>
          <w:color w:val="000000" w:themeColor="text1"/>
          <w:szCs w:val="26"/>
          <w:rtl/>
        </w:rPr>
        <w:t xml:space="preserve"> دادرس</w:t>
      </w:r>
      <w:r w:rsidRPr="002F751A">
        <w:rPr>
          <w:rFonts w:hint="cs"/>
          <w:b w:val="0"/>
          <w:color w:val="000000" w:themeColor="text1"/>
          <w:szCs w:val="26"/>
          <w:rtl/>
        </w:rPr>
        <w:t>ی</w:t>
      </w:r>
      <w:r w:rsidRPr="002F751A">
        <w:rPr>
          <w:b w:val="0"/>
          <w:color w:val="000000" w:themeColor="text1"/>
          <w:szCs w:val="26"/>
          <w:rtl/>
        </w:rPr>
        <w:t xml:space="preserve"> ک</w:t>
      </w:r>
      <w:r w:rsidRPr="002F751A">
        <w:rPr>
          <w:rFonts w:hint="cs"/>
          <w:b w:val="0"/>
          <w:color w:val="000000" w:themeColor="text1"/>
          <w:szCs w:val="26"/>
          <w:rtl/>
        </w:rPr>
        <w:t>یفری،</w:t>
      </w:r>
      <w:r w:rsidRPr="002F751A">
        <w:rPr>
          <w:b w:val="0"/>
          <w:color w:val="000000" w:themeColor="text1"/>
          <w:szCs w:val="26"/>
          <w:rtl/>
        </w:rPr>
        <w:t xml:space="preserve"> مصوب </w:t>
      </w:r>
      <w:r w:rsidRPr="002F751A">
        <w:rPr>
          <w:b w:val="0"/>
          <w:color w:val="000000" w:themeColor="text1"/>
          <w:szCs w:val="26"/>
          <w:rtl/>
          <w:lang w:bidi="fa-IR"/>
        </w:rPr>
        <w:t>۱۳۹۲</w:t>
      </w:r>
      <w:r w:rsidRPr="002F751A">
        <w:rPr>
          <w:b w:val="0"/>
          <w:color w:val="000000" w:themeColor="text1"/>
          <w:szCs w:val="26"/>
          <w:rtl/>
        </w:rPr>
        <w:t xml:space="preserve"> با اصلاحات و الحاقات بعد</w:t>
      </w:r>
      <w:r w:rsidRPr="002F751A">
        <w:rPr>
          <w:rFonts w:hint="cs"/>
          <w:b w:val="0"/>
          <w:color w:val="000000" w:themeColor="text1"/>
          <w:szCs w:val="26"/>
          <w:rtl/>
        </w:rPr>
        <w:t>ی</w:t>
      </w:r>
      <w:r w:rsidRPr="002F751A">
        <w:rPr>
          <w:b w:val="0"/>
          <w:color w:val="000000" w:themeColor="text1"/>
          <w:szCs w:val="26"/>
        </w:rPr>
        <w:t>.</w:t>
      </w:r>
    </w:p>
    <w:p w14:paraId="1680C3E0"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قانون</w:t>
      </w:r>
      <w:r w:rsidRPr="002F751A">
        <w:rPr>
          <w:b w:val="0"/>
          <w:color w:val="000000" w:themeColor="text1"/>
          <w:szCs w:val="26"/>
          <w:rtl/>
        </w:rPr>
        <w:t xml:space="preserve"> مجازات اسلام</w:t>
      </w:r>
      <w:r w:rsidRPr="002F751A">
        <w:rPr>
          <w:rFonts w:hint="cs"/>
          <w:b w:val="0"/>
          <w:color w:val="000000" w:themeColor="text1"/>
          <w:szCs w:val="26"/>
          <w:rtl/>
        </w:rPr>
        <w:t>ی،</w:t>
      </w:r>
      <w:r w:rsidRPr="002F751A">
        <w:rPr>
          <w:b w:val="0"/>
          <w:color w:val="000000" w:themeColor="text1"/>
          <w:szCs w:val="26"/>
          <w:rtl/>
        </w:rPr>
        <w:t xml:space="preserve"> مصوب </w:t>
      </w:r>
      <w:r w:rsidRPr="002F751A">
        <w:rPr>
          <w:b w:val="0"/>
          <w:color w:val="000000" w:themeColor="text1"/>
          <w:szCs w:val="26"/>
          <w:rtl/>
          <w:lang w:bidi="fa-IR"/>
        </w:rPr>
        <w:t>۱۳۹۲</w:t>
      </w:r>
      <w:r w:rsidRPr="002F751A">
        <w:rPr>
          <w:b w:val="0"/>
          <w:color w:val="000000" w:themeColor="text1"/>
          <w:szCs w:val="26"/>
          <w:rtl/>
        </w:rPr>
        <w:t xml:space="preserve"> با اصلاحات و الحاقات بعد</w:t>
      </w:r>
      <w:r w:rsidRPr="002F751A">
        <w:rPr>
          <w:rFonts w:hint="cs"/>
          <w:b w:val="0"/>
          <w:color w:val="000000" w:themeColor="text1"/>
          <w:szCs w:val="26"/>
          <w:rtl/>
        </w:rPr>
        <w:t>ی،</w:t>
      </w:r>
      <w:r w:rsidRPr="002F751A">
        <w:rPr>
          <w:b w:val="0"/>
          <w:color w:val="000000" w:themeColor="text1"/>
          <w:szCs w:val="26"/>
          <w:rtl/>
        </w:rPr>
        <w:t xml:space="preserve"> به‌و</w:t>
      </w:r>
      <w:r w:rsidRPr="002F751A">
        <w:rPr>
          <w:rFonts w:hint="cs"/>
          <w:b w:val="0"/>
          <w:color w:val="000000" w:themeColor="text1"/>
          <w:szCs w:val="26"/>
          <w:rtl/>
        </w:rPr>
        <w:t>یژه</w:t>
      </w:r>
      <w:r w:rsidRPr="002F751A">
        <w:rPr>
          <w:b w:val="0"/>
          <w:color w:val="000000" w:themeColor="text1"/>
          <w:szCs w:val="26"/>
          <w:rtl/>
        </w:rPr>
        <w:t xml:space="preserve"> ماده </w:t>
      </w:r>
      <w:r w:rsidRPr="002F751A">
        <w:rPr>
          <w:b w:val="0"/>
          <w:color w:val="000000" w:themeColor="text1"/>
          <w:szCs w:val="26"/>
          <w:rtl/>
          <w:lang w:bidi="fa-IR"/>
        </w:rPr>
        <w:t>۱۰۴</w:t>
      </w:r>
      <w:r w:rsidRPr="002F751A">
        <w:rPr>
          <w:b w:val="0"/>
          <w:color w:val="000000" w:themeColor="text1"/>
          <w:szCs w:val="26"/>
          <w:rtl/>
        </w:rPr>
        <w:t xml:space="preserve"> اصلاح</w:t>
      </w:r>
      <w:r w:rsidRPr="002F751A">
        <w:rPr>
          <w:rFonts w:hint="cs"/>
          <w:b w:val="0"/>
          <w:color w:val="000000" w:themeColor="text1"/>
          <w:szCs w:val="26"/>
          <w:rtl/>
        </w:rPr>
        <w:t>ی</w:t>
      </w:r>
      <w:r w:rsidRPr="002F751A">
        <w:rPr>
          <w:b w:val="0"/>
          <w:color w:val="000000" w:themeColor="text1"/>
          <w:szCs w:val="26"/>
          <w:rtl/>
        </w:rPr>
        <w:t xml:space="preserve"> </w:t>
      </w:r>
      <w:r w:rsidRPr="002F751A">
        <w:rPr>
          <w:b w:val="0"/>
          <w:color w:val="000000" w:themeColor="text1"/>
          <w:szCs w:val="26"/>
          <w:rtl/>
          <w:lang w:bidi="fa-IR"/>
        </w:rPr>
        <w:t>۱۴۰۳/۰۲/۲۵</w:t>
      </w:r>
      <w:r w:rsidRPr="002F751A">
        <w:rPr>
          <w:b w:val="0"/>
          <w:color w:val="000000" w:themeColor="text1"/>
          <w:szCs w:val="26"/>
          <w:lang w:bidi="fa-IR"/>
        </w:rPr>
        <w:t>.</w:t>
      </w:r>
    </w:p>
    <w:p w14:paraId="64E735A0"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قانون</w:t>
      </w:r>
      <w:r w:rsidRPr="002F751A">
        <w:rPr>
          <w:b w:val="0"/>
          <w:color w:val="000000" w:themeColor="text1"/>
          <w:szCs w:val="26"/>
          <w:rtl/>
        </w:rPr>
        <w:t xml:space="preserve"> مجازات اسلام</w:t>
      </w:r>
      <w:r w:rsidRPr="002F751A">
        <w:rPr>
          <w:rFonts w:hint="cs"/>
          <w:b w:val="0"/>
          <w:color w:val="000000" w:themeColor="text1"/>
          <w:szCs w:val="26"/>
          <w:rtl/>
        </w:rPr>
        <w:t>ی</w:t>
      </w:r>
      <w:r w:rsidRPr="002F751A">
        <w:rPr>
          <w:b w:val="0"/>
          <w:color w:val="000000" w:themeColor="text1"/>
          <w:szCs w:val="26"/>
          <w:rtl/>
        </w:rPr>
        <w:t xml:space="preserve"> (کتاب پنجم: تعز</w:t>
      </w:r>
      <w:r w:rsidRPr="002F751A">
        <w:rPr>
          <w:rFonts w:hint="cs"/>
          <w:b w:val="0"/>
          <w:color w:val="000000" w:themeColor="text1"/>
          <w:szCs w:val="26"/>
          <w:rtl/>
        </w:rPr>
        <w:t>یرات</w:t>
      </w:r>
      <w:r w:rsidRPr="002F751A">
        <w:rPr>
          <w:b w:val="0"/>
          <w:color w:val="000000" w:themeColor="text1"/>
          <w:szCs w:val="26"/>
          <w:rtl/>
        </w:rPr>
        <w:t xml:space="preserve"> و مجازات‌ها</w:t>
      </w:r>
      <w:r w:rsidRPr="002F751A">
        <w:rPr>
          <w:rFonts w:hint="cs"/>
          <w:b w:val="0"/>
          <w:color w:val="000000" w:themeColor="text1"/>
          <w:szCs w:val="26"/>
          <w:rtl/>
        </w:rPr>
        <w:t>ی</w:t>
      </w:r>
      <w:r w:rsidRPr="002F751A">
        <w:rPr>
          <w:b w:val="0"/>
          <w:color w:val="000000" w:themeColor="text1"/>
          <w:szCs w:val="26"/>
          <w:rtl/>
        </w:rPr>
        <w:t xml:space="preserve"> بازدارنده)، مصوب </w:t>
      </w:r>
      <w:r w:rsidRPr="002F751A">
        <w:rPr>
          <w:b w:val="0"/>
          <w:color w:val="000000" w:themeColor="text1"/>
          <w:szCs w:val="26"/>
          <w:rtl/>
          <w:lang w:bidi="fa-IR"/>
        </w:rPr>
        <w:t>۱۳۷۵</w:t>
      </w:r>
      <w:r w:rsidRPr="002F751A">
        <w:rPr>
          <w:b w:val="0"/>
          <w:color w:val="000000" w:themeColor="text1"/>
          <w:szCs w:val="26"/>
          <w:rtl/>
        </w:rPr>
        <w:t xml:space="preserve"> با اصلاحات بعد</w:t>
      </w:r>
      <w:r w:rsidRPr="002F751A">
        <w:rPr>
          <w:rFonts w:hint="cs"/>
          <w:b w:val="0"/>
          <w:color w:val="000000" w:themeColor="text1"/>
          <w:szCs w:val="26"/>
          <w:rtl/>
        </w:rPr>
        <w:t>ی،</w:t>
      </w:r>
      <w:r w:rsidRPr="002F751A">
        <w:rPr>
          <w:b w:val="0"/>
          <w:color w:val="000000" w:themeColor="text1"/>
          <w:szCs w:val="26"/>
          <w:rtl/>
        </w:rPr>
        <w:t xml:space="preserve"> مواد </w:t>
      </w:r>
      <w:r w:rsidRPr="002F751A">
        <w:rPr>
          <w:b w:val="0"/>
          <w:color w:val="000000" w:themeColor="text1"/>
          <w:szCs w:val="26"/>
          <w:rtl/>
          <w:lang w:bidi="fa-IR"/>
        </w:rPr>
        <w:t>۶۹۷</w:t>
      </w:r>
      <w:r w:rsidRPr="002F751A">
        <w:rPr>
          <w:b w:val="0"/>
          <w:color w:val="000000" w:themeColor="text1"/>
          <w:szCs w:val="26"/>
          <w:rtl/>
        </w:rPr>
        <w:t xml:space="preserve"> تا </w:t>
      </w:r>
      <w:r w:rsidRPr="002F751A">
        <w:rPr>
          <w:b w:val="0"/>
          <w:color w:val="000000" w:themeColor="text1"/>
          <w:szCs w:val="26"/>
          <w:rtl/>
          <w:lang w:bidi="fa-IR"/>
        </w:rPr>
        <w:t>۶۹۹</w:t>
      </w:r>
      <w:r w:rsidRPr="002F751A">
        <w:rPr>
          <w:b w:val="0"/>
          <w:color w:val="000000" w:themeColor="text1"/>
          <w:szCs w:val="26"/>
          <w:lang w:bidi="fa-IR"/>
        </w:rPr>
        <w:t>.</w:t>
      </w:r>
    </w:p>
    <w:p w14:paraId="15011F62"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قانون</w:t>
      </w:r>
      <w:r w:rsidRPr="002F751A">
        <w:rPr>
          <w:b w:val="0"/>
          <w:color w:val="000000" w:themeColor="text1"/>
          <w:szCs w:val="26"/>
          <w:rtl/>
        </w:rPr>
        <w:t xml:space="preserve"> کاهش مجازات حبس تعز</w:t>
      </w:r>
      <w:r w:rsidRPr="002F751A">
        <w:rPr>
          <w:rFonts w:hint="cs"/>
          <w:b w:val="0"/>
          <w:color w:val="000000" w:themeColor="text1"/>
          <w:szCs w:val="26"/>
          <w:rtl/>
        </w:rPr>
        <w:t>یری،</w:t>
      </w:r>
      <w:r w:rsidRPr="002F751A">
        <w:rPr>
          <w:b w:val="0"/>
          <w:color w:val="000000" w:themeColor="text1"/>
          <w:szCs w:val="26"/>
          <w:rtl/>
        </w:rPr>
        <w:t xml:space="preserve"> مصوب </w:t>
      </w:r>
      <w:r w:rsidRPr="002F751A">
        <w:rPr>
          <w:b w:val="0"/>
          <w:color w:val="000000" w:themeColor="text1"/>
          <w:szCs w:val="26"/>
          <w:rtl/>
          <w:lang w:bidi="fa-IR"/>
        </w:rPr>
        <w:t>۱۳۹۹/۰۲/۲۳</w:t>
      </w:r>
      <w:r w:rsidRPr="002F751A">
        <w:rPr>
          <w:b w:val="0"/>
          <w:color w:val="000000" w:themeColor="text1"/>
          <w:szCs w:val="26"/>
          <w:lang w:bidi="fa-IR"/>
        </w:rPr>
        <w:t>.</w:t>
      </w:r>
    </w:p>
    <w:p w14:paraId="671DA76D"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دستورالعمل</w:t>
      </w:r>
      <w:r w:rsidRPr="002F751A">
        <w:rPr>
          <w:b w:val="0"/>
          <w:color w:val="000000" w:themeColor="text1"/>
          <w:szCs w:val="26"/>
          <w:rtl/>
        </w:rPr>
        <w:t xml:space="preserve"> کاهش اطاله دادرس</w:t>
      </w:r>
      <w:r w:rsidRPr="002F751A">
        <w:rPr>
          <w:rFonts w:hint="cs"/>
          <w:b w:val="0"/>
          <w:color w:val="000000" w:themeColor="text1"/>
          <w:szCs w:val="26"/>
          <w:rtl/>
        </w:rPr>
        <w:t>ی،</w:t>
      </w:r>
      <w:r w:rsidRPr="002F751A">
        <w:rPr>
          <w:b w:val="0"/>
          <w:color w:val="000000" w:themeColor="text1"/>
          <w:szCs w:val="26"/>
          <w:rtl/>
        </w:rPr>
        <w:t xml:space="preserve"> مصوب رئ</w:t>
      </w:r>
      <w:r w:rsidRPr="002F751A">
        <w:rPr>
          <w:rFonts w:hint="cs"/>
          <w:b w:val="0"/>
          <w:color w:val="000000" w:themeColor="text1"/>
          <w:szCs w:val="26"/>
          <w:rtl/>
        </w:rPr>
        <w:t>یس</w:t>
      </w:r>
      <w:r w:rsidRPr="002F751A">
        <w:rPr>
          <w:b w:val="0"/>
          <w:color w:val="000000" w:themeColor="text1"/>
          <w:szCs w:val="26"/>
          <w:rtl/>
        </w:rPr>
        <w:t xml:space="preserve"> قوه قضا</w:t>
      </w:r>
      <w:r w:rsidRPr="002F751A">
        <w:rPr>
          <w:rFonts w:hint="cs"/>
          <w:b w:val="0"/>
          <w:color w:val="000000" w:themeColor="text1"/>
          <w:szCs w:val="26"/>
          <w:rtl/>
        </w:rPr>
        <w:t>ییه،</w:t>
      </w:r>
      <w:r w:rsidRPr="002F751A">
        <w:rPr>
          <w:b w:val="0"/>
          <w:color w:val="000000" w:themeColor="text1"/>
          <w:szCs w:val="26"/>
          <w:rtl/>
        </w:rPr>
        <w:t xml:space="preserve"> </w:t>
      </w:r>
      <w:r w:rsidRPr="002F751A">
        <w:rPr>
          <w:b w:val="0"/>
          <w:color w:val="000000" w:themeColor="text1"/>
          <w:szCs w:val="26"/>
          <w:rtl/>
          <w:lang w:bidi="fa-IR"/>
        </w:rPr>
        <w:t>۱۴۰۴/۰۴/۳۰</w:t>
      </w:r>
      <w:r w:rsidRPr="002F751A">
        <w:rPr>
          <w:b w:val="0"/>
          <w:color w:val="000000" w:themeColor="text1"/>
          <w:szCs w:val="26"/>
          <w:lang w:bidi="fa-IR"/>
        </w:rPr>
        <w:t>.</w:t>
      </w:r>
    </w:p>
    <w:p w14:paraId="77ACDC9B" w14:textId="77777777" w:rsidR="002F751A" w:rsidRPr="002F751A" w:rsidRDefault="002F751A" w:rsidP="00B800F5">
      <w:pPr>
        <w:pStyle w:val="SubFA"/>
        <w:keepNext/>
        <w:numPr>
          <w:ilvl w:val="0"/>
          <w:numId w:val="10"/>
        </w:numPr>
        <w:bidi/>
        <w:rPr>
          <w:b w:val="0"/>
          <w:color w:val="000000" w:themeColor="text1"/>
          <w:szCs w:val="26"/>
          <w:rtl/>
        </w:rPr>
      </w:pPr>
      <w:r w:rsidRPr="002F751A">
        <w:rPr>
          <w:rFonts w:hint="cs"/>
          <w:b w:val="0"/>
          <w:color w:val="000000" w:themeColor="text1"/>
          <w:szCs w:val="26"/>
          <w:rtl/>
        </w:rPr>
        <w:t>اداره</w:t>
      </w:r>
      <w:r w:rsidRPr="002F751A">
        <w:rPr>
          <w:b w:val="0"/>
          <w:color w:val="000000" w:themeColor="text1"/>
          <w:szCs w:val="26"/>
          <w:rtl/>
        </w:rPr>
        <w:t xml:space="preserve"> کل حقوق</w:t>
      </w:r>
      <w:r w:rsidRPr="002F751A">
        <w:rPr>
          <w:rFonts w:hint="cs"/>
          <w:b w:val="0"/>
          <w:color w:val="000000" w:themeColor="text1"/>
          <w:szCs w:val="26"/>
          <w:rtl/>
        </w:rPr>
        <w:t>ی</w:t>
      </w:r>
      <w:r w:rsidRPr="002F751A">
        <w:rPr>
          <w:b w:val="0"/>
          <w:color w:val="000000" w:themeColor="text1"/>
          <w:szCs w:val="26"/>
          <w:rtl/>
        </w:rPr>
        <w:t xml:space="preserve"> قوه قضا</w:t>
      </w:r>
      <w:r w:rsidRPr="002F751A">
        <w:rPr>
          <w:rFonts w:hint="cs"/>
          <w:b w:val="0"/>
          <w:color w:val="000000" w:themeColor="text1"/>
          <w:szCs w:val="26"/>
          <w:rtl/>
        </w:rPr>
        <w:t>ییه</w:t>
      </w:r>
      <w:r w:rsidRPr="002F751A">
        <w:rPr>
          <w:b w:val="0"/>
          <w:color w:val="000000" w:themeColor="text1"/>
          <w:szCs w:val="26"/>
          <w:rtl/>
        </w:rPr>
        <w:t>. (</w:t>
      </w:r>
      <w:r w:rsidRPr="002F751A">
        <w:rPr>
          <w:b w:val="0"/>
          <w:color w:val="000000" w:themeColor="text1"/>
          <w:szCs w:val="26"/>
          <w:rtl/>
          <w:lang w:bidi="fa-IR"/>
        </w:rPr>
        <w:t xml:space="preserve">۱۳۹۸). </w:t>
      </w:r>
      <w:r w:rsidRPr="002F751A">
        <w:rPr>
          <w:b w:val="0"/>
          <w:color w:val="000000" w:themeColor="text1"/>
          <w:szCs w:val="26"/>
          <w:rtl/>
        </w:rPr>
        <w:t>نظر</w:t>
      </w:r>
      <w:r w:rsidRPr="002F751A">
        <w:rPr>
          <w:rFonts w:hint="cs"/>
          <w:b w:val="0"/>
          <w:color w:val="000000" w:themeColor="text1"/>
          <w:szCs w:val="26"/>
          <w:rtl/>
        </w:rPr>
        <w:t>یه</w:t>
      </w:r>
      <w:r w:rsidRPr="002F751A">
        <w:rPr>
          <w:b w:val="0"/>
          <w:color w:val="000000" w:themeColor="text1"/>
          <w:szCs w:val="26"/>
          <w:rtl/>
        </w:rPr>
        <w:t xml:space="preserve"> مشورت</w:t>
      </w:r>
      <w:r w:rsidRPr="002F751A">
        <w:rPr>
          <w:rFonts w:hint="cs"/>
          <w:b w:val="0"/>
          <w:color w:val="000000" w:themeColor="text1"/>
          <w:szCs w:val="26"/>
          <w:rtl/>
        </w:rPr>
        <w:t>ی</w:t>
      </w:r>
      <w:r w:rsidRPr="002F751A">
        <w:rPr>
          <w:b w:val="0"/>
          <w:color w:val="000000" w:themeColor="text1"/>
          <w:szCs w:val="26"/>
          <w:rtl/>
        </w:rPr>
        <w:t xml:space="preserve"> شماره </w:t>
      </w:r>
      <w:r w:rsidRPr="002F751A">
        <w:rPr>
          <w:b w:val="0"/>
          <w:color w:val="000000" w:themeColor="text1"/>
          <w:szCs w:val="26"/>
          <w:rtl/>
          <w:lang w:bidi="fa-IR"/>
        </w:rPr>
        <w:t>۷/۹۸/۱۹۷۱</w:t>
      </w:r>
      <w:r w:rsidRPr="002F751A">
        <w:rPr>
          <w:b w:val="0"/>
          <w:color w:val="000000" w:themeColor="text1"/>
          <w:szCs w:val="26"/>
          <w:rtl/>
        </w:rPr>
        <w:t xml:space="preserve"> مورخ </w:t>
      </w:r>
      <w:r w:rsidRPr="002F751A">
        <w:rPr>
          <w:b w:val="0"/>
          <w:color w:val="000000" w:themeColor="text1"/>
          <w:szCs w:val="26"/>
          <w:rtl/>
          <w:lang w:bidi="fa-IR"/>
        </w:rPr>
        <w:t>۱۳۹۸/۱۲/۲۴</w:t>
      </w:r>
      <w:r w:rsidRPr="002F751A">
        <w:rPr>
          <w:b w:val="0"/>
          <w:color w:val="000000" w:themeColor="text1"/>
          <w:szCs w:val="26"/>
          <w:lang w:bidi="fa-IR"/>
        </w:rPr>
        <w:t>.</w:t>
      </w:r>
    </w:p>
    <w:p w14:paraId="3D98289C" w14:textId="77777777" w:rsidR="002F751A" w:rsidRPr="00B800F5" w:rsidRDefault="002F751A" w:rsidP="00B800F5">
      <w:pPr>
        <w:pStyle w:val="SubFA"/>
        <w:keepNext/>
        <w:numPr>
          <w:ilvl w:val="0"/>
          <w:numId w:val="11"/>
        </w:numPr>
        <w:rPr>
          <w:rFonts w:asciiTheme="majorBidi" w:hAnsiTheme="majorBidi" w:cstheme="majorBidi"/>
          <w:b w:val="0"/>
          <w:i/>
          <w:iCs/>
          <w:color w:val="000000" w:themeColor="text1"/>
          <w:szCs w:val="26"/>
        </w:rPr>
      </w:pPr>
      <w:r w:rsidRPr="00B800F5">
        <w:rPr>
          <w:rFonts w:asciiTheme="majorBidi" w:hAnsiTheme="majorBidi" w:cstheme="majorBidi"/>
          <w:b w:val="0"/>
          <w:i/>
          <w:iCs/>
          <w:color w:val="000000" w:themeColor="text1"/>
          <w:szCs w:val="26"/>
        </w:rPr>
        <w:t>Choo, A. L.-T. (2008). Abuse of Process and Judicial Stays of Criminal Proceedings (2nd ed.). Oxford: Oxford University Press.</w:t>
      </w:r>
    </w:p>
    <w:p w14:paraId="115ABDB8" w14:textId="77777777" w:rsidR="002F751A" w:rsidRPr="00B800F5" w:rsidRDefault="002F751A" w:rsidP="00B800F5">
      <w:pPr>
        <w:pStyle w:val="SubFA"/>
        <w:keepNext/>
        <w:numPr>
          <w:ilvl w:val="0"/>
          <w:numId w:val="11"/>
        </w:numPr>
        <w:rPr>
          <w:rFonts w:asciiTheme="majorBidi" w:hAnsiTheme="majorBidi" w:cstheme="majorBidi"/>
          <w:b w:val="0"/>
          <w:i/>
          <w:iCs/>
          <w:color w:val="000000" w:themeColor="text1"/>
          <w:szCs w:val="26"/>
        </w:rPr>
      </w:pPr>
      <w:proofErr w:type="spellStart"/>
      <w:r w:rsidRPr="00B800F5">
        <w:rPr>
          <w:rFonts w:asciiTheme="majorBidi" w:hAnsiTheme="majorBidi" w:cstheme="majorBidi"/>
          <w:b w:val="0"/>
          <w:i/>
          <w:iCs/>
          <w:color w:val="000000" w:themeColor="text1"/>
          <w:szCs w:val="26"/>
        </w:rPr>
        <w:t>Ginossar</w:t>
      </w:r>
      <w:proofErr w:type="spellEnd"/>
      <w:r w:rsidRPr="00B800F5">
        <w:rPr>
          <w:rFonts w:asciiTheme="majorBidi" w:hAnsiTheme="majorBidi" w:cstheme="majorBidi"/>
          <w:b w:val="0"/>
          <w:i/>
          <w:iCs/>
          <w:color w:val="000000" w:themeColor="text1"/>
          <w:szCs w:val="26"/>
        </w:rPr>
        <w:t>, S. (1982). “Abuse of Process”. Israel Law Review, 17(4): 401-466.</w:t>
      </w:r>
    </w:p>
    <w:p w14:paraId="612CF589" w14:textId="77777777" w:rsidR="002F751A" w:rsidRPr="00B800F5" w:rsidRDefault="002F751A" w:rsidP="00B800F5">
      <w:pPr>
        <w:pStyle w:val="SubFA"/>
        <w:keepNext/>
        <w:numPr>
          <w:ilvl w:val="0"/>
          <w:numId w:val="11"/>
        </w:numPr>
        <w:rPr>
          <w:rFonts w:asciiTheme="majorBidi" w:hAnsiTheme="majorBidi" w:cstheme="majorBidi"/>
          <w:b w:val="0"/>
          <w:i/>
          <w:iCs/>
          <w:color w:val="000000" w:themeColor="text1"/>
          <w:szCs w:val="26"/>
        </w:rPr>
      </w:pPr>
      <w:proofErr w:type="spellStart"/>
      <w:r w:rsidRPr="00B800F5">
        <w:rPr>
          <w:rFonts w:asciiTheme="majorBidi" w:hAnsiTheme="majorBidi" w:cstheme="majorBidi"/>
          <w:b w:val="0"/>
          <w:i/>
          <w:iCs/>
          <w:color w:val="000000" w:themeColor="text1"/>
          <w:szCs w:val="26"/>
        </w:rPr>
        <w:t>Goldoftas</w:t>
      </w:r>
      <w:proofErr w:type="spellEnd"/>
      <w:r w:rsidRPr="00B800F5">
        <w:rPr>
          <w:rFonts w:asciiTheme="majorBidi" w:hAnsiTheme="majorBidi" w:cstheme="majorBidi"/>
          <w:b w:val="0"/>
          <w:i/>
          <w:iCs/>
          <w:color w:val="000000" w:themeColor="text1"/>
          <w:szCs w:val="26"/>
        </w:rPr>
        <w:t>, T. (1964). “Abuse of Process”. Cleveland-Marshall Law Review, 13: 163-171.</w:t>
      </w:r>
    </w:p>
    <w:p w14:paraId="14D483BB" w14:textId="77777777" w:rsidR="002F751A" w:rsidRPr="00B800F5" w:rsidRDefault="002F751A" w:rsidP="00B800F5">
      <w:pPr>
        <w:pStyle w:val="SubFA"/>
        <w:keepNext/>
        <w:numPr>
          <w:ilvl w:val="0"/>
          <w:numId w:val="11"/>
        </w:numPr>
        <w:rPr>
          <w:rFonts w:asciiTheme="majorBidi" w:hAnsiTheme="majorBidi" w:cstheme="majorBidi"/>
          <w:b w:val="0"/>
          <w:i/>
          <w:iCs/>
          <w:color w:val="000000" w:themeColor="text1"/>
          <w:szCs w:val="26"/>
        </w:rPr>
      </w:pPr>
      <w:r w:rsidRPr="00B800F5">
        <w:rPr>
          <w:rFonts w:asciiTheme="majorBidi" w:hAnsiTheme="majorBidi" w:cstheme="majorBidi"/>
          <w:b w:val="0"/>
          <w:i/>
          <w:iCs/>
          <w:color w:val="000000" w:themeColor="text1"/>
          <w:szCs w:val="26"/>
        </w:rPr>
        <w:t>Jacob, E. (2026). “Weaponized Courts: The Need for Uniform Vexatious Litigant Law Reform”. New York University Journal of Legislation and Public Policy, 28: 65-124.</w:t>
      </w:r>
    </w:p>
    <w:p w14:paraId="37CE532F" w14:textId="77777777" w:rsidR="002F751A" w:rsidRPr="00B800F5" w:rsidRDefault="002F751A" w:rsidP="00B800F5">
      <w:pPr>
        <w:pStyle w:val="SubFA"/>
        <w:keepNext/>
        <w:numPr>
          <w:ilvl w:val="0"/>
          <w:numId w:val="11"/>
        </w:numPr>
        <w:rPr>
          <w:rFonts w:asciiTheme="majorBidi" w:hAnsiTheme="majorBidi" w:cstheme="majorBidi"/>
          <w:b w:val="0"/>
          <w:i/>
          <w:iCs/>
          <w:color w:val="000000" w:themeColor="text1"/>
          <w:szCs w:val="26"/>
        </w:rPr>
      </w:pPr>
      <w:r w:rsidRPr="00B800F5">
        <w:rPr>
          <w:rFonts w:asciiTheme="majorBidi" w:hAnsiTheme="majorBidi" w:cstheme="majorBidi"/>
          <w:b w:val="0"/>
          <w:i/>
          <w:iCs/>
          <w:color w:val="000000" w:themeColor="text1"/>
          <w:szCs w:val="26"/>
        </w:rPr>
        <w:t xml:space="preserve">Mullen, P. E. &amp; Lester, G. (2006). “Vexatious Litigants and Unusually Persistent Complainants and Petitioners: From Querulous Paranoia to Querulous </w:t>
      </w:r>
      <w:proofErr w:type="spellStart"/>
      <w:r w:rsidRPr="00B800F5">
        <w:rPr>
          <w:rFonts w:asciiTheme="majorBidi" w:hAnsiTheme="majorBidi" w:cstheme="majorBidi"/>
          <w:b w:val="0"/>
          <w:i/>
          <w:iCs/>
          <w:color w:val="000000" w:themeColor="text1"/>
          <w:szCs w:val="26"/>
        </w:rPr>
        <w:t>Behaviour</w:t>
      </w:r>
      <w:proofErr w:type="spellEnd"/>
      <w:r w:rsidRPr="00B800F5">
        <w:rPr>
          <w:rFonts w:asciiTheme="majorBidi" w:hAnsiTheme="majorBidi" w:cstheme="majorBidi"/>
          <w:b w:val="0"/>
          <w:i/>
          <w:iCs/>
          <w:color w:val="000000" w:themeColor="text1"/>
          <w:szCs w:val="26"/>
        </w:rPr>
        <w:t>”. Behavioral Sciences &amp; the Law, 24(3): 333-349. https://doi.org/10.1002/bsl.671</w:t>
      </w:r>
    </w:p>
    <w:p w14:paraId="2C2548FE" w14:textId="0159F909" w:rsidR="009F417E" w:rsidRPr="00B800F5" w:rsidRDefault="002F751A" w:rsidP="00B800F5">
      <w:pPr>
        <w:pStyle w:val="SubFA"/>
        <w:keepNext/>
        <w:numPr>
          <w:ilvl w:val="0"/>
          <w:numId w:val="11"/>
        </w:numPr>
        <w:rPr>
          <w:rFonts w:asciiTheme="majorBidi" w:hAnsiTheme="majorBidi" w:cstheme="majorBidi"/>
          <w:bCs/>
          <w:i/>
          <w:iCs/>
          <w:color w:val="000000" w:themeColor="text1"/>
        </w:rPr>
      </w:pPr>
      <w:r w:rsidRPr="00B800F5">
        <w:rPr>
          <w:rFonts w:asciiTheme="majorBidi" w:hAnsiTheme="majorBidi" w:cstheme="majorBidi"/>
          <w:b w:val="0"/>
          <w:i/>
          <w:iCs/>
          <w:color w:val="000000" w:themeColor="text1"/>
          <w:szCs w:val="26"/>
        </w:rPr>
        <w:t>Rust, S. (2024). “The Vexatious Litigant Problem”. Houston Law Review, 62: 453</w:t>
      </w:r>
      <w:r w:rsidRPr="00B800F5">
        <w:rPr>
          <w:rFonts w:asciiTheme="majorBidi" w:hAnsiTheme="majorBidi" w:cstheme="majorBidi"/>
          <w:bCs/>
          <w:i/>
          <w:iCs/>
          <w:color w:val="000000" w:themeColor="text1"/>
        </w:rPr>
        <w:t>-503</w:t>
      </w:r>
      <w:r w:rsidRPr="00B800F5">
        <w:rPr>
          <w:rFonts w:asciiTheme="majorBidi" w:hAnsiTheme="majorBidi" w:cstheme="majorBidi"/>
          <w:bCs/>
          <w:i/>
          <w:iCs/>
          <w:color w:val="000000" w:themeColor="text1"/>
          <w:rtl/>
        </w:rPr>
        <w:t>.</w:t>
      </w:r>
    </w:p>
    <w:sectPr w:rsidR="009F417E" w:rsidRPr="00B800F5" w:rsidSect="00034616">
      <w:footerReference w:type="default" r:id="rId10"/>
      <w:pgSz w:w="11906" w:h="16838"/>
      <w:pgMar w:top="1247" w:right="1304" w:bottom="1247" w:left="1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171C2" w14:textId="77777777" w:rsidR="00445555" w:rsidRDefault="00445555">
      <w:pPr>
        <w:spacing w:after="0" w:line="240" w:lineRule="auto"/>
      </w:pPr>
      <w:r>
        <w:separator/>
      </w:r>
    </w:p>
  </w:endnote>
  <w:endnote w:type="continuationSeparator" w:id="0">
    <w:p w14:paraId="57694A3B" w14:textId="77777777" w:rsidR="00445555" w:rsidRDefault="00445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EE3CB" w14:textId="77777777" w:rsidR="000D20D2" w:rsidRDefault="000D20D2">
    <w:pPr>
      <w:pStyle w:val="Footer"/>
      <w:jc w:val="center"/>
    </w:pPr>
    <w:r>
      <w:fldChar w:fldCharType="begin"/>
    </w:r>
    <w:r>
      <w:instrText>PAGE</w:instrText>
    </w:r>
    <w:r>
      <w:fldChar w:fldCharType="separate"/>
    </w:r>
    <w:r w:rsidR="001A7D43">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06EBC4" w14:textId="77777777" w:rsidR="00445555" w:rsidRDefault="00445555">
      <w:pPr>
        <w:spacing w:after="0" w:line="240" w:lineRule="auto"/>
      </w:pPr>
      <w:r>
        <w:separator/>
      </w:r>
    </w:p>
  </w:footnote>
  <w:footnote w:type="continuationSeparator" w:id="0">
    <w:p w14:paraId="27E1B508" w14:textId="77777777" w:rsidR="00445555" w:rsidRDefault="004455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813804"/>
    <w:multiLevelType w:val="hybridMultilevel"/>
    <w:tmpl w:val="775EB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9510A"/>
    <w:multiLevelType w:val="hybridMultilevel"/>
    <w:tmpl w:val="49000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D20D2"/>
    <w:rsid w:val="0015074B"/>
    <w:rsid w:val="001A7D43"/>
    <w:rsid w:val="0027510B"/>
    <w:rsid w:val="0029639D"/>
    <w:rsid w:val="002F751A"/>
    <w:rsid w:val="00326F90"/>
    <w:rsid w:val="00445555"/>
    <w:rsid w:val="00610789"/>
    <w:rsid w:val="009F417E"/>
    <w:rsid w:val="00AA1D8D"/>
    <w:rsid w:val="00B47730"/>
    <w:rsid w:val="00B800F5"/>
    <w:rsid w:val="00CB0664"/>
    <w:rsid w:val="00CB78AC"/>
    <w:rsid w:val="00E95FAC"/>
    <w:rsid w:val="00FC693F"/>
    <w:rsid w:val="00FE2D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032FA"/>
  <w14:defaultImageDpi w14:val="300"/>
  <w15:docId w15:val="{B54BB8E4-9724-4A21-BDFC-6B836D06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40"/>
      <w:jc w:val="both"/>
    </w:pPr>
    <w:rPr>
      <w:rFonts w:ascii="B Mitra" w:hAnsi="B Mitra" w:cs="B Mitra"/>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FA">
    <w:name w:val="TitleFA"/>
    <w:pPr>
      <w:spacing w:after="40"/>
      <w:jc w:val="both"/>
    </w:pPr>
    <w:rPr>
      <w:rFonts w:ascii="B Mitra" w:hAnsi="B Mitra" w:cs="B Mitra"/>
      <w:b/>
      <w:sz w:val="26"/>
    </w:rPr>
  </w:style>
  <w:style w:type="paragraph" w:customStyle="1" w:styleId="HeadFA">
    <w:name w:val="HeadFA"/>
    <w:pPr>
      <w:spacing w:after="40"/>
      <w:jc w:val="both"/>
    </w:pPr>
    <w:rPr>
      <w:rFonts w:ascii="B Mitra" w:hAnsi="B Mitra" w:cs="B Mitra"/>
      <w:b/>
      <w:sz w:val="26"/>
    </w:rPr>
  </w:style>
  <w:style w:type="paragraph" w:customStyle="1" w:styleId="SubFA">
    <w:name w:val="SubFA"/>
    <w:pPr>
      <w:spacing w:after="40"/>
      <w:jc w:val="both"/>
    </w:pPr>
    <w:rPr>
      <w:rFonts w:ascii="B Mitra" w:hAnsi="B Mitra" w:cs="B Mitra"/>
      <w:b/>
      <w:sz w:val="26"/>
    </w:rPr>
  </w:style>
  <w:style w:type="paragraph" w:customStyle="1" w:styleId="NameFA">
    <w:name w:val="NameFA"/>
    <w:pPr>
      <w:spacing w:after="40"/>
      <w:jc w:val="both"/>
    </w:pPr>
    <w:rPr>
      <w:rFonts w:ascii="B Mitra" w:hAnsi="B Mitra" w:cs="B Mitra"/>
      <w:sz w:val="24"/>
    </w:rPr>
  </w:style>
  <w:style w:type="paragraph" w:customStyle="1" w:styleId="AbstractFA">
    <w:name w:val="AbstractFA"/>
    <w:pPr>
      <w:spacing w:after="40"/>
      <w:jc w:val="both"/>
    </w:pPr>
    <w:rPr>
      <w:rFonts w:ascii="B Mitra" w:hAnsi="B Mitra" w:cs="B Mitra"/>
      <w:sz w:val="24"/>
    </w:rPr>
  </w:style>
  <w:style w:type="paragraph" w:customStyle="1" w:styleId="English">
    <w:name w:val="English"/>
    <w:pPr>
      <w:spacing w:after="40"/>
      <w:jc w:val="both"/>
    </w:pPr>
    <w:rPr>
      <w:rFonts w:ascii="Times New Roman" w:hAnsi="Times New Roman" w:cs="Times New Roman"/>
    </w:rPr>
  </w:style>
  <w:style w:type="paragraph" w:customStyle="1" w:styleId="RefsFA">
    <w:name w:val="RefsFA"/>
    <w:pPr>
      <w:spacing w:after="40" w:line="252" w:lineRule="auto"/>
      <w:jc w:val="both"/>
    </w:pPr>
    <w:rPr>
      <w:rFonts w:ascii="B Mitra" w:hAnsi="B Mitra" w:cs="B Mitra"/>
      <w:sz w:val="24"/>
    </w:rPr>
  </w:style>
  <w:style w:type="paragraph" w:customStyle="1" w:styleId="RefsEN">
    <w:name w:val="RefsEN"/>
    <w:pPr>
      <w:spacing w:after="40" w:line="252" w:lineRule="auto"/>
      <w:jc w:val="both"/>
    </w:pPr>
    <w:rPr>
      <w:rFonts w:ascii="Times New Roman" w:hAnsi="Times New Roman" w:cs="Times New Roman"/>
    </w:rPr>
  </w:style>
  <w:style w:type="paragraph" w:customStyle="1" w:styleId="isselectedend">
    <w:name w:val="isselectedend"/>
    <w:basedOn w:val="Normal"/>
    <w:rsid w:val="002F751A"/>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F751A"/>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FootnoteText">
    <w:name w:val="footnote text"/>
    <w:aliases w:val="پاورقي Char,متن زيرنويس,پاورقي,Footnote Text Char1,Footnote Text Char Char,Footnote Text Char1 Char1 Char,Footnote Text Char Char Char1 Char,Footnote Text Char1 Char1 Char Char Char,ãÊä ÇæÑÞی,ÇæÑÞí,ãÊä ÇæÑÞí"/>
    <w:basedOn w:val="Normal"/>
    <w:link w:val="FootnoteTextChar"/>
    <w:uiPriority w:val="99"/>
    <w:rsid w:val="002F751A"/>
    <w:pPr>
      <w:spacing w:after="0" w:line="240" w:lineRule="auto"/>
      <w:jc w:val="left"/>
    </w:pPr>
    <w:rPr>
      <w:rFonts w:ascii="Times New Roman" w:eastAsia="Times New Roman" w:hAnsi="Times New Roman" w:cs="Times New Roman"/>
      <w:sz w:val="20"/>
      <w:szCs w:val="20"/>
    </w:rPr>
  </w:style>
  <w:style w:type="character" w:customStyle="1" w:styleId="FootnoteTextChar">
    <w:name w:val="Footnote Text Char"/>
    <w:aliases w:val="پاورقي Char Char,متن زيرنويس Char,پاورقي Char1,Footnote Text Char1 Char,Footnote Text Char Char Char,Footnote Text Char1 Char1 Char Char,Footnote Text Char Char Char1 Char Char,Footnote Text Char1 Char1 Char Char Char Char,ÇæÑÞí Char"/>
    <w:basedOn w:val="DefaultParagraphFont"/>
    <w:link w:val="FootnoteText"/>
    <w:uiPriority w:val="99"/>
    <w:rsid w:val="002F751A"/>
    <w:rPr>
      <w:rFonts w:ascii="Times New Roman" w:eastAsia="Times New Roman" w:hAnsi="Times New Roman" w:cs="Times New Roman"/>
      <w:sz w:val="20"/>
      <w:szCs w:val="20"/>
    </w:rPr>
  </w:style>
  <w:style w:type="character" w:styleId="Hyperlink">
    <w:name w:val="Hyperlink"/>
    <w:uiPriority w:val="99"/>
    <w:rsid w:val="002F75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7451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hammad.khani@iau.ac.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hammad.khani@ia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9E413-3D98-496B-9DB4-70630677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12</Pages>
  <Words>4007</Words>
  <Characters>22845</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سوءاستفاده از حق شکایت در نظام عدالت کیفری ایران</vt:lpstr>
    </vt:vector>
  </TitlesOfParts>
  <Manager/>
  <Company/>
  <LinksUpToDate>false</LinksUpToDate>
  <CharactersWithSpaces>26799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سوءاستفاده از حق شکایت در نظام عدالت کیفری ایران</dc:title>
  <dc:subject>Criminal Law and Criminology</dc:subject>
  <dc:creator>Amir Golestani Moghadam;Mohammad Khani</dc:creator>
  <cp:keywords>شاکی حرفه‌ای، سوءاستفاده از حق شکایت، عدالت کیفری، افترا</cp:keywords>
  <dc:description>generated by python-docx</dc:description>
  <cp:lastModifiedBy>amir372</cp:lastModifiedBy>
  <cp:revision>6</cp:revision>
  <dcterms:created xsi:type="dcterms:W3CDTF">2026-08-28T12:13:00Z</dcterms:created>
  <dcterms:modified xsi:type="dcterms:W3CDTF">2026-08-31T19:06:00Z</dcterms:modified>
  <cp:category/>
</cp:coreProperties>
</file>